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>
      <w:pPr>
        <w:jc w:val="center"/>
      </w:pPr>
      <w:r>
        <w:rPr>
          <w:rFonts w:ascii="Tahoma" w:hAnsi="Tahoma" w:cs="Tahoma" w:eastAsia="Tahoma"/>
          <w:b/>
          <w:color w:val="1F3864"/>
          <w:sz w:val="60"/>
        </w:rPr>
        <w:t>วิธีสร้าง Rulebook ที่ดี</w:t>
      </w:r>
    </w:p>
    <w:p>
      <w:pPr>
        <w:jc w:val="center"/>
      </w:pPr>
      <w:r>
        <w:rPr>
          <w:rFonts w:ascii="Tahoma" w:hAnsi="Tahoma" w:cs="Tahoma" w:eastAsia="Tahoma"/>
          <w:color w:val="595959"/>
          <w:sz w:val="28"/>
        </w:rPr>
        <w:t>คู่มือสำหรับนักออกแบบบอร์ดเกม</w:t>
      </w:r>
    </w:p>
    <w:p/>
    <w:p>
      <w:pPr>
        <w:jc w:val="center"/>
      </w:pPr>
      <w:r>
        <w:rPr>
          <w:rFonts w:ascii="Tahoma" w:hAnsi="Tahoma" w:cs="Tahoma" w:eastAsia="Tahoma"/>
          <w:i/>
          <w:color w:val="595959"/>
          <w:sz w:val="21"/>
        </w:rPr>
        <w:t>สังเคราะห์จากแหล่งข้อมูลปฐมภูมิ 106 แหล่ง — ฟอรั่ม BoardGameGeek, style guide ของสำนักพิมพ์,</w:t>
        <w:br/>
        <w:t>บรรณาธิการ rulebook อาชีพ และงานเขียนด้านการออกแบบและการเข้าถึง</w:t>
      </w:r>
    </w:p>
    <w:p/>
    <w:p/>
    <w:p>
      <w:pPr>
        <w:jc w:val="center"/>
      </w:pPr>
      <w:r>
        <w:rPr>
          <w:rFonts w:ascii="Tahoma" w:hAnsi="Tahoma" w:cs="Tahoma" w:eastAsia="Tahoma"/>
          <w:color w:val="595959"/>
          <w:sz w:val="19"/>
        </w:rPr>
        <w:t>ฐานข้อมูลประกอบ: ฐานข้อมูลงานวิจัย Rulebook.xlsx</w:t>
      </w:r>
    </w:p>
    <w:p>
      <w:pPr>
        <w:jc w:val="center"/>
      </w:pPr>
      <w:r>
        <w:rPr>
          <w:rFonts w:ascii="Tahoma" w:hAnsi="Tahoma" w:cs="Tahoma" w:eastAsia="Tahoma"/>
          <w:color w:val="595959"/>
          <w:sz w:val="19"/>
        </w:rPr>
        <w:t>เรียบเรียง กันยายน 2026</w:t>
      </w:r>
    </w:p>
    <w:p>
      <w:r>
        <w:rPr>
          <w:rFonts w:ascii="Tahoma" w:hAnsi="Tahoma" w:cs="Tahoma" w:eastAsia="Tahoma"/>
        </w:rPr>
        <w:br w:type="page"/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วิธีใช้คู่มือเล่มนี้</w:t>
      </w:r>
    </w:p>
    <w:p>
      <w:r>
        <w:rPr>
          <w:rFonts w:ascii="Tahoma" w:hAnsi="Tahoma" w:cs="Tahoma" w:eastAsia="Tahoma"/>
        </w:rPr>
        <w:t>นี่คือเอกสารอ้างอิงสำหรับใช้งานจริง ไม่ใช่หนังสือที่อ่านจบแล้ววางทิ้ง โครงสร้างของมันออกแบบมาให้คุณ: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อ่านตั้งแต่ต้นจนจบ</w:t>
      </w:r>
      <w:r>
        <w:rPr>
          <w:rFonts w:ascii="Tahoma" w:hAnsi="Tahoma" w:cs="Tahoma" w:eastAsia="Tahoma"/>
        </w:rPr>
        <w:t xml:space="preserve"> ระหว่างที่กำลังเขียน rulebook เล่มแรก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กระโดดไปภาค 7</w:t>
      </w:r>
      <w:r>
        <w:rPr>
          <w:rFonts w:ascii="Tahoma" w:hAnsi="Tahoma" w:cs="Tahoma" w:eastAsia="Tahoma"/>
        </w:rPr>
        <w:t xml:space="preserve"> ถ้าอยากได้ template แล้วเริ่มพิมพ์เลย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ใช้บทที่ 17 เป็นเช็กลิสต์</w:t>
      </w:r>
      <w:r>
        <w:rPr>
          <w:rFonts w:ascii="Tahoma" w:hAnsi="Tahoma" w:cs="Tahoma" w:eastAsia="Tahoma"/>
        </w:rPr>
        <w:t xml:space="preserve"> ในรอบตรวจก่อนส่งโรงพิมพ์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ตามกลับไปหาต้นทางได้ทุกข้อความ</w:t>
      </w:r>
      <w:r>
        <w:rPr>
          <w:rFonts w:ascii="Tahoma" w:hAnsi="Tahoma" w:cs="Tahoma" w:eastAsia="Tahoma"/>
        </w:rPr>
        <w:t xml:space="preserve"> — ทุกคำแนะนำในเล่มนี้มาจากแหล่งที่ระบุชื่อในภาคผนวก และไฟล์ Excel ที่มาด้วยกัน (</w:t>
      </w:r>
      <w:r>
        <w:rPr>
          <w:rFonts w:ascii="Consolas" w:hAnsi="Consolas" w:cs="Consolas" w:eastAsia="Consolas"/>
          <w:sz w:val="19"/>
        </w:rPr>
        <w:t>ฐานข้อมูลงานวิจัย Rulebook.xlsx</w:t>
      </w:r>
      <w:r>
        <w:rPr>
          <w:rFonts w:ascii="Tahoma" w:hAnsi="Tahoma" w:cs="Tahoma" w:eastAsia="Tahoma"/>
        </w:rPr>
        <w:t>) มี URL ที่คลิกได้ทุกแถว</w:t>
      </w:r>
    </w:p>
    <w:p>
      <w:pPr>
        <w:spacing w:before="200"/>
      </w:pPr>
      <w:r>
        <w:rPr>
          <w:rFonts w:ascii="Tahoma" w:hAnsi="Tahoma" w:cs="Tahoma" w:eastAsia="Tahoma"/>
          <w:b/>
          <w:sz w:val="24"/>
        </w:rPr>
        <w:t>เนื้อหานี้มาจากไหน</w:t>
      </w:r>
    </w:p>
    <w:p>
      <w:r>
        <w:rPr>
          <w:rFonts w:ascii="Tahoma" w:hAnsi="Tahoma" w:cs="Tahoma" w:eastAsia="Tahoma"/>
        </w:rPr>
        <w:t xml:space="preserve">คู่มือเล่มนี้สังเคราะห์จากแหล่งปฐมภูมิ 106 แหล่ง: เธรด geeklist และบล็อกบน BoardGameGeek ที่ว่าด้วยการออกแบบและวิจารณ์ rulebook; งานเขียนของนักออกแบบและสำนักพิมพ์อย่าง Stonemaier Games, Resonym, Leder Games และ Fantasy Flight; style guide อาชีพ โดยเฉพาะ </w:t>
      </w:r>
      <w:r>
        <w:rPr>
          <w:rFonts w:ascii="Tahoma" w:hAnsi="Tahoma" w:cs="Tahoma" w:eastAsia="Tahoma"/>
          <w:i/>
        </w:rPr>
        <w:t>Board Game Editing Style Guide</w:t>
      </w:r>
      <w:r>
        <w:rPr>
          <w:rFonts w:ascii="Tahoma" w:hAnsi="Tahoma" w:cs="Tahoma" w:eastAsia="Tahoma"/>
        </w:rPr>
        <w:t xml:space="preserve"> ของ Michael "Curby" Lee (~13,000 คำ, CC-BY-NC-SA) และ </w:t>
      </w:r>
      <w:r>
        <w:rPr>
          <w:rFonts w:ascii="Tahoma" w:hAnsi="Tahoma" w:cs="Tahoma" w:eastAsia="Tahoma"/>
          <w:i/>
        </w:rPr>
        <w:t>Stonemaier Games Style Guide</w:t>
      </w:r>
      <w:r>
        <w:rPr>
          <w:rFonts w:ascii="Tahoma" w:hAnsi="Tahoma" w:cs="Tahoma" w:eastAsia="Tahoma"/>
        </w:rPr>
        <w:t>; บทสัมภาษณ์บรรณาธิการ rulebook อาชีพ รวมถึง Paul Grogan แห่ง Gaming Rules!; และแนวทางด้านการเข้าถึงที่มาจาก WCAG และหลักการจัดตัวอักษรสำหรับผู้อ่านที่มีภาวะ dyslexia</w:t>
      </w:r>
    </w:p>
    <w:p>
      <w:r>
        <w:rPr>
          <w:rFonts w:ascii="Tahoma" w:hAnsi="Tahoma" w:cs="Tahoma" w:eastAsia="Tahoma"/>
        </w:rPr>
        <w:t xml:space="preserve">ข้อจำกัดสองข้อที่ต้องบอกตรงๆ </w:t>
      </w:r>
      <w:r>
        <w:rPr>
          <w:rFonts w:ascii="Tahoma" w:hAnsi="Tahoma" w:cs="Tahoma" w:eastAsia="Tahoma"/>
          <w:b/>
        </w:rPr>
        <w:t>ข้อแรก</w:t>
      </w:r>
      <w:r>
        <w:rPr>
          <w:rFonts w:ascii="Tahoma" w:hAnsi="Tahoma" w:cs="Tahoma" w:eastAsia="Tahoma"/>
        </w:rPr>
        <w:t xml:space="preserve"> นี่คืองานวิจัยแบบเจาะจง ไม่ใช่การไล่เก็บทั้งหมด — BoardGameGeek มีโพสต์หลักล้านและไม่มีช่องทาง export ทั้งชุด เธรดจึงถูกคัดตามความเกี่ยวข้อง ครอบคลุมราวปี 2007–2026 โดยเน้นหนักที่ 2019–2026 </w:t>
      </w:r>
      <w:r>
        <w:rPr>
          <w:rFonts w:ascii="Tahoma" w:hAnsi="Tahoma" w:cs="Tahoma" w:eastAsia="Tahoma"/>
          <w:b/>
        </w:rPr>
        <w:t>ข้อสอง</w:t>
      </w:r>
      <w:r>
        <w:rPr>
          <w:rFonts w:ascii="Tahoma" w:hAnsi="Tahoma" w:cs="Tahoma" w:eastAsia="Tahoma"/>
        </w:rPr>
        <w:t xml:space="preserve"> ความเห็นในชุมชนคือความเห็น มีหลายเกมที่ปรากฏทั้งในรายการ "ควรศึกษา" และ "ถูกวิจารณ์" เพราะคนที่มีประสบการณ์เห็นต่างกันจริงๆ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 xml:space="preserve">ประโยคที่มีประโยชน์ที่สุดในงานวิจัยทั้งหมดคือประโยคของ Michael Lee: </w:t>
      </w:r>
      <w:r>
        <w:rPr>
          <w:rFonts w:ascii="Tahoma" w:hAnsi="Tahoma" w:cs="Tahoma" w:eastAsia="Tahoma"/>
          <w:b/>
          <w:i/>
          <w:color w:val="2F2F2F"/>
          <w:sz w:val="20"/>
        </w:rPr>
        <w:t>"ถ้าใครสักคนเรียนเกมไม่ได้ เขาก็จะไม่เล่นเกมนั้น"</w:t>
      </w:r>
      <w:r>
        <w:rPr>
          <w:rFonts w:ascii="Tahoma" w:hAnsi="Tahoma" w:cs="Tahoma" w:eastAsia="Tahoma"/>
          <w:i/>
          <w:color w:val="2F2F2F"/>
          <w:sz w:val="20"/>
        </w:rPr>
        <w:t xml:space="preserve"> ทุกอย่างที่เหลือในคู่มือเล่มนี้ คือเทคนิคที่ทำให้ประโยคนั้นไม่เป็นจริงกับเกมของคุณ</w:t>
      </w:r>
    </w:p>
    <w:p>
      <w:r>
        <w:rPr>
          <w:rFonts w:ascii="Tahoma" w:hAnsi="Tahoma" w:cs="Tahoma" w:eastAsia="Tahoma"/>
        </w:rPr>
        <w:br w:type="page"/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ภาค 1 — พื้นฐาน</w:t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1. ทำไม rulebook ไม่ใช่งานเอกสาร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1.1 rulebook *คือ* ตัวเกม</w:t>
      </w:r>
    </w:p>
    <w:p>
      <w:r>
        <w:rPr>
          <w:rFonts w:ascii="Tahoma" w:hAnsi="Tahoma" w:cs="Tahoma" w:eastAsia="Tahoma"/>
        </w:rPr>
        <w:t xml:space="preserve">ดึง rulebook ออกจากกล่อง สิ่งที่เหลือคือกองชิ้นส่วน อาจเป็นชิ้นส่วนที่สวยงาม แต่ไม่ใช่เกม กฎคือสิ่งเดียวที่แปลงอุปกรณ์ให้กลายเป็นประสบการณ์เฉพาะที่นักออกแบบสร้างไว้ Punchboard พูดตรงๆ ว่า </w:t>
      </w:r>
      <w:r>
        <w:rPr>
          <w:rFonts w:ascii="Tahoma" w:hAnsi="Tahoma" w:cs="Tahoma" w:eastAsia="Tahoma"/>
          <w:i/>
        </w:rPr>
        <w:t>"ถ้าไม่มีกฎ สิ่งที่คุณมีก็แค่กล่องที่เต็มไปด้วยชิ้นส่วน"</w:t>
      </w:r>
    </w:p>
    <w:p>
      <w:r>
        <w:rPr>
          <w:rFonts w:ascii="Tahoma" w:hAnsi="Tahoma" w:cs="Tahoma" w:eastAsia="Tahoma"/>
        </w:rPr>
        <w:t xml:space="preserve">มีเหตุผลข้อที่สองที่ชัดน้อยกว่าแต่หนักกว่า — </w:t>
      </w:r>
      <w:r>
        <w:rPr>
          <w:rFonts w:ascii="Tahoma" w:hAnsi="Tahoma" w:cs="Tahoma" w:eastAsia="Tahoma"/>
          <w:b/>
        </w:rPr>
        <w:t>บอร์ดเกมไม่มี interface ร่วมกันเลย</w:t>
      </w:r>
      <w:r>
        <w:rPr>
          <w:rFonts w:ascii="Tahoma" w:hAnsi="Tahoma" w:cs="Tahoma" w:eastAsia="Tahoma"/>
        </w:rPr>
        <w:t xml:space="preserve"> วิดีโอเกมทุกเกมมีจอกับตัวควบคุม เว็บไซต์ทุกเว็บมีเบราว์เซอร์ แต่บอร์ดเกมไม่มีอะไรเหมือนกันสักอย่าง </w:t>
      </w:r>
      <w:r>
        <w:rPr>
          <w:rFonts w:ascii="Tahoma" w:hAnsi="Tahoma" w:cs="Tahoma" w:eastAsia="Tahoma"/>
          <w:b/>
        </w:rPr>
        <w:t>ยกเว้นคู่มือ</w:t>
      </w:r>
      <w:r>
        <w:rPr>
          <w:rFonts w:ascii="Tahoma" w:hAnsi="Tahoma" w:cs="Tahoma" w:eastAsia="Tahoma"/>
        </w:rPr>
        <w:t xml:space="preserve"> นั่นทำให้ rulebook เป็นพื้นผิวสากลหนึ่งเดียวของงานอดิเรกนี้ — และอย่างที่นักเขียนด้านการเข้าถึง Michael Heron ตั้งข้อสังเกต มันคือจุดที่เข้าไม่ถึงร่วมกันเพียงจุดเดียวของวงการด้วย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1.2 เหตุผลเชิงธุรกิจ</w:t>
      </w:r>
    </w:p>
    <w:p>
      <w:r>
        <w:rPr>
          <w:rFonts w:ascii="Tahoma" w:hAnsi="Tahoma" w:cs="Tahoma" w:eastAsia="Tahoma"/>
        </w:rPr>
        <w:t>rulebook ที่แย่ไม่ใช่ปัญหาความสวยงาม มันคือความเสี่ยงทางธุรกิจที่มีผู้เสียหายบันทึกไว้แล้ว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บรรณาธิการอาชีพระบุชื่อเกมที่ตายเพราะ rulebook</w:t>
      </w:r>
      <w:r>
        <w:rPr>
          <w:rFonts w:ascii="Tahoma" w:hAnsi="Tahoma" w:cs="Tahoma" w:eastAsia="Tahoma"/>
        </w:rPr>
        <w:t xml:space="preserve"> Paul Grogan — ผู้แก้ rulebook มาแล้วราวร้อยเล่ม รวมถึงงานหนักที่สุดของ Vital Lacerda — ถูกถามตรงๆ ว่าเคยมี rulebook ที่แย่จนทำลายความสำเร็จของเกมไหม คำตอบของเขาคือ </w:t>
      </w:r>
      <w:r>
        <w:rPr>
          <w:rFonts w:ascii="Tahoma" w:hAnsi="Tahoma" w:cs="Tahoma" w:eastAsia="Tahoma"/>
          <w:i/>
        </w:rPr>
        <w:t>"มีหลายตัวอย่างเลยที่ rulebook ห่วยฆ่าเกมทิ้ง — First Martians, Batman Gotham City Chronicles และอีกเยอะ"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คณะกรรมการรางวัลปัดเกมตกเพราะ rulebook แล้ว</w:t>
      </w:r>
      <w:r>
        <w:rPr>
          <w:rFonts w:ascii="Tahoma" w:hAnsi="Tahoma" w:cs="Tahoma" w:eastAsia="Tahoma"/>
        </w:rPr>
        <w:t xml:space="preserve"> คณะกรรมการ Spiel des Jahres ออกแถลงการณ์สาธารณะว่าต้องตัดเกมที่แข็งแรงมากออกไปเพียงเพราะคุณภาพ rulebook: </w:t>
      </w:r>
      <w:r>
        <w:rPr>
          <w:rFonts w:ascii="Tahoma" w:hAnsi="Tahoma" w:cs="Tahoma" w:eastAsia="Tahoma"/>
          <w:i/>
        </w:rPr>
        <w:t>"พวกเราไม่อยากเห็นตัวเองอยู่ในบทบาท beta-tester ให้คู่มือที่จะดีพอตอนพิมพ์ครั้งที่สองอีกแล้ว"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ผู้ซื้อใช้มันกรอง</w:t>
      </w:r>
      <w:r>
        <w:rPr>
          <w:rFonts w:ascii="Tahoma" w:hAnsi="Tahoma" w:cs="Tahoma" w:eastAsia="Tahoma"/>
        </w:rPr>
        <w:t xml:space="preserve"> ผู้ใช้ BGG พูดตรงๆ ว่ามีแนวโน้มจะไม่ซื้อเกมที่รีวิวบ่นเรื่องกฎ ส่วนนักรีวิวปกป้องการพูดถึง rulebook ด้วยเหตุผลว่าเกมที่เรียนไม่ได้คือเกมที่ประเมินไม่ได้: </w:t>
      </w:r>
      <w:r>
        <w:rPr>
          <w:rFonts w:ascii="Tahoma" w:hAnsi="Tahoma" w:cs="Tahoma" w:eastAsia="Tahoma"/>
          <w:i/>
        </w:rPr>
        <w:t>"แล้วคุณจะรู้ได้ยังไงว่าเกมสนุก ถ้าไม่มีคู่มือที่บอกวิธีเล่นได้ดีพอ?"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มันคือประตูของการเข้าถึง</w:t>
      </w:r>
      <w:r>
        <w:rPr>
          <w:rFonts w:ascii="Tahoma" w:hAnsi="Tahoma" w:cs="Tahoma" w:eastAsia="Tahoma"/>
        </w:rPr>
        <w:t xml:space="preserve"> คำตอบของผู้เล่นคนหนึ่งในเธรดกลุ่ม solo ควรค่าแก่การเก็บไว้บนโต๊ะ: </w:t>
      </w:r>
      <w:r>
        <w:rPr>
          <w:rFonts w:ascii="Tahoma" w:hAnsi="Tahoma" w:cs="Tahoma" w:eastAsia="Tahoma"/>
          <w:i/>
        </w:rPr>
        <w:t>"สายตาผมไม่ค่อยดี ถ้า rulebook ไม่มี layout ที่อ่านได้ ไม่มีลำดับข้อมูลที่ชัด ไม่มีไดอะแกรมพอ ไม่มี index มันก็ไร้ประโยชน์สำหรับผม และถ้าผมหาทางอื่นเรียนเกมไม่ได้ ผมก็เล่นเกมนั้นไม่ได้เลย"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1.3 ข้ออ้างฝั่งตรงข้าม ที่ต้องรับฟังอย่างจริงจัง</w:t>
      </w:r>
    </w:p>
    <w:p>
      <w:r>
        <w:rPr>
          <w:rFonts w:ascii="Tahoma" w:hAnsi="Tahoma" w:cs="Tahoma" w:eastAsia="Tahoma"/>
        </w:rPr>
        <w:t xml:space="preserve">คุณจะเจอมุมมองตรงข้ามด้วย และมันควรได้รับการรับฟัง เธรดยาวบน BGG ชื่อ </w:t>
      </w:r>
      <w:r>
        <w:rPr>
          <w:rFonts w:ascii="Tahoma" w:hAnsi="Tahoma" w:cs="Tahoma" w:eastAsia="Tahoma"/>
          <w:i/>
        </w:rPr>
        <w:t>"rulebook กับความเข้าใจในการอ่าน: ประวัติศาสตร์ของความเข้าใจผิด"</w:t>
      </w:r>
      <w:r>
        <w:rPr>
          <w:rFonts w:ascii="Tahoma" w:hAnsi="Tahoma" w:cs="Tahoma" w:eastAsia="Tahoma"/>
        </w:rPr>
        <w:t xml:space="preserve"> โต้ว่าคำบ่นจำนวนมากคือความล้มเหลวในการอ่าน ไม่ใช่ความล้มเหลวในการเขียน — คำตอบอยู่ในหน้า 14 จริงๆ นั่นแหละ ในภาคผนวก แล้วคนอ่านข้ามไป ผู้เขียน (นักเล่นเกมมา 50 ปี และอดีตคนตรวจ rulebook) ชี้ว่าคำถามกฎถูกตอบด้วยการยกข้อความจาก rulebook มาแปะบ่อยแค่ไหน แล้วคนถามก็ตอบว่า </w:t>
      </w:r>
      <w:r>
        <w:rPr>
          <w:rFonts w:ascii="Tahoma" w:hAnsi="Tahoma" w:cs="Tahoma" w:eastAsia="Tahoma"/>
          <w:i/>
        </w:rPr>
        <w:t>"อ๋อ ขอโทษ ผมไม่เห็นตรงนั้น"</w:t>
      </w:r>
    </w:p>
    <w:p>
      <w:r>
        <w:rPr>
          <w:rFonts w:ascii="Tahoma" w:hAnsi="Tahoma" w:cs="Tahoma" w:eastAsia="Tahoma"/>
        </w:rPr>
        <w:t>ทั้งสองอย่างเป็นจริงพร้อมกัน และข้อสรุปที่ใช้ได้จริงคืออันที่ฟังแล้วไม่สบายใจ: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 xml:space="preserve">คุณไม่มีสิทธิ์ออกแบบเพื่อผู้อ่านที่คุณอยากให้เป็น ผู้อ่านบางคนจะอ่านผ่านๆ บางคนอ่านตอนดึก บางคนอ่านในภาษาที่สอง บางคนอ่านโดยมีเพื่อนสามคนนั่งรออยู่ </w:t>
      </w:r>
      <w:r>
        <w:rPr>
          <w:rFonts w:ascii="Tahoma" w:hAnsi="Tahoma" w:cs="Tahoma" w:eastAsia="Tahoma"/>
          <w:b/>
          <w:i/>
          <w:color w:val="2F2F2F"/>
          <w:sz w:val="20"/>
        </w:rPr>
        <w:t>rulebook ที่ใช้ได้เฉพาะกับคนอ่านละเอียด คือ rulebook ที่ใช้ได้กับลูกค้าส่วนน้อย</w:t>
      </w:r>
    </w:p>
    <w:p>
      <w:r>
        <w:rPr>
          <w:rFonts w:ascii="Tahoma" w:hAnsi="Tahoma" w:cs="Tahoma" w:eastAsia="Tahoma"/>
        </w:rPr>
        <w:t>มีข้อสืบเนื่องสองข้อ และทั้งคู่กำหนดทุกอย่างในภาค 3: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คำถามซ้ำๆ เรื่องกฎข้อเดียวกันคือข้อมูล</w:t>
      </w:r>
      <w:r>
        <w:rPr>
          <w:rFonts w:ascii="Tahoma" w:hAnsi="Tahoma" w:cs="Tahoma" w:eastAsia="Tahoma"/>
        </w:rPr>
        <w:t xml:space="preserve"> อย่างที่นักออกแบบคนหนึ่งพูดไว้: </w:t>
      </w:r>
      <w:r>
        <w:rPr>
          <w:rFonts w:ascii="Tahoma" w:hAnsi="Tahoma" w:cs="Tahoma" w:eastAsia="Tahoma"/>
          <w:i/>
        </w:rPr>
        <w:t>"ถ้าคุณเข้าไปดูกระทู้ถามกฎในหน้าเกมบน BGG คุณจะเห็นกฎข้อเดิมถูกถามซ้ำแล้วซ้ำอีก นั่นแปลว่า rulebook ไม่ชัดตรงนั้น"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การไม่มีเสียงบ่นมองไม่เห็น</w:t>
      </w:r>
      <w:r>
        <w:rPr>
          <w:rFonts w:ascii="Tahoma" w:hAnsi="Tahoma" w:cs="Tahoma" w:eastAsia="Tahoma"/>
        </w:rPr>
        <w:t xml:space="preserve"> ไม่มีใครตั้งกระทู้ว่ากฎชัดดี จำนวนกระทู้ถามกฎเป็นตัวอย่างที่เอนเอียง ใช้เป็นสัญญาณได้ แต่ไม่ใช่คำตัดสิน</w:t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2. คุณกำลังเขียนให้ใครอ่าน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2.1 ผู้อ่านสามกลุ่ม เอกสารเล่มเดียว</w:t>
      </w:r>
    </w:p>
    <w:p>
      <w:r>
        <w:rPr>
          <w:rFonts w:ascii="Tahoma" w:hAnsi="Tahoma" w:cs="Tahoma" w:eastAsia="Tahoma"/>
        </w:rPr>
        <w:t>rulebook รับใช้ผู้อ่านอย่างน้อยสามกลุ่ม และทั้งสามต้องการสิ่งที่ตรงข้ามกัน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ผู้อ่าน</w:t>
            </w:r>
          </w:p>
        </w:tc>
        <w:tc>
          <w:tcPr>
            <w:tcW w:type="dxa" w:w="312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สถานการณ์</w:t>
            </w:r>
          </w:p>
        </w:tc>
        <w:tc>
          <w:tcPr>
            <w:tcW w:type="dxa" w:w="312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สิ่งที่ต้องการ</w:t>
            </w:r>
          </w:p>
        </w:tc>
      </w:tr>
      <w:tr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คนเรียนใหม่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เพิ่งแกะกล่อง ไม่เคยเห็นเกมนี้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การสอนเป็นลำดับ บริบทก่อนรายละเอียด ตัวอย่างจริง ไดอะแกรมการตั้งเกม</w:t>
            </w:r>
          </w:p>
        </w:tc>
      </w:tr>
      <w:tr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คนกำลังเล่นอยู่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เพื่อนสามคนนั่งรอ มีคำถามหนึ่งข้อ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การเข้าถึงแบบสุ่ม: index หัวข้อที่เขาจะเปิดหา สรุปหลังปก</w:t>
            </w:r>
          </w:p>
        </w:tc>
      </w:tr>
      <w:tr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คนกลับมาเล่นอีก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เคยเล่นครั้งเดียว เมื่อหกเดือนก่อน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ทบทวนเร็ว: ลำดับเทิร์น จำนวนการตั้งเกม กฎที่คนมักลืม</w:t>
            </w:r>
          </w:p>
        </w:tc>
      </w:tr>
    </w:tbl>
    <w:p/>
    <w:p>
      <w:r>
        <w:rPr>
          <w:rFonts w:ascii="Tahoma" w:hAnsi="Tahoma" w:cs="Tahoma" w:eastAsia="Tahoma"/>
        </w:rPr>
        <w:t xml:space="preserve">style guide ของ Curby ขยายรายการไปอีก — คนที่กำลังเตรียมตัวสอนกลุ่มตัวเอง คนเก่าที่อยากรู้ว่า edition ใหม่เปลี่ยนอะไร คนที่แค่อยากดูไดอะแกรมการตั้งเกม — และประเด็นก็เหมือนเดิม </w:t>
      </w:r>
      <w:r>
        <w:rPr>
          <w:rFonts w:ascii="Tahoma" w:hAnsi="Tahoma" w:cs="Tahoma" w:eastAsia="Tahoma"/>
          <w:i/>
        </w:rPr>
        <w:t>"ผู้อ่านคนเดียวกันอาจมีเป้าหมายต่างกันทุกครั้งที่หยิบ rulebook ขึ้นมา"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2.2 คนส่วนใหญ่ไม่เคยเรียนจาก rulebook ของคุณ</w:t>
      </w:r>
    </w:p>
    <w:p>
      <w:r>
        <w:rPr>
          <w:rFonts w:ascii="Tahoma" w:hAnsi="Tahoma" w:cs="Tahoma" w:eastAsia="Tahoma"/>
        </w:rPr>
        <w:t>นี่คือข้อเท็จจริงที่ทำให้ทุกอย่างชัดขึ้น และมันควรเปลี่ยนวิธีที่คุณเขียน: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"ในความเป็นจริง คนส่วนใหญ่ไม่ได้เรียนบอร์ดเกมจาก rulebook หรือจากวิดีโอ แต่เรียนจากการที่มีผู้เล่นอีกคนสอน หน้าที่ของ rulebook คือจุดปฏิกิริยาลูกโซ่นั้นให้ติด และตอบคำถามที่โผล่ขึ้นมาระหว่างเล่น"</w:t>
      </w:r>
    </w:p>
    <w:p>
      <w:r>
        <w:rPr>
          <w:rFonts w:ascii="Tahoma" w:hAnsi="Tahoma" w:cs="Tahoma" w:eastAsia="Tahoma"/>
        </w:rPr>
        <w:t>rulebook ของคุณมีสองงาน และไม่มีงานไหนที่คือ "สอนทุกคนให้เล่นเป็น" เสียทีเดียว: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ทำให้คนหนึ่งคนกลายเป็นครูได้</w:t>
      </w:r>
      <w:r>
        <w:rPr>
          <w:rFonts w:ascii="Tahoma" w:hAnsi="Tahoma" w:cs="Tahoma" w:eastAsia="Tahoma"/>
        </w:rPr>
        <w:t xml:space="preserve"> คนคนนั้นจะอ่านอย่างละเอียด แล้วลุกขึ้นไปอธิบายเกมของคุณให้คนสามคนที่ไม่ได้อ่านอะไรเลย เขียนหนังสือให้การอ่านจบแล้วได้ </w:t>
      </w:r>
      <w:r>
        <w:rPr>
          <w:rFonts w:ascii="Tahoma" w:hAnsi="Tahoma" w:cs="Tahoma" w:eastAsia="Tahoma"/>
          <w:b/>
        </w:rPr>
        <w:t>การสอน</w:t>
      </w:r>
      <w:r>
        <w:rPr>
          <w:rFonts w:ascii="Tahoma" w:hAnsi="Tahoma" w:cs="Tahoma" w:eastAsia="Tahoma"/>
        </w:rPr>
        <w:t xml:space="preserve"> ออกมา ไม่ใช่แค่ </w:t>
      </w:r>
      <w:r>
        <w:rPr>
          <w:rFonts w:ascii="Tahoma" w:hAnsi="Tahoma" w:cs="Tahoma" w:eastAsia="Tahoma"/>
          <w:b/>
        </w:rPr>
        <w:t>ความเข้าใจ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ตอบคำถามได้เร็ว กลางเกม ภายใต้แรงกดดันทางสังคม</w:t>
      </w:r>
      <w:r>
        <w:rPr>
          <w:rFonts w:ascii="Tahoma" w:hAnsi="Tahoma" w:cs="Tahoma" w:eastAsia="Tahoma"/>
        </w:rPr>
        <w:t xml:space="preserve"> นี่คือปัญหาการค้นหา และเป็นงานที่ rulebook ส่วนใหญ่ล้มเหลว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2.3 นิยามผู้อ่านของคุณก่อนเขียนคำแรก</w:t>
      </w:r>
    </w:p>
    <w:p>
      <w:r>
        <w:rPr>
          <w:rFonts w:ascii="Tahoma" w:hAnsi="Tahoma" w:cs="Tahoma" w:eastAsia="Tahoma"/>
        </w:rPr>
        <w:t xml:space="preserve">คุณรับใช้ทุกคนเท่ากันไม่ได้ นักออกแบบ J C Lawrence พูดเวอร์ชันแข็ง: </w:t>
      </w:r>
      <w:r>
        <w:rPr>
          <w:rFonts w:ascii="Tahoma" w:hAnsi="Tahoma" w:cs="Tahoma" w:eastAsia="Tahoma"/>
          <w:i/>
        </w:rPr>
        <w:t>"รู้จักผู้อ่านของคุณ ถ้าผู้อ่านของคุณไม่รวมคนเล่นเกมเบาที่กำลังหัดเล่น คุณก็ไม่จำเป็นต้องพูดกับเขาหรือรองรับเขาในกฎของคุณ เขียนกฎให้ผู้อ่านที่คุณแคร์"</w:t>
      </w:r>
    </w:p>
    <w:p>
      <w:r>
        <w:rPr>
          <w:rFonts w:ascii="Tahoma" w:hAnsi="Tahoma" w:cs="Tahoma" w:eastAsia="Tahoma"/>
        </w:rPr>
        <w:t xml:space="preserve">BA Games ให้น้ำหนักถ่วงที่มีเมตตากว่า: คุณเป็นทุกอย่างให้ทุกคนไม่ได้จริงๆ ให้พึ่ง </w:t>
      </w:r>
      <w:r>
        <w:rPr>
          <w:rFonts w:ascii="Tahoma" w:hAnsi="Tahoma" w:cs="Tahoma" w:eastAsia="Tahoma"/>
          <w:b/>
        </w:rPr>
        <w:t>ธรรมเนียมของวงการ</w:t>
      </w:r>
      <w:r>
        <w:rPr>
          <w:rFonts w:ascii="Tahoma" w:hAnsi="Tahoma" w:cs="Tahoma" w:eastAsia="Tahoma"/>
        </w:rPr>
        <w:t xml:space="preserve"> — รูปแบบที่ผู้อ่านคาดหวังอยู่แล้ว — แล้วใช้งบความคิดสร้างสรรค์ของคุณไปกับตัวเกม ไม่ใช่โครงสร้างของคู่มือ</w:t>
      </w:r>
    </w:p>
    <w:p>
      <w:r>
        <w:rPr>
          <w:rFonts w:ascii="Tahoma" w:hAnsi="Tahoma" w:cs="Tahoma" w:eastAsia="Tahoma"/>
          <w:b/>
        </w:rPr>
        <w:t>ทำจริง:</w:t>
      </w:r>
      <w:r>
        <w:rPr>
          <w:rFonts w:ascii="Tahoma" w:hAnsi="Tahoma" w:cs="Tahoma" w:eastAsia="Tahoma"/>
        </w:rPr>
        <w:t xml:space="preserve"> เขียนหนึ่งประโยคว่าผู้อ่านของคุณเป็นใคร เช่น </w:t>
      </w:r>
      <w:r>
        <w:rPr>
          <w:rFonts w:ascii="Tahoma" w:hAnsi="Tahoma" w:cs="Tahoma" w:eastAsia="Tahoma"/>
          <w:i/>
        </w:rPr>
        <w:t>"คนเล่นเกมจริงจังที่มีเกม 40 กล่อง อ่านคนเดียวตอนห้าทุ่ม แล้วจะสอนคนไม่เล่นเกมสามคนวันเสาร์"</w:t>
      </w:r>
      <w:r>
        <w:rPr>
          <w:rFonts w:ascii="Tahoma" w:hAnsi="Tahoma" w:cs="Tahoma" w:eastAsia="Tahoma"/>
        </w:rPr>
        <w:t xml:space="preserve"> หลังจากนั้นทุกการตัดสินใจ — ระดับศัพท์เฉพาะ ความหนาแน่นของตัวอย่าง จำนวนหน้า — จะตัดสินได้จากประโยคนั้น</w:t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3. หลักการเดียวที่ทุกอย่างสรุปลงมาได้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3.1 Cognitive load</w:t>
      </w:r>
    </w:p>
    <w:p>
      <w:r>
        <w:rPr>
          <w:rFonts w:ascii="Tahoma" w:hAnsi="Tahoma" w:cs="Tahoma" w:eastAsia="Tahoma"/>
        </w:rPr>
        <w:t xml:space="preserve">style guide 13,000 คำของ Michael Lee ทั้งเล่มย่อเหลือหนึ่งบรรทัด: </w:t>
      </w:r>
      <w:r>
        <w:rPr>
          <w:rFonts w:ascii="Tahoma" w:hAnsi="Tahoma" w:cs="Tahoma" w:eastAsia="Tahoma"/>
          <w:b/>
        </w:rPr>
        <w:t>rulebook ควรลด cognitive load</w:t>
      </w:r>
      <w:r>
        <w:rPr>
          <w:rFonts w:ascii="Tahoma" w:hAnsi="Tahoma" w:cs="Tahoma" w:eastAsia="Tahoma"/>
        </w:rPr>
        <w:t xml:space="preserve"> — ความพยายามที่ต้องใช้ในการเรียนเกมและจดจำกฎ ทุกการตัดสินใจของคุณควรรับใช้หลักการนั้น </w:t>
      </w:r>
      <w:r>
        <w:rPr>
          <w:rFonts w:ascii="Tahoma" w:hAnsi="Tahoma" w:cs="Tahoma" w:eastAsia="Tahoma"/>
          <w:i/>
        </w:rPr>
        <w:t>"แม้ว่ามันจะขัดกับคำแนะนำในคู่มือเล่มนี้ก็ตาม"</w:t>
      </w:r>
    </w:p>
    <w:p>
      <w:r>
        <w:rPr>
          <w:rFonts w:ascii="Tahoma" w:hAnsi="Tahoma" w:cs="Tahoma" w:eastAsia="Tahoma"/>
        </w:rPr>
        <w:t xml:space="preserve">วรรคสุดท้ายนั้นสำคัญ ไม่มีกฎข้อไหนในคู่มือเล่มนี้ที่ควรทำตาม เมื่อการทำตามมันทำให้ rulebook ของคุณใช้ยากขึ้น style guide ไม่ใช่ความถูกต้อง มันคือค่าตั้งต้นที่ </w:t>
      </w:r>
      <w:r>
        <w:rPr>
          <w:rFonts w:ascii="Tahoma" w:hAnsi="Tahoma" w:cs="Tahoma" w:eastAsia="Tahoma"/>
          <w:i/>
        </w:rPr>
        <w:t>มักจะ</w:t>
      </w:r>
      <w:r>
        <w:rPr>
          <w:rFonts w:ascii="Tahoma" w:hAnsi="Tahoma" w:cs="Tahoma" w:eastAsia="Tahoma"/>
        </w:rPr>
        <w:t xml:space="preserve"> ลดความพยายามของผู้อ่าน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3.2 ทักษะสามอย่างที่ควรฝึกอย่างตั้งใจ</w:t>
      </w:r>
    </w:p>
    <w:p>
      <w:r>
        <w:rPr>
          <w:rFonts w:ascii="Tahoma" w:hAnsi="Tahoma" w:cs="Tahoma" w:eastAsia="Tahoma"/>
        </w:rPr>
        <w:t>Curby ระบุทักษะสามอย่างที่บรรณาธิการควรพัฒนาตลอดหลายปี มันคือสิ่งที่ให้ผลตอบแทนสูงที่สุดในวิชานี้: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Framing</w:t>
      </w:r>
      <w:r>
        <w:rPr>
          <w:rFonts w:ascii="Tahoma" w:hAnsi="Tahoma" w:cs="Tahoma" w:eastAsia="Tahoma"/>
        </w:rPr>
        <w:t xml:space="preserve"> — แนะนำกรอบความคิดก่อนกฎที่ทำงานอยู่ในกรอบนั้น (บทที่ 6)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Templating</w:t>
      </w:r>
      <w:r>
        <w:rPr>
          <w:rFonts w:ascii="Tahoma" w:hAnsi="Tahoma" w:cs="Tahoma" w:eastAsia="Tahoma"/>
        </w:rPr>
        <w:t xml:space="preserve"> — สิ่งที่ทำงานเหมือนกันควรดูเหมือนกัน (บทที่ 7)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การจัดการ cognitive load</w:t>
      </w:r>
      <w:r>
        <w:rPr>
          <w:rFonts w:ascii="Tahoma" w:hAnsi="Tahoma" w:cs="Tahoma" w:eastAsia="Tahoma"/>
        </w:rPr>
        <w:t xml:space="preserve"> — ทักษะระดับบนที่ใช้ตัดสินสองข้อแรก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3.3 ตัวชี้วัดคุณภาพที่ใช้ได้จริง</w:t>
      </w:r>
    </w:p>
    <w:p>
      <w:r>
        <w:rPr>
          <w:rFonts w:ascii="Tahoma" w:hAnsi="Tahoma" w:cs="Tahoma" w:eastAsia="Tahoma"/>
        </w:rPr>
        <w:t>Ryan Michael Migalla เสนอบททดสอบที่ถูกอ้างอิงกันกว้างขวางตั้งแต่นั้นมา: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"rulebook ควรต้องอ่านรวดเดียวตามลำดับแค่ครั้งเดียวก็เข้าใจเกมได้ ผมให้คะแนน rulebook จากจำนวนครั้งที่ผมต้องกระโดดไปมา และจำนวนแนวคิดที่ยังไม่ถูกนิยามแต่โผล่มาแล้ว"</w:t>
      </w:r>
    </w:p>
    <w:p>
      <w:r>
        <w:rPr>
          <w:rFonts w:ascii="Tahoma" w:hAnsi="Tahoma" w:cs="Tahoma" w:eastAsia="Tahoma"/>
        </w:rPr>
        <w:t>มันไม่ใช่มาตรวัดที่สมบูรณ์ — มันไม่บอกอะไรเลยเรื่องการค้นหากลางเกม — แต่ในฐานะตัวเลขเดียว มันแยกแยะได้ดีอย่างน่าทึ่ง ลองนับตอนอ่านร่างของตัวเองรอบแรก: คุณต้องพลิกไปข้างหน้ากี่ครั้ง และมีคำกี่คำที่โผล่มาก่อนถูกนิยาม ทั้งสองตัวเลขควรเป็นศูนย์หรือใกล้ศูนย์</w:t>
      </w:r>
    </w:p>
    <w:p>
      <w:r>
        <w:rPr>
          <w:rFonts w:ascii="Tahoma" w:hAnsi="Tahoma" w:cs="Tahoma" w:eastAsia="Tahoma"/>
        </w:rPr>
        <w:br w:type="page"/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ภาค 2 — สถาปัตยกรรม</w:t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4. กายวิภาคของ rulebook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4.1 ลำดับมาตรฐาน</w:t>
      </w:r>
    </w:p>
    <w:p>
      <w:r>
        <w:rPr>
          <w:rFonts w:ascii="Tahoma" w:hAnsi="Tahoma" w:cs="Tahoma" w:eastAsia="Tahoma"/>
        </w:rPr>
        <w:t>แหล่งอ้างอิงสิบแหล่งในงานวิจัยนี้ให้ลำดับหัวข้อสิบแบบ พวกมันต่างกันตรงขอบและตรงกันเกือบสมบูรณ์ตรงกลาง เมื่อสังเคราะห์แล้ว ลำดับที่เป็นฉันทามติคือ: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ปก</w:t>
      </w:r>
      <w:r>
        <w:rPr>
          <w:rFonts w:ascii="Tahoma" w:hAnsi="Tahoma" w:cs="Tahoma" w:eastAsia="Tahoma"/>
        </w:rPr>
        <w:t xml:space="preserve"> — ชื่อเกม จำนวนผู้เล่น เวลาเล่น อายุที่แนะนำ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เกริ่นธีม</w:t>
      </w:r>
      <w:r>
        <w:rPr>
          <w:rFonts w:ascii="Tahoma" w:hAnsi="Tahoma" w:cs="Tahoma" w:eastAsia="Tahoma"/>
        </w:rPr>
        <w:t xml:space="preserve"> — หนึ่งย่อหน้า สร้างเรื่องแต่งและคำนามของเกม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เป้าหมาย / วิธีชนะ</w:t>
      </w:r>
      <w:r>
        <w:rPr>
          <w:rFonts w:ascii="Tahoma" w:hAnsi="Tahoma" w:cs="Tahoma" w:eastAsia="Tahoma"/>
        </w:rPr>
        <w:t xml:space="preserve"> — ระบุ </w:t>
      </w:r>
      <w:r>
        <w:rPr>
          <w:rFonts w:ascii="Tahoma" w:hAnsi="Tahoma" w:cs="Tahoma" w:eastAsia="Tahoma"/>
          <w:i/>
        </w:rPr>
        <w:t>ก่อน</w:t>
      </w:r>
      <w:r>
        <w:rPr>
          <w:rFonts w:ascii="Tahoma" w:hAnsi="Tahoma" w:cs="Tahoma" w:eastAsia="Tahoma"/>
        </w:rPr>
        <w:t xml:space="preserve"> กฎละเอียด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รายการอุปกรณ์พร้อมภาพ</w:t>
      </w:r>
      <w:r>
        <w:rPr>
          <w:rFonts w:ascii="Tahoma" w:hAnsi="Tahoma" w:cs="Tahoma" w:eastAsia="Tahoma"/>
        </w:rPr>
        <w:t xml:space="preserve"> — ภาพและชื่อของทุกชิ้น พร้อมจำนวน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การตั้งเกม</w:t>
      </w:r>
      <w:r>
        <w:rPr>
          <w:rFonts w:ascii="Tahoma" w:hAnsi="Tahoma" w:cs="Tahoma" w:eastAsia="Tahoma"/>
        </w:rPr>
        <w:t xml:space="preserve"> — ขั้นตอนเป็นข้อ บวกไดอะแกรมสถานะโต๊ะที่ตั้งเสร็จแล้ว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ภาพรวมการเล่น</w:t>
      </w:r>
      <w:r>
        <w:rPr>
          <w:rFonts w:ascii="Tahoma" w:hAnsi="Tahoma" w:cs="Tahoma" w:eastAsia="Tahoma"/>
        </w:rPr>
        <w:t xml:space="preserve"> — รูปร่างของรอบหรือเทิร์น เป็น bullet ไม่มีรายละเอียด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การเล่นแบบละเอียด</w:t>
      </w:r>
      <w:r>
        <w:rPr>
          <w:rFonts w:ascii="Tahoma" w:hAnsi="Tahoma" w:cs="Tahoma" w:eastAsia="Tahoma"/>
        </w:rPr>
        <w:t xml:space="preserve"> — แต่ละเฟส แอ็กชัน หรือขั้นตอน ตามลำดับที่เกิดจริง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ตัวกระตุ้นจบเกม</w:t>
      </w:r>
      <w:r>
        <w:rPr>
          <w:rFonts w:ascii="Tahoma" w:hAnsi="Tahoma" w:cs="Tahoma" w:eastAsia="Tahoma"/>
        </w:rPr>
        <w:t xml:space="preserve"> — อะไรทำให้เกมจบ และเกิดอะไรขึ้นหลังจากนั้น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การนับคะแนนและผู้ชนะ</w:t>
      </w:r>
      <w:r>
        <w:rPr>
          <w:rFonts w:ascii="Tahoma" w:hAnsi="Tahoma" w:cs="Tahoma" w:eastAsia="Tahoma"/>
        </w:rPr>
        <w:t xml:space="preserve"> — รวมกฎตัดสินเสมอ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ภาคผนวก / หมายเหตุการ์ด / FAQ</w:t>
      </w:r>
      <w:r>
        <w:rPr>
          <w:rFonts w:ascii="Tahoma" w:hAnsi="Tahoma" w:cs="Tahoma" w:eastAsia="Tahoma"/>
        </w:rPr>
        <w:t xml:space="preserve"> — คำอธิบายและเคสขอบ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อภิธานศัพท์ และ/หรือ ดัชนี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หลังปก</w:t>
      </w:r>
      <w:r>
        <w:rPr>
          <w:rFonts w:ascii="Tahoma" w:hAnsi="Tahoma" w:cs="Tahoma" w:eastAsia="Tahoma"/>
        </w:rPr>
        <w:t xml:space="preserve"> — ลำดับเทิร์น คีย์ไอคอน สรุปการตั้งเกม หน้าที่มีค่าที่สุดในเล่ม</w:t>
      </w:r>
    </w:p>
    <w:p>
      <w:r>
        <w:rPr>
          <w:rFonts w:ascii="Tahoma" w:hAnsi="Tahoma" w:cs="Tahoma" w:eastAsia="Tahoma"/>
        </w:rPr>
        <w:t xml:space="preserve">ตรรกะเบื้องหลัง ในสำนวนของ Curby คือ rulebook </w:t>
      </w:r>
      <w:r>
        <w:rPr>
          <w:rFonts w:ascii="Tahoma" w:hAnsi="Tahoma" w:cs="Tahoma" w:eastAsia="Tahoma"/>
          <w:b/>
        </w:rPr>
        <w:t>สร้างคลังคำแล้วเอาไปใช้</w:t>
      </w:r>
      <w:r>
        <w:rPr>
          <w:rFonts w:ascii="Tahoma" w:hAnsi="Tahoma" w:cs="Tahoma" w:eastAsia="Tahoma"/>
        </w:rPr>
        <w:t xml:space="preserve"> ธีมแนะนำคำนาม เป้าหมายแนะนำสิ่งที่เป็นนามธรรมแต่มีความสำคัญเชิงกลไก (แต้มชัยชนะ พลังงาน อิทธิพล) รายการอุปกรณ์แนะนำชื่อของจริง การตั้งเกมแนะนำชื่อพื้นที่ (กองจั่ว ตลาด) หลังจากนั้นเท่านั้นที่ส่วนการเล่นจะใช้คำเหล่านั้นได้โดยไม่ต้องหยุดอธิบาย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4.2 สิบ template วางเทียบกัน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แหล่ง</w:t>
            </w:r>
          </w:p>
        </w:tc>
        <w:tc>
          <w:tcPr>
            <w:tcW w:type="dxa" w:w="468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ลำดับหัวข้อ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Stonemaier Games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ภาพรวมและเป้าหมาย → อุปกรณ์ → การตั้งเกม → ภาพรวมการเล่น → การเล่นละเอียด → ข้อมูลอื่น → จบเกม → (หน้าสุดท้าย) คีย์ไอคอน / ลำดับเกม / ดัชนี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Curby Style Guide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เกริ่นธีม → เป้าหมาย → อุปกรณ์ → การตั้งเกม → ภาพรวม → โครงสร้างรอบ → โครงสร้างเทิร์น → รายละเอียด → ตัวกระตุ้นจบเกม → นับคะแนน → หมายเหตุการ์ด/FAQ → โลกของเกม → อภิธานศัพท์ → เครดิต → ดัชนี → สรุปย่อ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Resonym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เรื่องราว → เป้าหมาย → จบเกม → อุปกรณ์ → การตั้งเกม → การเล่น → การจบเกม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Rules Writing 101 (BGG)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ชื่อเกม → คำโปรย → ข้อมูลเกม → ภาพรวม → สารบัญ → อุปกรณ์ → เงื่อนไขชนะ → แยกส่วนอุปกรณ์ → อภิธานศัพท์ → การตั้งเกม → จบเกม → สรุปเทิร์น → รายละเอียดเทิร์น → กฎเพิ่มเติม → ตัวอย่าง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Meeple Mountain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เกริ่นธีม → เป้าหมาย → อุปกรณ์ → การตั้งเกม → วิธีอ่านอุปกรณ์ → ผู้เล่นเริ่ม → เทิร์นทั่วไป → แอ็กชันพิเศษ → ตัวอย่าง → จบเกม/นับคะแนน → ภาคผนวก → อภิธานศัพท์ → FAQ → เวอร์ชัน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ธรรมเนียมเกมสงคราม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เกริ่นนำ → อุปกรณ์ → แนวคิดหลัก (การซ้อน/เขตควบคุม/เสบียง) → การเปิดใช้หน่วย → การเคลื่อนที่ → การรบ → การเมือง → กฎพิเศษ → เงื่อนไขชนะ → กฎเสริม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Shellhead (TWBG)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เกริ่นนำ → อุปกรณ์ → เงื่อนไขชนะ → การตั้งเกม → เฟสของเทิร์น → กฎเสริม → ตัวอย่างการเล่น 2 เทิร์น → อภิธานศัพท์ → สรุปหลังปก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ลำดับการสอน (BGG)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ธีม (1-2 ประโยค) → เงื่อนไขชนะและตัวกระตุ้นจบ → ภาพรวมการไหล → รายละเอียด</w:t>
            </w:r>
          </w:p>
        </w:tc>
      </w:tr>
    </w:tbl>
    <w:p/>
    <w:p>
      <w:r>
        <w:rPr>
          <w:rFonts w:ascii="Tahoma" w:hAnsi="Tahoma" w:cs="Tahoma" w:eastAsia="Tahoma"/>
        </w:rPr>
        <w:t xml:space="preserve">สังเกตว่ามีกี่แหล่งที่วาง </w:t>
      </w:r>
      <w:r>
        <w:rPr>
          <w:rFonts w:ascii="Tahoma" w:hAnsi="Tahoma" w:cs="Tahoma" w:eastAsia="Tahoma"/>
          <w:b/>
        </w:rPr>
        <w:t>เป้าหมายไว้ก่อนรายละเอียด</w:t>
      </w:r>
      <w:r>
        <w:rPr>
          <w:rFonts w:ascii="Tahoma" w:hAnsi="Tahoma" w:cs="Tahoma" w:eastAsia="Tahoma"/>
        </w:rPr>
        <w:t xml:space="preserve"> และมีน้อยแค่ไหนที่ </w:t>
      </w:r>
      <w:r>
        <w:rPr>
          <w:rFonts w:ascii="Tahoma" w:hAnsi="Tahoma" w:cs="Tahoma" w:eastAsia="Tahoma"/>
          <w:b/>
        </w:rPr>
        <w:t>เปิดด้วยการตั้งเกม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4.3 สามลำดับที่มักจะผิด</w:t>
      </w:r>
    </w:p>
    <w:p>
      <w:r>
        <w:rPr>
          <w:rFonts w:ascii="Tahoma" w:hAnsi="Tahoma" w:cs="Tahoma" w:eastAsia="Tahoma"/>
          <w:b/>
        </w:rPr>
        <w:t>อย่าเปิดด้วยการตั้งเกม</w:t>
      </w:r>
      <w:r>
        <w:rPr>
          <w:rFonts w:ascii="Tahoma" w:hAnsi="Tahoma" w:cs="Tahoma" w:eastAsia="Tahoma"/>
        </w:rPr>
        <w:t xml:space="preserve"> ข้อโต้แย้งของครูสอนเกมมากประสบการณ์คือคำอธิบายที่ชัดที่สุดของปัญหานี้: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"rulebook ทั่วไปเริ่มด้วย set-up — อย่าทำแบบนั้นเลยครับ ผมไม่รู้ว่าชิ้นส่วนพวกนี้คืออะไร ไม่รู้ว่าแยกกองไปทำไม ผมไม่มีบริบทอะไรเลย บอกธีมผมก่อน บอกเป้าหมาย บอกภาพรวม แล้วค่อยลงรายละเอียด ลองคิดว่าคุณจะเล่าเรื่องยังไง คุณคงไม่กระโดดเข้ารายละเอียดยิบย่อยก่อนที่คนฟังจะรู้จักเรื่องใช่ไหม?"</w:t>
      </w:r>
    </w:p>
    <w:p>
      <w:r>
        <w:rPr>
          <w:rFonts w:ascii="Tahoma" w:hAnsi="Tahoma" w:cs="Tahoma" w:eastAsia="Tahoma"/>
          <w:b/>
        </w:rPr>
        <w:t>อย่าซ่อนเงื่อนไขชนะ</w:t>
      </w:r>
      <w:r>
        <w:rPr>
          <w:rFonts w:ascii="Tahoma" w:hAnsi="Tahoma" w:cs="Tahoma" w:eastAsia="Tahoma"/>
        </w:rPr>
        <w:t xml:space="preserve"> Herc du Preez วางเงื่อนไขชนะไว้ก่อนกฎอย่างตั้งใจ: </w:t>
      </w:r>
      <w:r>
        <w:rPr>
          <w:rFonts w:ascii="Tahoma" w:hAnsi="Tahoma" w:cs="Tahoma" w:eastAsia="Tahoma"/>
          <w:i/>
        </w:rPr>
        <w:t>"มันทำให้คนอ่านมีเป้าหมายอยู่ในหัวตลอดเวลาที่อ่านกฎที่เหลือ การมีเป้าหมายในหัวให้บริบทกับทุกการกระทำ เป้าหมายคือตัวเกม"</w:t>
      </w:r>
    </w:p>
    <w:p>
      <w:r>
        <w:rPr>
          <w:rFonts w:ascii="Tahoma" w:hAnsi="Tahoma" w:cs="Tahoma" w:eastAsia="Tahoma"/>
          <w:b/>
        </w:rPr>
        <w:t>อย่าตามลำดับเวลาแบบทื่อๆ</w:t>
      </w:r>
      <w:r>
        <w:rPr>
          <w:rFonts w:ascii="Tahoma" w:hAnsi="Tahoma" w:cs="Tahoma" w:eastAsia="Tahoma"/>
        </w:rPr>
        <w:t xml:space="preserve"> ในบางเกม การเข้าใจเฟสที่ 8 ทำให้เฟส 1–7 เข้าใจได้ ตัวอย่างจาก BGG คือเกม Dune: การรบเกิดใกล้ท้ายรอบ แต่เฟสประมูลกับเฟสเครื่องเทศจะเข้าใจได้ก็ต่อเมื่อรู้ว่าการ์ดและเครื่องเทศ </w:t>
      </w:r>
      <w:r>
        <w:rPr>
          <w:rFonts w:ascii="Tahoma" w:hAnsi="Tahoma" w:cs="Tahoma" w:eastAsia="Tahoma"/>
          <w:i/>
        </w:rPr>
        <w:t>เอาไปทำอะไร</w:t>
      </w:r>
      <w:r>
        <w:rPr>
          <w:rFonts w:ascii="Tahoma" w:hAnsi="Tahoma" w:cs="Tahoma" w:eastAsia="Tahoma"/>
        </w:rPr>
        <w:t xml:space="preserve"> หนังสือควรตาม </w:t>
      </w:r>
      <w:r>
        <w:rPr>
          <w:rFonts w:ascii="Tahoma" w:hAnsi="Tahoma" w:cs="Tahoma" w:eastAsia="Tahoma"/>
          <w:b/>
        </w:rPr>
        <w:t>ลำดับของการซึมซับความเข้าใจ</w:t>
      </w:r>
      <w:r>
        <w:rPr>
          <w:rFonts w:ascii="Tahoma" w:hAnsi="Tahoma" w:cs="Tahoma" w:eastAsia="Tahoma"/>
        </w:rPr>
        <w:t xml:space="preserve"> ไม่ใช่ตามนาฬิกา</w:t>
      </w:r>
    </w:p>
    <w:p>
      <w:r>
        <w:rPr>
          <w:rFonts w:ascii="Tahoma" w:hAnsi="Tahoma" w:cs="Tahoma" w:eastAsia="Tahoma"/>
        </w:rPr>
        <w:t xml:space="preserve">Jamey Stegmaier ยืนยันว่านี่คือแนวปฏิบัติปกติในวงอาชีพ เมื่อถูกถามว่าเขายืดหยุ่นแค่ไหนกับการสลับลำดับหัวข้อเมื่อเกมเรียกร้อง เขาตอบว่า </w:t>
      </w:r>
      <w:r>
        <w:rPr>
          <w:rFonts w:ascii="Tahoma" w:hAnsi="Tahoma" w:cs="Tahoma" w:eastAsia="Tahoma"/>
          <w:i/>
        </w:rPr>
        <w:t>"แน่นอน ผมทำแบบนั้นกับ Vantage และเกมอื่นๆ มาแล้ว"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4.4 ความยาวคือข้อความ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"ผมพยายามทำให้ความยาวของ rulebook สะท้อนความซับซ้อนของเกม โดยใช้อุปกรณ์อื่นช่วยแบ่งเบา"</w:t>
      </w:r>
      <w:r>
        <w:rPr>
          <w:rFonts w:ascii="Tahoma" w:hAnsi="Tahoma" w:cs="Tahoma" w:eastAsia="Tahoma"/>
          <w:i/>
          <w:color w:val="2F2F2F"/>
          <w:sz w:val="20"/>
        </w:rPr>
        <w:t xml:space="preserve"> — Jamey Stegmaier</w:t>
      </w:r>
    </w:p>
    <w:p>
      <w:r>
        <w:rPr>
          <w:rFonts w:ascii="Tahoma" w:hAnsi="Tahoma" w:cs="Tahoma" w:eastAsia="Tahoma"/>
        </w:rPr>
        <w:t xml:space="preserve">ตอนเขาเขียน rulebook ของ </w:t>
      </w:r>
      <w:r>
        <w:rPr>
          <w:rFonts w:ascii="Tahoma" w:hAnsi="Tahoma" w:cs="Tahoma" w:eastAsia="Tahoma"/>
          <w:i/>
        </w:rPr>
        <w:t>Tokaido Duo</w:t>
      </w:r>
      <w:r>
        <w:rPr>
          <w:rFonts w:ascii="Tahoma" w:hAnsi="Tahoma" w:cs="Tahoma" w:eastAsia="Tahoma"/>
        </w:rPr>
        <w:t xml:space="preserve"> ใหม่ เขาดึงคำอธิบายตัวละครออกไปเป็น player aid สองชุด — ใช้ระหว่างเล่นสะดวกกว่า และซื่อสัตย์กับน้ำหนักจริงของเกมมากกว่า rulebook หนาบนเกมเบาบอกผู้ซื้อผิดตั้งแต่ยังไม่ได้อ่านคำแรก</w:t>
      </w:r>
    </w:p>
    <w:p>
      <w:r>
        <w:rPr>
          <w:rFonts w:ascii="Tahoma" w:hAnsi="Tahoma" w:cs="Tahoma" w:eastAsia="Tahoma"/>
        </w:rPr>
        <w:t>มีสัญญาณเตือนอีกสองข้อจากแหล่งเดียวกัน ทั้งคู่ควรค่าแก่การรับไปเป็นกฎบรรณาธิการตรงตัว:</w:t>
      </w:r>
    </w:p>
    <w:p>
      <w:pPr>
        <w:pStyle w:val="ListBullet"/>
        <w:spacing w:after="60"/>
      </w:pPr>
      <w:r>
        <w:rPr>
          <w:rFonts w:ascii="Tahoma" w:hAnsi="Tahoma" w:cs="Tahoma" w:eastAsia="Tahoma"/>
          <w:i/>
        </w:rPr>
        <w:t>"ถ้าผมต้องใช้เต็มหนึ่งหน้าอธิบายแนวคิดเล็กๆ นั่นเป็นสัญญาณที่ดีว่าแนวคิดนั้นซับซ้อนเกินกว่าสิ่งที่มันให้กับเกม"</w:t>
      </w:r>
    </w:p>
    <w:p>
      <w:pPr>
        <w:pStyle w:val="ListBullet"/>
        <w:spacing w:after="60"/>
      </w:pPr>
      <w:r>
        <w:rPr>
          <w:rFonts w:ascii="Tahoma" w:hAnsi="Tahoma" w:cs="Tahoma" w:eastAsia="Tahoma"/>
          <w:i/>
        </w:rPr>
        <w:t>"99% ของกรณี ถ้าผมใช้คำว่า 'ข้อยกเว้น' ใน rulebook นั่นคือสัญญาณว่ามันจะยากสำหรับผู้เล่นที่จะจำ และควรถูกตัดออกจากเกม"</w:t>
      </w:r>
    </w:p>
    <w:p>
      <w:r>
        <w:rPr>
          <w:rFonts w:ascii="Tahoma" w:hAnsi="Tahoma" w:cs="Tahoma" w:eastAsia="Tahoma"/>
        </w:rPr>
        <w:t xml:space="preserve">พูดอีกแบบ rulebook คือ </w:t>
      </w:r>
      <w:r>
        <w:rPr>
          <w:rFonts w:ascii="Tahoma" w:hAnsi="Tahoma" w:cs="Tahoma" w:eastAsia="Tahoma"/>
          <w:b/>
        </w:rPr>
        <w:t>เครื่องวัดความซับซ้อนของดีไซน์</w:t>
      </w:r>
      <w:r>
        <w:rPr>
          <w:rFonts w:ascii="Tahoma" w:hAnsi="Tahoma" w:cs="Tahoma" w:eastAsia="Tahoma"/>
        </w:rPr>
        <w:t xml:space="preserve"> เมื่อการเขียนมันเจ็บตรงจุดหนึ่ง จุดนั้นมักเป็นปัญหาดีไซน์ ไม่ใช่ปัญหาการเขียน</w:t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5. เลือกสถาปัตยกรรมของคุณ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5.1 ความตึงเครียดหลัก</w:t>
      </w:r>
    </w:p>
    <w:p>
      <w:r>
        <w:rPr>
          <w:rFonts w:ascii="Tahoma" w:hAnsi="Tahoma" w:cs="Tahoma" w:eastAsia="Tahoma"/>
        </w:rPr>
        <w:t>เรื่องนี้ถูกระบุว่าเป็นปัญหาที่ยากที่สุดในวิชานี้ โดยคนทำงานอาชีพอย่างน้อยสามคนที่ไม่รู้จักกัน: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"ความท้าทายที่ใหญ่ที่สุดในการเขียน rulebook คือผู้เล่นต้องการให้มันเป็นสองอย่างพร้อมกันเสมอ — คู่มือเริ่มต้นสำหรับคนที่กำลังหัด และเอกสารอ้างอิงที่จัดเรียงอย่างมีเหตุผลสำหรับคนที่มีคำถามเฉพาะ"</w:t>
      </w:r>
      <w:r>
        <w:rPr>
          <w:rFonts w:ascii="Tahoma" w:hAnsi="Tahoma" w:cs="Tahoma" w:eastAsia="Tahoma"/>
          <w:i/>
          <w:color w:val="2F2F2F"/>
          <w:sz w:val="20"/>
        </w:rPr>
        <w:t xml:space="preserve"> — Resonym</w:t>
      </w:r>
    </w:p>
    <w:p>
      <w:r>
        <w:rPr>
          <w:rFonts w:ascii="Tahoma" w:hAnsi="Tahoma" w:cs="Tahoma" w:eastAsia="Tahoma"/>
        </w:rPr>
        <w:t xml:space="preserve">นักเขียนบน BGG อีกคนพูดแรงกว่า: </w:t>
      </w:r>
      <w:r>
        <w:rPr>
          <w:rFonts w:ascii="Tahoma" w:hAnsi="Tahoma" w:cs="Tahoma" w:eastAsia="Tahoma"/>
          <w:i/>
        </w:rPr>
        <w:t>"การพยายามทำ rulebook เล่มเดียวให้ทั้งสอนเกมและเป็นเอกสารอ้างอิง คือความพยายามที่ทำลายตัวเอง"</w:t>
      </w:r>
    </w:p>
    <w:p>
      <w:r>
        <w:rPr>
          <w:rFonts w:ascii="Tahoma" w:hAnsi="Tahoma" w:cs="Tahoma" w:eastAsia="Tahoma"/>
          <w:b/>
        </w:rPr>
        <w:t>การสอน</w:t>
      </w:r>
      <w:r>
        <w:rPr>
          <w:rFonts w:ascii="Tahoma" w:hAnsi="Tahoma" w:cs="Tahoma" w:eastAsia="Tahoma"/>
        </w:rPr>
        <w:t xml:space="preserve"> ต้องการลำดับการเล่นและการค่อยๆ เปิดเผย </w:t>
      </w:r>
      <w:r>
        <w:rPr>
          <w:rFonts w:ascii="Tahoma" w:hAnsi="Tahoma" w:cs="Tahoma" w:eastAsia="Tahoma"/>
          <w:b/>
        </w:rPr>
        <w:t>การอ้างอิง</w:t>
      </w:r>
      <w:r>
        <w:rPr>
          <w:rFonts w:ascii="Tahoma" w:hAnsi="Tahoma" w:cs="Tahoma" w:eastAsia="Tahoma"/>
        </w:rPr>
        <w:t xml:space="preserve"> ต้องการการจัดกลุ่มตามหัวข้อและการเข้าถึงแบบเรียงตัวอักษร คุณได้ทั้งสองอย่างเต็มๆ ในเอกสารเส้นตรงเล่มเดียวไม่ได้ สิ่งที่ทำได้คือ </w:t>
      </w:r>
      <w:r>
        <w:rPr>
          <w:rFonts w:ascii="Tahoma" w:hAnsi="Tahoma" w:cs="Tahoma" w:eastAsia="Tahoma"/>
          <w:b/>
        </w:rPr>
        <w:t>เลือกสถาปัตยกรรมที่วางการประนีประนอมไว้ตรงที่มันเจ็บน้อยที่สุด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5.2 ห้าสถาปัตยกรรม</w:t>
      </w:r>
    </w:p>
    <w:p>
      <w:pPr>
        <w:spacing w:before="200"/>
      </w:pPr>
      <w:r>
        <w:rPr>
          <w:rFonts w:ascii="Tahoma" w:hAnsi="Tahoma" w:cs="Tahoma" w:eastAsia="Tahoma"/>
          <w:b/>
          <w:sz w:val="24"/>
        </w:rPr>
        <w:t>แบบ A: เล่มเดียว เรียงตามลำดับการสอน (เกมเบาถึงกลาง)</w:t>
      </w:r>
    </w:p>
    <w:p>
      <w:r>
        <w:rPr>
          <w:rFonts w:ascii="Tahoma" w:hAnsi="Tahoma" w:cs="Tahoma" w:eastAsia="Tahoma"/>
        </w:rPr>
        <w:t xml:space="preserve">ค่าตั้งต้น ต่ำกว่าประมาณสี่หน้า ใช้หลักของ marc lecours: </w:t>
      </w:r>
      <w:r>
        <w:rPr>
          <w:rFonts w:ascii="Tahoma" w:hAnsi="Tahoma" w:cs="Tahoma" w:eastAsia="Tahoma"/>
          <w:i/>
        </w:rPr>
        <w:t>"นำเสนอเกมเหมือนคุณกำลังสอนเกม แต่ละกฎอธิบายตามลำดับที่มันเกิดขึ้น"</w:t>
      </w:r>
      <w:r>
        <w:rPr>
          <w:rFonts w:ascii="Tahoma" w:hAnsi="Tahoma" w:cs="Tahoma" w:eastAsia="Tahoma"/>
        </w:rPr>
        <w:t xml:space="preserve"> แล้วใส่สรุปหลังปก จบ</w:t>
      </w:r>
    </w:p>
    <w:p>
      <w:r>
        <w:rPr>
          <w:rFonts w:ascii="Tahoma" w:hAnsi="Tahoma" w:cs="Tahoma" w:eastAsia="Tahoma"/>
          <w:b/>
        </w:rPr>
        <w:t>เหมาะกับ:</w:t>
      </w:r>
      <w:r>
        <w:rPr>
          <w:rFonts w:ascii="Tahoma" w:hAnsi="Tahoma" w:cs="Tahoma" w:eastAsia="Tahoma"/>
        </w:rPr>
        <w:t xml:space="preserve"> เกมครอบครัวและ gateway, filler, เกม 30–60 นาทีส่วนใหญ่</w:t>
      </w:r>
    </w:p>
    <w:p>
      <w:r>
        <w:rPr>
          <w:rFonts w:ascii="Tahoma" w:hAnsi="Tahoma" w:cs="Tahoma" w:eastAsia="Tahoma"/>
          <w:b/>
        </w:rPr>
        <w:t>พังเมื่อ:</w:t>
      </w:r>
      <w:r>
        <w:rPr>
          <w:rFonts w:ascii="Tahoma" w:hAnsi="Tahoma" w:cs="Tahoma" w:eastAsia="Tahoma"/>
        </w:rPr>
        <w:t xml:space="preserve"> เกมสร้างเคสขอบมากพอจนต้องเปิดหากลางเกมบ่อย</w:t>
      </w:r>
    </w:p>
    <w:p>
      <w:pPr>
        <w:spacing w:before="200"/>
      </w:pPr>
      <w:r>
        <w:rPr>
          <w:rFonts w:ascii="Tahoma" w:hAnsi="Tahoma" w:cs="Tahoma" w:eastAsia="Tahoma"/>
          <w:b/>
          <w:sz w:val="24"/>
        </w:rPr>
        <w:t>แบบ B: เล่มเดียว จัดกลุ่มตามหัวข้อ + ดัชนี (เกมหนัก)</w:t>
      </w:r>
    </w:p>
    <w:p>
      <w:r>
        <w:rPr>
          <w:rFonts w:ascii="Tahoma" w:hAnsi="Tahoma" w:cs="Tahoma" w:eastAsia="Tahoma"/>
        </w:rPr>
        <w:t xml:space="preserve">เกินราว 20 หน้า แหล่งเดียวกันกลับคำแนะนำ: </w:t>
      </w:r>
      <w:r>
        <w:rPr>
          <w:rFonts w:ascii="Tahoma" w:hAnsi="Tahoma" w:cs="Tahoma" w:eastAsia="Tahoma"/>
          <w:i/>
        </w:rPr>
        <w:t>"สิ่งสำคัญคือจัดกลุ่มกฎตามหัวข้อเพื่อให้หากฎได้เร็ว rulebook อ้างอิงยาวๆ ที่ผมชอบที่สุดจัดกฎเรียงตามตัวอักษรแทนลำดับที่เรียน ดัชนีขนาดใหญ่คือแผนสำรองที่รับได้"</w:t>
      </w:r>
    </w:p>
    <w:p>
      <w:r>
        <w:rPr>
          <w:rFonts w:ascii="Tahoma" w:hAnsi="Tahoma" w:cs="Tahoma" w:eastAsia="Tahoma"/>
        </w:rPr>
        <w:t xml:space="preserve">เกมสงครามอ่านรู้เรื่องทั้งที่ยาว เพราะใช้ </w:t>
      </w:r>
      <w:r>
        <w:rPr>
          <w:rFonts w:ascii="Tahoma" w:hAnsi="Tahoma" w:cs="Tahoma" w:eastAsia="Tahoma"/>
          <w:b/>
        </w:rPr>
        <w:t>ลำดับตามธรรมเนียมที่คาดเดาได้</w:t>
      </w:r>
      <w:r>
        <w:rPr>
          <w:rFonts w:ascii="Tahoma" w:hAnsi="Tahoma" w:cs="Tahoma" w:eastAsia="Tahoma"/>
        </w:rPr>
        <w:t>: เกริ่นนำ อุปกรณ์ แนวคิดหลัก การเปิดใช้หน่วย การเคลื่อนที่ การรบ กฎพิเศษ เงื่อนไขชนะ กฎเสริม ผู้อ่านนำทางด้วยธรรมเนียม</w:t>
      </w:r>
    </w:p>
    <w:p>
      <w:pPr>
        <w:spacing w:before="200"/>
      </w:pPr>
      <w:r>
        <w:rPr>
          <w:rFonts w:ascii="Tahoma" w:hAnsi="Tahoma" w:cs="Tahoma" w:eastAsia="Tahoma"/>
          <w:b/>
          <w:sz w:val="24"/>
        </w:rPr>
        <w:t>แบบ C: สองเล่ม — Learn to Play + Rules Reference</w:t>
      </w:r>
    </w:p>
    <w:p>
      <w:r>
        <w:rPr>
          <w:rFonts w:ascii="Tahoma" w:hAnsi="Tahoma" w:cs="Tahoma" w:eastAsia="Tahoma"/>
        </w:rPr>
        <w:t xml:space="preserve">Fantasy Flight ทำจนเป็นมาตรฐาน และได้คำชมกว้างขวางบน BGG: </w:t>
      </w:r>
      <w:r>
        <w:rPr>
          <w:rFonts w:ascii="Tahoma" w:hAnsi="Tahoma" w:cs="Tahoma" w:eastAsia="Tahoma"/>
          <w:i/>
        </w:rPr>
        <w:t>"rulebook สั้นๆ ที่ทำให้เริ่มเล่นได้เร็ว และสำหรับเรื่องอื่นทั้งหมดมี rules reference เล่มใหญ่ที่มีดัชนีละเอียด ซึ่งปกติหาสิ่งที่ต้องการได้ในไม่กี่วินาที"</w:t>
      </w:r>
    </w:p>
    <w:p>
      <w:r>
        <w:rPr>
          <w:rFonts w:ascii="Tahoma" w:hAnsi="Tahoma" w:cs="Tahoma" w:eastAsia="Tahoma"/>
        </w:rPr>
        <w:t>สองเล่มนี้มีโครงสร้างต่างกันจริงๆ เล่ม 1 เล่าเรื่องการเล่นเกมตามลำดับเล่น และอาจตัดเคสหายากออกได้อย่างตั้งใจ เล่ม 2 เป็นทางการ เรียงตามตัวอักษรหรือหัวข้อ และครบถ้วน คู่มือคอมพิวเตอร์ส่งคู่นี้มาหลายทศวรรษแล้ว</w:t>
      </w:r>
    </w:p>
    <w:p>
      <w:r>
        <w:rPr>
          <w:rFonts w:ascii="Tahoma" w:hAnsi="Tahoma" w:cs="Tahoma" w:eastAsia="Tahoma"/>
          <w:b/>
        </w:rPr>
        <w:t>จุดพังของแบบนี้เฉพาะเจาะจงและรุนแรง</w:t>
      </w:r>
      <w:r>
        <w:rPr>
          <w:rFonts w:ascii="Tahoma" w:hAnsi="Tahoma" w:cs="Tahoma" w:eastAsia="Tahoma"/>
        </w:rPr>
        <w:t xml:space="preserve"> ถ้ากฎข้อหนึ่งมีอยู่ในเล่ม Learn to Play แต่หายไปจาก Reference คนจะเลิกเชื่อ Reference — และพอเลิกเชื่อแล้ว ก็เลิกใช้ เรื่องนี้ถูกบันทึกละเอียดกับ </w:t>
      </w:r>
      <w:r>
        <w:rPr>
          <w:rFonts w:ascii="Tahoma" w:hAnsi="Tahoma" w:cs="Tahoma" w:eastAsia="Tahoma"/>
          <w:i/>
        </w:rPr>
        <w:t>Gloomhaven: Jaws of the Lion</w:t>
      </w:r>
      <w:r>
        <w:rPr>
          <w:rFonts w:ascii="Tahoma" w:hAnsi="Tahoma" w:cs="Tahoma" w:eastAsia="Tahoma"/>
        </w:rPr>
        <w:t xml:space="preserve"> ที่กฎจำกัดการ์ดคำสาปสิบใบปรากฏเฉพาะในเล่มสอน: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"ผมรู้สึกว่ากฎทุกข้อควรอยู่ในทุกที่ที่คุณคาดว่าจะเจอมันใน Glossary — หรืออย่างน้อยมีคำว่า 'ดูเพิ่มเติมที่ [หัวข้อ]' แบบที่ FFG ทำ — ไม่งั้น Glossary จะไม่มีประโยชน์อีกต่อไป"</w:t>
      </w:r>
    </w:p>
    <w:p>
      <w:r>
        <w:rPr>
          <w:rFonts w:ascii="Tahoma" w:hAnsi="Tahoma" w:cs="Tahoma" w:eastAsia="Tahoma"/>
          <w:b/>
        </w:rPr>
        <w:t>กฎเหล็ก:</w:t>
      </w:r>
      <w:r>
        <w:rPr>
          <w:rFonts w:ascii="Tahoma" w:hAnsi="Tahoma" w:cs="Tahoma" w:eastAsia="Tahoma"/>
        </w:rPr>
        <w:t xml:space="preserve"> ถ้าออกสองเล่ม เล่มอ้างอิงต้องเป็น </w:t>
      </w:r>
      <w:r>
        <w:rPr>
          <w:rFonts w:ascii="Tahoma" w:hAnsi="Tahoma" w:cs="Tahoma" w:eastAsia="Tahoma"/>
          <w:b/>
        </w:rPr>
        <w:t>ซูเปอร์เซ็ต</w:t>
      </w:r>
      <w:r>
        <w:rPr>
          <w:rFonts w:ascii="Tahoma" w:hAnsi="Tahoma" w:cs="Tahoma" w:eastAsia="Tahoma"/>
        </w:rPr>
        <w:t xml:space="preserve"> ไม่ใช่ซับเซ็ต</w:t>
      </w:r>
    </w:p>
    <w:p>
      <w:pPr>
        <w:spacing w:before="200"/>
      </w:pPr>
      <w:r>
        <w:rPr>
          <w:rFonts w:ascii="Tahoma" w:hAnsi="Tahoma" w:cs="Tahoma" w:eastAsia="Tahoma"/>
          <w:b/>
          <w:sz w:val="24"/>
        </w:rPr>
        <w:t>แบบ D: Playbook / เล่มพาเล่น (เกมหนักที่มีปัญหาการสอน)</w:t>
      </w:r>
    </w:p>
    <w:p>
      <w:r>
        <w:rPr>
          <w:rFonts w:ascii="Tahoma" w:hAnsi="Tahoma" w:cs="Tahoma" w:eastAsia="Tahoma"/>
        </w:rPr>
        <w:t xml:space="preserve">เล่มแยกที่พาผู้เล่นเดินผ่านเกมเปิดแบบสคริปต์ GMT ซีรีส์ COIN บุกเบิกในเกมสงคราม แล้ว </w:t>
      </w:r>
      <w:r>
        <w:rPr>
          <w:rFonts w:ascii="Tahoma" w:hAnsi="Tahoma" w:cs="Tahoma" w:eastAsia="Tahoma"/>
          <w:i/>
        </w:rPr>
        <w:t>Root</w:t>
      </w:r>
      <w:r>
        <w:rPr>
          <w:rFonts w:ascii="Tahoma" w:hAnsi="Tahoma" w:cs="Tahoma" w:eastAsia="Tahoma"/>
        </w:rPr>
        <w:t xml:space="preserve"> นำมาสู่กระแสหลัก</w:t>
      </w:r>
    </w:p>
    <w:p>
      <w:r>
        <w:rPr>
          <w:rFonts w:ascii="Tahoma" w:hAnsi="Tahoma" w:cs="Tahoma" w:eastAsia="Tahoma"/>
          <w:i/>
        </w:rPr>
        <w:t>Root</w:t>
      </w:r>
      <w:r>
        <w:rPr>
          <w:rFonts w:ascii="Tahoma" w:hAnsi="Tahoma" w:cs="Tahoma" w:eastAsia="Tahoma"/>
        </w:rPr>
        <w:t xml:space="preserve"> แถมเล่มพาเล่นที่ตั้งกระดานเป็นตำแหน่งสี่ผู้เล่นเฉพาะ ส่งหนังสือวนโต๊ะ แล้วให้แต่ละคนอ่านการเคลื่อนไหวของตัวเองออกเสียง Punchboard ให้เครดิตตรงนี้กับการเข้าถึงตลาดของเกม: </w:t>
      </w:r>
      <w:r>
        <w:rPr>
          <w:rFonts w:ascii="Tahoma" w:hAnsi="Tahoma" w:cs="Tahoma" w:eastAsia="Tahoma"/>
          <w:i/>
        </w:rPr>
        <w:t>"ผมเชื่อว่าเล่มพาเล่นของ Root คือเครื่องมือสำคัญที่ทำให้เกมประสบความสำเร็จ"</w:t>
      </w:r>
    </w:p>
    <w:p>
      <w:r>
        <w:rPr>
          <w:rFonts w:ascii="Tahoma" w:hAnsi="Tahoma" w:cs="Tahoma" w:eastAsia="Tahoma"/>
          <w:i/>
        </w:rPr>
        <w:t>Fog of Love</w:t>
      </w:r>
      <w:r>
        <w:rPr>
          <w:rFonts w:ascii="Tahoma" w:hAnsi="Tahoma" w:cs="Tahoma" w:eastAsia="Tahoma"/>
        </w:rPr>
        <w:t xml:space="preserve"> ใช้รูปแบบที่ฉลาดมาก: กฎสั่งผู้เล่น </w:t>
      </w:r>
      <w:r>
        <w:rPr>
          <w:rFonts w:ascii="Tahoma" w:hAnsi="Tahoma" w:cs="Tahoma" w:eastAsia="Tahoma"/>
          <w:b/>
        </w:rPr>
        <w:t>ไม่ให้สับสำรับ</w:t>
      </w:r>
      <w:r>
        <w:rPr>
          <w:rFonts w:ascii="Tahoma" w:hAnsi="Tahoma" w:cs="Tahoma" w:eastAsia="Tahoma"/>
        </w:rPr>
        <w:t xml:space="preserve"> ในเกมแรก คู่มือเริ่มต้นจึงรู้แน่ชัดว่าผู้เล่นแต่ละคนถือการ์ดอะไร และพาเดินผ่านการตัดสินใจจริงได้</w:t>
      </w:r>
    </w:p>
    <w:p>
      <w:r>
        <w:rPr>
          <w:rFonts w:ascii="Tahoma" w:hAnsi="Tahoma" w:cs="Tahoma" w:eastAsia="Tahoma"/>
        </w:rPr>
        <w:t xml:space="preserve">ธรรมเนียมของเกมสงครามชัดยิ่งกว่า บาง rulebook เปิดมาว่า: </w:t>
      </w:r>
      <w:r>
        <w:rPr>
          <w:rFonts w:ascii="Tahoma" w:hAnsi="Tahoma" w:cs="Tahoma" w:eastAsia="Tahoma"/>
          <w:i/>
        </w:rPr>
        <w:t>"หยุด อ่าน playbook แล้วเล่นตามด้วยของจริง จากนั้นค่อยใช้ rulebook เป็นเอกสารอ้างอิง"</w:t>
      </w:r>
    </w:p>
    <w:p>
      <w:pPr>
        <w:spacing w:before="200"/>
      </w:pPr>
      <w:r>
        <w:rPr>
          <w:rFonts w:ascii="Tahoma" w:hAnsi="Tahoma" w:cs="Tahoma" w:eastAsia="Tahoma"/>
          <w:b/>
          <w:sz w:val="24"/>
        </w:rPr>
        <w:t>แบบ E: rulebook แบบ tutorial</w:t>
      </w:r>
    </w:p>
    <w:p>
      <w:r>
        <w:rPr>
          <w:rFonts w:ascii="Tahoma" w:hAnsi="Tahoma" w:cs="Tahoma" w:eastAsia="Tahoma"/>
        </w:rPr>
        <w:t>กฎถูกแนะนำทีละฉาก (</w:t>
      </w:r>
      <w:r>
        <w:rPr>
          <w:rFonts w:ascii="Tahoma" w:hAnsi="Tahoma" w:cs="Tahoma" w:eastAsia="Tahoma"/>
          <w:i/>
        </w:rPr>
        <w:t>Gloomhaven: Jaws of the Lion</w:t>
      </w:r>
      <w:r>
        <w:rPr>
          <w:rFonts w:ascii="Tahoma" w:hAnsi="Tahoma" w:cs="Tahoma" w:eastAsia="Tahoma"/>
        </w:rPr>
        <w:t>, Programmed Instruction สมัยเก่าของ Avalon Hill, legacy game ที่มีสติกเกอร์กฎ)</w:t>
      </w:r>
    </w:p>
    <w:p>
      <w:r>
        <w:rPr>
          <w:rFonts w:ascii="Tahoma" w:hAnsi="Tahoma" w:cs="Tahoma" w:eastAsia="Tahoma"/>
        </w:rPr>
        <w:t>แบบนี้สอนได้สวยงามและใช้อ้างอิงได้แย่มาก เสียงบ่นสม่ำเสมอ: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 xml:space="preserve">"เกมนั้นใช้วิธีสอนกฎทีละนิดระหว่างเล่น ผมเกลียดประสบการณ์นั้น คุณจะเจอกฎใหม่ในที่แปลกๆ </w:t>
      </w:r>
      <w:r>
        <w:rPr>
          <w:rFonts w:ascii="Tahoma" w:hAnsi="Tahoma" w:cs="Tahoma" w:eastAsia="Tahoma"/>
          <w:i/>
          <w:color w:val="2F2F2F"/>
          <w:sz w:val="20"/>
        </w:rPr>
        <w:t>แต่</w:t>
      </w:r>
      <w:r>
        <w:rPr>
          <w:rFonts w:ascii="Tahoma" w:hAnsi="Tahoma" w:cs="Tahoma" w:eastAsia="Tahoma"/>
          <w:i/>
          <w:color w:val="2F2F2F"/>
          <w:sz w:val="20"/>
        </w:rPr>
        <w:t xml:space="preserve"> มันหากฎยากมาก ถ้าผมไม่ได้เล่นเกมนี้มาเดือนกว่า ผมจำไม่ได้เลยว่าจะหากฎนั้นที่ไหน"</w:t>
      </w:r>
    </w:p>
    <w:p>
      <w:r>
        <w:rPr>
          <w:rFonts w:ascii="Tahoma" w:hAnsi="Tahoma" w:cs="Tahoma" w:eastAsia="Tahoma"/>
          <w:b/>
        </w:rPr>
        <w:t>กฎเหล็ก:</w:t>
      </w:r>
      <w:r>
        <w:rPr>
          <w:rFonts w:ascii="Tahoma" w:hAnsi="Tahoma" w:cs="Tahoma" w:eastAsia="Tahoma"/>
        </w:rPr>
        <w:t xml:space="preserve"> ถ้าคุณทำ tutorial คุณติดหนี้ผู้เล่นหนึ่งอย่าง — เอกสารอ้างอิงแยกที่จัดเรียงครบถ้วน tutorial ที่ไม่มีเอกสารอ้างอิงคือหนี้ที่คุณขอให้ผู้เล่นแบก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5.3 ทำไมบอร์ดเกมลอก tutorial ของวิดีโอเกมมาตรงๆ ไม่ได้</w:t>
      </w:r>
    </w:p>
    <w:p>
      <w:r>
        <w:rPr>
          <w:rFonts w:ascii="Tahoma" w:hAnsi="Tahoma" w:cs="Tahoma" w:eastAsia="Tahoma"/>
        </w:rPr>
        <w:t>นักออกแบบที่มาจากวิดีโอเกมคาดหวังจะแทน rulebook ด้วย tutorial อย่างสม่ำเสมอ และค้นพบอย่างสม่ำเสมอว่าทำไม่ได้ เหตุผลจากเธรดที่ตั้งโดยนักพัฒนาวิดีโอเกมอาชีพ: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ซอฟต์แวร์บังคับใช้กฎเอง แต่ผู้เล่นบอร์ดเกมต้องบังคับกันเอง</w:t>
      </w:r>
      <w:r>
        <w:rPr>
          <w:rFonts w:ascii="Tahoma" w:hAnsi="Tahoma" w:cs="Tahoma" w:eastAsia="Tahoma"/>
        </w:rPr>
        <w:t xml:space="preserve"> ในวิดีโอเกมคุณเรียนด้วยการทดลองได้ เพราะเครื่องไม่ยอมให้โกง ในบอร์ดเกม กฎที่ไม่มีใครรู้คือกฎที่ไม่มีอยู่จริง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โต๊ะที่มีประสบการณ์ผสมกันทำให้ tutorial บังคับใช้ไม่ได้ในเชิงสังคม</w:t>
      </w:r>
      <w:r>
        <w:rPr>
          <w:rFonts w:ascii="Tahoma" w:hAnsi="Tahoma" w:cs="Tahoma" w:eastAsia="Tahoma"/>
        </w:rPr>
        <w:t xml:space="preserve"> </w:t>
      </w:r>
      <w:r>
        <w:rPr>
          <w:rFonts w:ascii="Tahoma" w:hAnsi="Tahoma" w:cs="Tahoma" w:eastAsia="Tahoma"/>
          <w:i/>
        </w:rPr>
        <w:t>"ถ้าบางคนเล่นมาสิบกว่ารอบแล้ว แต่มีผู้เล่นใหม่หนึ่งคน แล้ววิธีเดียวที่เขาจะเรียนคือ tutorial มันน่าเบื่อมากสำหรับคนที่เล่นเป็นแล้ว มันสำคัญในเชิงสังคมที่คนใหม่ต้องกระโดดเข้าเกมเต็มได้"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การค้นพบในบอร์ดเกมวิ่งกลับทาง</w:t>
      </w:r>
      <w:r>
        <w:rPr>
          <w:rFonts w:ascii="Tahoma" w:hAnsi="Tahoma" w:cs="Tahoma" w:eastAsia="Tahoma"/>
        </w:rPr>
        <w:t xml:space="preserve"> </w:t>
      </w:r>
      <w:r>
        <w:rPr>
          <w:rFonts w:ascii="Tahoma" w:hAnsi="Tahoma" w:cs="Tahoma" w:eastAsia="Tahoma"/>
          <w:i/>
        </w:rPr>
        <w:t>"ในบอร์ดเกม ถ้าผมเห็นชิ้น X กับ Y แล้วอยากรวมกันเป็น Z ผมต้องเปิดหาได้ว่า Z ทำงานยังไงตั้งแต่วันแรก ในเกมดิจิทัลผมไม่ต้องสนใจจนกว่าจะเอา X ไปใกล้ Y แล้ว Z เกิดขึ้นเอง"</w:t>
      </w:r>
    </w:p>
    <w:p>
      <w:r>
        <w:rPr>
          <w:rFonts w:ascii="Tahoma" w:hAnsi="Tahoma" w:cs="Tahoma" w:eastAsia="Tahoma"/>
        </w:rPr>
        <w:t xml:space="preserve">สิ่งที่ยืมจากวิดีโอเกมได้จริงไม่ใช่ tutorial แต่คือ </w:t>
      </w:r>
      <w:r>
        <w:rPr>
          <w:rFonts w:ascii="Tahoma" w:hAnsi="Tahoma" w:cs="Tahoma" w:eastAsia="Tahoma"/>
          <w:b/>
        </w:rPr>
        <w:t>จังหวะ</w:t>
      </w:r>
      <w:r>
        <w:rPr>
          <w:rFonts w:ascii="Tahoma" w:hAnsi="Tahoma" w:cs="Tahoma" w:eastAsia="Tahoma"/>
        </w:rPr>
        <w:t>: แนะนำกลไกตามลำดับที่ผู้เล่นซึมซับไหว และให้ฉากแรกๆ ทำงานที่กำแพงตัวอักษรทำไม่ได้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5.4 วิดีโอ แอป และกฎแบบดิจิทัล</w:t>
      </w:r>
    </w:p>
    <w:p>
      <w:r>
        <w:rPr>
          <w:rFonts w:ascii="Tahoma" w:hAnsi="Tahoma" w:cs="Tahoma" w:eastAsia="Tahoma"/>
        </w:rPr>
        <w:t>ราวหนึ่งในสามของข้อมูลในงานวิจัยนี้คือผู้เล่นบอกว่าเขาดูวิดีโอ how-to-play ก่อนหรือแทนการอ่าน นั่นคือเรื่องจริง และไม่ใช่เหตุผลให้เขียนน้อยลง</w:t>
      </w:r>
    </w:p>
    <w:p>
      <w:r>
        <w:rPr>
          <w:rFonts w:ascii="Tahoma" w:hAnsi="Tahoma" w:cs="Tahoma" w:eastAsia="Tahoma"/>
        </w:rPr>
        <w:t>จุดยืนของ Curby คือฉันทามติของวงอาชีพ: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"rulebook ดิจิทัลไม่ควรแทนที่ rulebook กระดาษ เพราะผู้เล่นจำนวนมากจะไม่มีอินเทอร์เน็ต แท็บเล็ต หรือเครื่องพิมพ์สี rulebook ที่มากับเกมต้องยืนได้ด้วยตัวเองในฐานะแหล่งเรียนรู้ที่ครบถ้วน"</w:t>
      </w:r>
    </w:p>
    <w:p>
      <w:r>
        <w:rPr>
          <w:rFonts w:ascii="Tahoma" w:hAnsi="Tahoma" w:cs="Tahoma" w:eastAsia="Tahoma"/>
        </w:rPr>
        <w:t>แนวปฏิบัติ: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ปล่อย PDF ที่ค้นหาได้</w:t>
      </w:r>
      <w:r>
        <w:rPr>
          <w:rFonts w:ascii="Tahoma" w:hAnsi="Tahoma" w:cs="Tahoma" w:eastAsia="Tahoma"/>
        </w:rPr>
        <w:t xml:space="preserve"> ผู้เล่นใช้ Ctrl-F แทนดัชนีที่คุณไม่ได้พิมพ์ มีผู้ใช้ BGG หลายคนเล่าว่าโหลด PDF มาเพื่อค้นข้อความโดยเฉพาะ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ใส่ hyperlink ให้การอ้างอิงข้ามใน PDF และทำ bookmark ให้หัวข้อ</w:t>
      </w:r>
      <w:r>
        <w:rPr>
          <w:rFonts w:ascii="Tahoma" w:hAnsi="Tahoma" w:cs="Tahoma" w:eastAsia="Tahoma"/>
        </w:rPr>
        <w:t xml:space="preserve"> การพลิกหน้าใน PDF แย่กว่ากระดาษถ้าไฟล์ไม่มี bookmark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ทำหน้า living rules สาธารณะ</w:t>
      </w:r>
      <w:r>
        <w:rPr>
          <w:rFonts w:ascii="Tahoma" w:hAnsi="Tahoma" w:cs="Tahoma" w:eastAsia="Tahoma"/>
        </w:rPr>
        <w:t xml:space="preserve"> พร้อม changelog ที่มีวันที่สำหรับ errata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อย่าให้ blind tester ดูวิดีโอของคุณ</w:t>
      </w:r>
      <w:r>
        <w:rPr>
          <w:rFonts w:ascii="Tahoma" w:hAnsi="Tahoma" w:cs="Tahoma" w:eastAsia="Tahoma"/>
        </w:rPr>
        <w:t xml:space="preserve"> Meeple Mountain ระบุชัด: ไม่ใช่ทุกคนที่จะซื้อเกมจะมีอินเทอร์เน็ตทันที และวิดีโอจะกลบข้อบกพร่องที่คุณตั้งใจมาหา</w:t>
      </w:r>
    </w:p>
    <w:p>
      <w:r>
        <w:rPr>
          <w:rFonts w:ascii="Tahoma" w:hAnsi="Tahoma" w:cs="Tahoma" w:eastAsia="Tahoma"/>
        </w:rPr>
        <w:br w:type="page"/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ภาค 3 — งานฝีมือ</w:t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6. การเขียนประโยค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6.1 Framing: ทักษะการแก้ที่ให้ผลตอบแทนสูงที่สุด</w:t>
      </w:r>
    </w:p>
    <w:p>
      <w:r>
        <w:rPr>
          <w:rFonts w:ascii="Tahoma" w:hAnsi="Tahoma" w:cs="Tahoma" w:eastAsia="Tahoma"/>
        </w:rPr>
        <w:t>Framing คือกรอบความคิดที่ผู้อ่านใช้ทำความเข้าใจแนวคิดใหม่ มันทำงานที่สองระดับ: ลำดับของหัวข้อ (บทที่ 4) และการสร้างประโยคแต่ละประโยค</w:t>
      </w:r>
    </w:p>
    <w:p>
      <w:r>
        <w:rPr>
          <w:rFonts w:ascii="Tahoma" w:hAnsi="Tahoma" w:cs="Tahoma" w:eastAsia="Tahoma"/>
        </w:rPr>
        <w:t xml:space="preserve">เทคนิคคือ เมื่อกฎข้อหนึ่งงง อย่าเติมคำเข้าไป </w:t>
      </w:r>
      <w:r>
        <w:rPr>
          <w:rFonts w:ascii="Tahoma" w:hAnsi="Tahoma" w:cs="Tahoma" w:eastAsia="Tahoma"/>
          <w:b/>
        </w:rPr>
        <w:t>ให้เปลี่ยนว่ามันพูดถึงอะไร</w:t>
      </w:r>
    </w:p>
    <w:p>
      <w:r>
        <w:rPr>
          <w:rFonts w:ascii="Tahoma" w:hAnsi="Tahoma" w:cs="Tahoma" w:eastAsia="Tahoma"/>
          <w:b/>
        </w:rPr>
        <w:t>ตัวอย่างที่ 1 — เกมทอยลูกเต๋าเลือกทรัพยากร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ก่อน: </w:t>
      </w:r>
      <w:r>
        <w:rPr>
          <w:rFonts w:ascii="Tahoma" w:hAnsi="Tahoma" w:cs="Tahoma" w:eastAsia="Tahoma"/>
          <w:i/>
        </w:rPr>
        <w:t>"หยิบทรัพยากร 1 ชิ้นของแต่ละชนิดที่คุณทอยได้"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หลัง: </w:t>
      </w:r>
      <w:r>
        <w:rPr>
          <w:rFonts w:ascii="Tahoma" w:hAnsi="Tahoma" w:cs="Tahoma" w:eastAsia="Tahoma"/>
          <w:i/>
        </w:rPr>
        <w:t>"สำหรับทรัพยากรแต่ละชนิดที่คุณทอยได้ ให้หยิบลูกเต๋าของชนิดนั้น 1 ลูก"</w:t>
      </w:r>
    </w:p>
    <w:p>
      <w:r>
        <w:rPr>
          <w:rFonts w:ascii="Tahoma" w:hAnsi="Tahoma" w:cs="Tahoma" w:eastAsia="Tahoma"/>
        </w:rPr>
        <w:t xml:space="preserve">ประโยคแรกวางกรอบไว้ที่ </w:t>
      </w:r>
      <w:r>
        <w:rPr>
          <w:rFonts w:ascii="Tahoma" w:hAnsi="Tahoma" w:cs="Tahoma" w:eastAsia="Tahoma"/>
          <w:i/>
        </w:rPr>
        <w:t>ผู้เล่นหยิบลูกเต๋า</w:t>
      </w:r>
      <w:r>
        <w:rPr>
          <w:rFonts w:ascii="Tahoma" w:hAnsi="Tahoma" w:cs="Tahoma" w:eastAsia="Tahoma"/>
        </w:rPr>
        <w:t xml:space="preserve"> ซึ่งเปิดช่องให้ตีความผิดสองแบบ (หยิบทั้งหมด หรือหยิบหลายลูกของชนิดเดียว) ประโยคหลังวางกรอบไว้ที่ </w:t>
      </w:r>
      <w:r>
        <w:rPr>
          <w:rFonts w:ascii="Tahoma" w:hAnsi="Tahoma" w:cs="Tahoma" w:eastAsia="Tahoma"/>
          <w:i/>
        </w:rPr>
        <w:t>ชนิดของทรัพยากร</w:t>
      </w:r>
      <w:r>
        <w:rPr>
          <w:rFonts w:ascii="Tahoma" w:hAnsi="Tahoma" w:cs="Tahoma" w:eastAsia="Tahoma"/>
        </w:rPr>
        <w:t xml:space="preserve"> พิจารณาทีละชนิด ความกำกวมหายไปโดยไม่ต้องเติมวรรคขยายความสักคำ</w:t>
      </w:r>
    </w:p>
    <w:p>
      <w:r>
        <w:rPr>
          <w:rFonts w:ascii="Tahoma" w:hAnsi="Tahoma" w:cs="Tahoma" w:eastAsia="Tahoma"/>
          <w:b/>
        </w:rPr>
        <w:t>ตัวอย่างที่ 2 — เกมจั่วมานาจากถุงใส่คาถา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ก่อน: </w:t>
      </w:r>
      <w:r>
        <w:rPr>
          <w:rFonts w:ascii="Tahoma" w:hAnsi="Tahoma" w:cs="Tahoma" w:eastAsia="Tahoma"/>
          <w:i/>
        </w:rPr>
        <w:t>"ผู้เล่นแต่ละคนจั่ว Mana Token แบบสุ่มจากถุงหนึ่งชิ้นสำหรับคาถาแต่ละใบตามลำดับสุ่ม ผู้เล่นไม่สามารถตัดสินใจว่าจะวางบนคาถาใบไหนหลังจากเห็น Token แล้ว อย่างไรก็ตามเขาสามารถเลือกไม่วางเลยและคืนกลับถุงได้"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หลัง: </w:t>
      </w:r>
      <w:r>
        <w:rPr>
          <w:rFonts w:ascii="Tahoma" w:hAnsi="Tahoma" w:cs="Tahoma" w:eastAsia="Tahoma"/>
          <w:i/>
        </w:rPr>
        <w:t>"สำหรับคาถาแต่ละใบ ผู้เล่นของมันจั่ว Mana Token แบบสุ่มจากถุง แล้ววางบนคาถาใบนั้น เมื่อจั่วแล้ว Token นั้นวางบนคาถาใบอื่นไม่ได้ แต่คืนกลับถุงแทนการวางได้"</w:t>
      </w:r>
    </w:p>
    <w:p>
      <w:r>
        <w:rPr>
          <w:rFonts w:ascii="Tahoma" w:hAnsi="Tahoma" w:cs="Tahoma" w:eastAsia="Tahoma"/>
        </w:rPr>
        <w:t>ประโยคหลังตั้งกรอบที่คาถาก่อน แล้วเลื่อนกรอบไปที่ Token และสิ่งที่ผู้เล่นทำกับมันได้ กฎเหมือนเดิม แต่ช่องตีความผิดหายไปเกือบหมด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6.2 เงื่อนไขมาก่อน ผลลัพธ์มาทีหลัง</w:t>
      </w:r>
    </w:p>
    <w:p>
      <w:r>
        <w:rPr>
          <w:rFonts w:ascii="Tahoma" w:hAnsi="Tahoma" w:cs="Tahoma" w:eastAsia="Tahoma"/>
        </w:rPr>
        <w:t>วางตัวกระตุ้นหรือเงื่อนไขไว้ก่อน แล้วค่อยตามด้วยผลลัพธ์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อ่อนกว่า</w:t>
            </w:r>
          </w:p>
        </w:tc>
        <w:tc>
          <w:tcPr>
            <w:tcW w:type="dxa" w:w="468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แข็งแรงกว่า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กองทัพแต่ละกองได้ Army Token เพิ่ม 1 อันตอนต้นแต่ละรอบ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ตอนต้นแต่ละรอบ กองทัพแต่ละกองได้ Army Token เพิ่ม 1 อัน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จั่วการ์ด 1 ใบถ้าคุณทอยได้ 5 ขึ้นไป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ถ้าคุณทอยได้ 5 ขึ้นไป จั่วการ์ด 1 ใบ</w:t>
            </w:r>
          </w:p>
        </w:tc>
      </w:tr>
    </w:tbl>
    <w:p/>
    <w:p>
      <w:r>
        <w:rPr>
          <w:rFonts w:ascii="Tahoma" w:hAnsi="Tahoma" w:cs="Tahoma" w:eastAsia="Tahoma"/>
        </w:rPr>
        <w:t xml:space="preserve">ได้ประโยชน์สองอย่าง คนอ่านผ่านๆ </w:t>
      </w:r>
      <w:r>
        <w:rPr>
          <w:rFonts w:ascii="Tahoma" w:hAnsi="Tahoma" w:cs="Tahoma" w:eastAsia="Tahoma"/>
          <w:b/>
        </w:rPr>
        <w:t>ข้ามผลลัพธ์ที่เงื่อนไขไม่เข้าได้เลย</w:t>
      </w:r>
      <w:r>
        <w:rPr>
          <w:rFonts w:ascii="Tahoma" w:hAnsi="Tahoma" w:cs="Tahoma" w:eastAsia="Tahoma"/>
        </w:rPr>
        <w:t xml:space="preserve"> โดยไม่ต้องอ่าน และผู้อ่าน </w:t>
      </w:r>
      <w:r>
        <w:rPr>
          <w:rFonts w:ascii="Tahoma" w:hAnsi="Tahoma" w:cs="Tahoma" w:eastAsia="Tahoma"/>
          <w:b/>
        </w:rPr>
        <w:t>ทำผิดจังหวะน้อยลง</w:t>
      </w:r>
      <w:r>
        <w:rPr>
          <w:rFonts w:ascii="Tahoma" w:hAnsi="Tahoma" w:cs="Tahoma" w:eastAsia="Tahoma"/>
        </w:rPr>
        <w:t xml:space="preserve"> เอาสาขาที่ล้มเหลวแยกเป็นอีกประโยค: </w:t>
      </w:r>
      <w:r>
        <w:rPr>
          <w:rFonts w:ascii="Tahoma" w:hAnsi="Tahoma" w:cs="Tahoma" w:eastAsia="Tahoma"/>
          <w:i/>
        </w:rPr>
        <w:t>"ถ้าคุณทอยได้ 5 ขึ้นไป จั่วการ์ด 1 ใบ มิฉะนั้น รับความเสียหาย 2"</w:t>
      </w:r>
    </w:p>
    <w:p>
      <w:r>
        <w:rPr>
          <w:rFonts w:ascii="Tahoma" w:hAnsi="Tahoma" w:cs="Tahoma" w:eastAsia="Tahoma"/>
        </w:rPr>
        <w:t xml:space="preserve">ข้อยกเว้น: เมื่อบริบทถูกตั้งไว้แล้ว การเอาผลลัพธ์ขึ้นก่อนจะอ่านลื่นกว่า ใต้หัวข้อ </w:t>
      </w:r>
      <w:r>
        <w:rPr>
          <w:rFonts w:ascii="Tahoma" w:hAnsi="Tahoma" w:cs="Tahoma" w:eastAsia="Tahoma"/>
          <w:i/>
        </w:rPr>
        <w:t>การจบเกม</w:t>
      </w:r>
      <w:r>
        <w:rPr>
          <w:rFonts w:ascii="Tahoma" w:hAnsi="Tahoma" w:cs="Tahoma" w:eastAsia="Tahoma"/>
        </w:rPr>
        <w:t xml:space="preserve"> ประโยค "เกมจบเมื่อมีการสร้างอนุสาวรีย์ครบ 7 หลัง" ก็ใช้ได้ — ผู้อ่านที่หยุดอ่านเร็วเกินไปแค่ค้นพบสิ่งที่เขารู้อยู่แล้ว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6.3 ประโยค</w:t>
      </w:r>
    </w:p>
    <w:p>
      <w:r>
        <w:rPr>
          <w:rFonts w:ascii="Tahoma" w:hAnsi="Tahoma" w:cs="Tahoma" w:eastAsia="Tahoma"/>
        </w:rPr>
        <w:t>ผู้ใช้ BGG ที่ทำงานอธิบายกฎหมายซับซ้อนให้คนทั่วไปเข้าใจเป็นอาชีพ ให้แปดกฎสำหรับการเขียน rulebook ไว้ และมันใช้ได้จริง:</w:t>
      </w:r>
    </w:p>
    <w:p>
      <w:pPr>
        <w:pStyle w:val="ListNumber"/>
        <w:spacing w:after="60"/>
      </w:pPr>
      <w:r>
        <w:rPr>
          <w:rFonts w:ascii="Tahoma" w:hAnsi="Tahoma" w:cs="Tahoma" w:eastAsia="Tahoma"/>
        </w:rPr>
        <w:t>รายการและ bullet คือเพื่อนที่ดีที่สุดของคุณ</w:t>
      </w:r>
    </w:p>
    <w:p>
      <w:pPr>
        <w:pStyle w:val="ListNumber"/>
        <w:spacing w:after="60"/>
      </w:pPr>
      <w:r>
        <w:rPr>
          <w:rFonts w:ascii="Tahoma" w:hAnsi="Tahoma" w:cs="Tahoma" w:eastAsia="Tahoma"/>
        </w:rPr>
        <w:t>หัวข้อและหัวข้อย่อยก็เป็นเพื่อนเหมือนกัน</w:t>
      </w:r>
    </w:p>
    <w:p>
      <w:pPr>
        <w:pStyle w:val="ListNumber"/>
        <w:spacing w:after="60"/>
      </w:pPr>
      <w:r>
        <w:rPr>
          <w:rFonts w:ascii="Tahoma" w:hAnsi="Tahoma" w:cs="Tahoma" w:eastAsia="Tahoma"/>
        </w:rPr>
        <w:t>ใช้ประโยคสั้น ถ้าลังเล ให้สั้นลงอีก หรือทำเป็นรายการ</w:t>
      </w:r>
    </w:p>
    <w:p>
      <w:pPr>
        <w:pStyle w:val="ListNumber"/>
        <w:spacing w:after="60"/>
      </w:pPr>
      <w:r>
        <w:rPr>
          <w:rFonts w:ascii="Tahoma" w:hAnsi="Tahoma" w:cs="Tahoma" w:eastAsia="Tahoma"/>
        </w:rPr>
        <w:t>ใช้ active voice</w:t>
      </w:r>
    </w:p>
    <w:p>
      <w:pPr>
        <w:pStyle w:val="ListNumber"/>
        <w:spacing w:after="60"/>
      </w:pPr>
      <w:r>
        <w:rPr>
          <w:rFonts w:ascii="Tahoma" w:hAnsi="Tahoma" w:cs="Tahoma" w:eastAsia="Tahoma"/>
        </w:rPr>
        <w:t>เอาใจความสำคัญที่สุดของประโยคไว้ข้างหน้า</w:t>
      </w:r>
    </w:p>
    <w:p>
      <w:pPr>
        <w:pStyle w:val="ListNumber"/>
        <w:spacing w:after="60"/>
      </w:pPr>
      <w:r>
        <w:rPr>
          <w:rFonts w:ascii="Tahoma" w:hAnsi="Tahoma" w:cs="Tahoma" w:eastAsia="Tahoma"/>
        </w:rPr>
        <w:t>ใช้พื้นที่ว่างเยอะๆ กำแพงตัวอักษรทำให้คนท่วมท้น</w:t>
      </w:r>
    </w:p>
    <w:p>
      <w:pPr>
        <w:pStyle w:val="ListNumber"/>
        <w:spacing w:after="60"/>
      </w:pPr>
      <w:r>
        <w:rPr>
          <w:rFonts w:ascii="Tahoma" w:hAnsi="Tahoma" w:cs="Tahoma" w:eastAsia="Tahoma"/>
        </w:rPr>
        <w:t>บอกคนว่าควรทำอะไร ดีกว่าบอกว่าห้ามทำอะไร</w:t>
      </w:r>
    </w:p>
    <w:p>
      <w:pPr>
        <w:pStyle w:val="ListNumber"/>
        <w:spacing w:after="60"/>
      </w:pPr>
      <w:r>
        <w:rPr>
          <w:rFonts w:ascii="Tahoma" w:hAnsi="Tahoma" w:cs="Tahoma" w:eastAsia="Tahoma"/>
        </w:rPr>
        <w:t>ใช้ภาคผนวกสำหรับสถานการณ์พิเศษ</w:t>
      </w:r>
    </w:p>
    <w:p>
      <w:r>
        <w:rPr>
          <w:rFonts w:ascii="Tahoma" w:hAnsi="Tahoma" w:cs="Tahoma" w:eastAsia="Tahoma"/>
        </w:rPr>
        <w:t xml:space="preserve">Entro Games เพิ่มบททดสอบที่ใช้ได้จริงที่สุดในงานวิจัยทั้งหมด — </w:t>
      </w:r>
      <w:r>
        <w:rPr>
          <w:rFonts w:ascii="Tahoma" w:hAnsi="Tahoma" w:cs="Tahoma" w:eastAsia="Tahoma"/>
          <w:b/>
        </w:rPr>
        <w:t>กฎลมหายใจเดียว</w:t>
      </w:r>
      <w:r>
        <w:rPr>
          <w:rFonts w:ascii="Tahoma" w:hAnsi="Tahoma" w:cs="Tahoma" w:eastAsia="Tahoma"/>
        </w:rPr>
        <w:t xml:space="preserve">: </w:t>
      </w:r>
      <w:r>
        <w:rPr>
          <w:rFonts w:ascii="Tahoma" w:hAnsi="Tahoma" w:cs="Tahoma" w:eastAsia="Tahoma"/>
          <w:i/>
        </w:rPr>
        <w:t>"คุณต้องพูดแต่ละประโยคใน rulebook จบได้ในลมหายใจเดียว ถ้าทำไม่ได้ มันน่าจะยาวเกินไป"</w:t>
      </w:r>
    </w:p>
    <w:p>
      <w:r>
        <w:rPr>
          <w:rFonts w:ascii="Tahoma" w:hAnsi="Tahoma" w:cs="Tahoma" w:eastAsia="Tahoma"/>
        </w:rPr>
        <w:t>และแยกทุกประโยคที่อธิบายสองการกระทำ: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ก่อน: </w:t>
      </w:r>
      <w:r>
        <w:rPr>
          <w:rFonts w:ascii="Tahoma" w:hAnsi="Tahoma" w:cs="Tahoma" w:eastAsia="Tahoma"/>
          <w:i/>
        </w:rPr>
        <w:t>"เลือกส่วนหนึ่งของยาน (สะพานเดินเรือ ห้องเก็บของ ห้องเครื่อง หรือห้องพัก) แล้ววางโทเคนความเสียหายเท่ากับผลต่างระหว่างค่าเกราะกับค่าความเสียหายของอาวุธ"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หลัง: </w:t>
      </w:r>
      <w:r>
        <w:rPr>
          <w:rFonts w:ascii="Tahoma" w:hAnsi="Tahoma" w:cs="Tahoma" w:eastAsia="Tahoma"/>
          <w:i/>
        </w:rPr>
        <w:t>"เลือกส่วนหนึ่งของยาน (สะพานเดินเรือ ห้องเก็บของ ห้องเครื่อง หรือห้องพัก) จากนั้นในส่วนนั้น ให้วางโทเคนความเสียหายเท่ากับผลต่างระหว่างค่าเกราะกับค่าความเสียหายของอาวุธ"</w:t>
      </w:r>
    </w:p>
    <w:p>
      <w:r>
        <w:rPr>
          <w:rFonts w:ascii="Tahoma" w:hAnsi="Tahoma" w:cs="Tahoma" w:eastAsia="Tahoma"/>
        </w:rPr>
        <w:t>ประโยคแรกวางกรอบ ประโยคที่สองลงมือ จังหวะหยุดระหว่างสองประโยคทำงานจริง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6.4 น้ำเสียงและบุรุษ</w:t>
      </w:r>
    </w:p>
    <w:p>
      <w:r>
        <w:rPr>
          <w:rFonts w:ascii="Tahoma" w:hAnsi="Tahoma" w:cs="Tahoma" w:eastAsia="Tahoma"/>
          <w:b/>
        </w:rPr>
        <w:t>พูดกับผู้เล่นตรงๆ</w:t>
      </w:r>
      <w:r>
        <w:rPr>
          <w:rFonts w:ascii="Tahoma" w:hAnsi="Tahoma" w:cs="Tahoma" w:eastAsia="Tahoma"/>
        </w:rPr>
        <w:t xml:space="preserve"> สไตล์ประจำบ้านของ Stonemaier: </w:t>
      </w:r>
      <w:r>
        <w:rPr>
          <w:rFonts w:ascii="Tahoma" w:hAnsi="Tahoma" w:cs="Tahoma" w:eastAsia="Tahoma"/>
          <w:i/>
        </w:rPr>
        <w:t>"ผมเขียน rulebook เหมือนกำลังคุยกับคุณ — 'จ่าย $1 เพื่อรับทรัพยากร 2 ชิ้น' ไม่ใช่ 'ผู้เล่นจ่าย $1 เพื่อรับทรัพยากร 2 ชิ้น'"</w:t>
      </w:r>
      <w:r>
        <w:rPr>
          <w:rFonts w:ascii="Tahoma" w:hAnsi="Tahoma" w:cs="Tahoma" w:eastAsia="Tahoma"/>
        </w:rPr>
        <w:t xml:space="preserve"> บุรุษที่สองยังสั้นกว่าด้วย ซึ่งสำคัญมากบนการ์ดและแผ่นผู้เล่น</w:t>
      </w:r>
    </w:p>
    <w:p>
      <w:r>
        <w:rPr>
          <w:rFonts w:ascii="Tahoma" w:hAnsi="Tahoma" w:cs="Tahoma" w:eastAsia="Tahoma"/>
          <w:b/>
        </w:rPr>
        <w:t>เลือกบุรุษที่สองหรือที่สาม แล้วสม่ำเสมอภายในบริบทเดียวกัน</w:t>
      </w:r>
      <w:r>
        <w:rPr>
          <w:rFonts w:ascii="Tahoma" w:hAnsi="Tahoma" w:cs="Tahoma" w:eastAsia="Tahoma"/>
        </w:rPr>
        <w:t xml:space="preserve"> บุรุษที่สามเหมาะกับคำอธิบายแบบหลายผู้เล่น บุรุษที่สองเหมาะกับคำสั่งตั้งเกม (ปกติคนเดียวทำ) และกฎ solo การผสมมั่วภายในย่อหน้าเดียวคือข้อบกพร่อง แต่การใช้ต่างกันเพื่อจุดประสงค์ต่างกันเป็นเรื่องปกติ</w:t>
      </w:r>
    </w:p>
    <w:p>
      <w:r>
        <w:rPr>
          <w:rFonts w:ascii="Tahoma" w:hAnsi="Tahoma" w:cs="Tahoma" w:eastAsia="Tahoma"/>
          <w:b/>
        </w:rPr>
        <w:t>ใช้ active voice เป็นค่าตั้งต้น</w:t>
      </w:r>
      <w:r>
        <w:rPr>
          <w:rFonts w:ascii="Tahoma" w:hAnsi="Tahoma" w:cs="Tahoma" w:eastAsia="Tahoma"/>
        </w:rPr>
        <w:t xml:space="preserve"> แต่ให้รู้จุดเดียวที่ passive คุ้มค่า เปรียบเทียบ:</w:t>
      </w:r>
    </w:p>
    <w:p>
      <w:pPr>
        <w:pStyle w:val="ListBullet"/>
        <w:spacing w:after="60"/>
      </w:pPr>
      <w:r>
        <w:rPr>
          <w:rFonts w:ascii="Tahoma" w:hAnsi="Tahoma" w:cs="Tahoma" w:eastAsia="Tahoma"/>
          <w:i/>
        </w:rPr>
        <w:t>"ผู้เล่นห้ามนำไทล์ภูเขาออกจากแผนที่"</w:t>
      </w:r>
      <w:r>
        <w:rPr>
          <w:rFonts w:ascii="Tahoma" w:hAnsi="Tahoma" w:cs="Tahoma" w:eastAsia="Tahoma"/>
        </w:rPr>
        <w:t xml:space="preserve"> — พูดถึงแต่การกระทำของผู้เล่น แล้วผลอื่นๆ ล่ะ นำออกได้ไหม</w:t>
      </w:r>
    </w:p>
    <w:p>
      <w:pPr>
        <w:pStyle w:val="ListBullet"/>
        <w:spacing w:after="60"/>
      </w:pPr>
      <w:r>
        <w:rPr>
          <w:rFonts w:ascii="Tahoma" w:hAnsi="Tahoma" w:cs="Tahoma" w:eastAsia="Tahoma"/>
          <w:i/>
        </w:rPr>
        <w:t>"ไทล์ภูเขาไม่สามารถถูกนำออกจากแผนที่ได้"</w:t>
      </w:r>
      <w:r>
        <w:rPr>
          <w:rFonts w:ascii="Tahoma" w:hAnsi="Tahoma" w:cs="Tahoma" w:eastAsia="Tahoma"/>
        </w:rPr>
        <w:t xml:space="preserve"> — ปิดคำถามนั้น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6.5 คำกริยาช่วยคือของหนัก</w:t>
      </w:r>
    </w:p>
    <w:p>
      <w:r>
        <w:rPr>
          <w:rFonts w:ascii="Tahoma" w:hAnsi="Tahoma" w:cs="Tahoma" w:eastAsia="Tahoma"/>
        </w:rPr>
        <w:t>นี่คือคำศัพท์ที่แบกน้ำหนักเชิงกฎหมายของกฎคุณ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คำ</w:t>
            </w:r>
          </w:p>
        </w:tc>
        <w:tc>
          <w:tcPr>
            <w:tcW w:type="dxa" w:w="312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ความหมาย</w:t>
            </w:r>
          </w:p>
        </w:tc>
        <w:tc>
          <w:tcPr>
            <w:tcW w:type="dxa" w:w="312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ตัวอย่าง</w:t>
            </w:r>
          </w:p>
        </w:tc>
      </w:tr>
      <w:tr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อาจ (may)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การกระทำที่เป็นทางเลือก ผู้เล่นเลือกเอง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ในเฟสเผชิญหน้า ผู้เล่นที่กำลังเล่น</w:t>
            </w:r>
            <w:r>
              <w:rPr>
                <w:rFonts w:ascii="Tahoma" w:hAnsi="Tahoma" w:cs="Tahoma" w:eastAsia="Tahoma"/>
                <w:b/>
                <w:sz w:val="18"/>
              </w:rPr>
              <w:t>อาจ</w:t>
            </w:r>
            <w:r>
              <w:rPr>
                <w:rFonts w:ascii="Tahoma" w:hAnsi="Tahoma" w:cs="Tahoma" w:eastAsia="Tahoma"/>
                <w:sz w:val="18"/>
              </w:rPr>
              <w:t>เล่นการ์ดเผชิญหน้า</w:t>
            </w:r>
          </w:p>
        </w:tc>
      </w:tr>
      <w:tr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ห้าม (may not)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ห้าม แม้ผู้เล่นอาจอยากทำ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ผู้เล่น</w:t>
            </w:r>
            <w:r>
              <w:rPr>
                <w:rFonts w:ascii="Tahoma" w:hAnsi="Tahoma" w:cs="Tahoma" w:eastAsia="Tahoma"/>
                <w:b/>
                <w:sz w:val="18"/>
              </w:rPr>
              <w:t>ห้าม</w:t>
            </w:r>
            <w:r>
              <w:rPr>
                <w:rFonts w:ascii="Tahoma" w:hAnsi="Tahoma" w:cs="Tahoma" w:eastAsia="Tahoma"/>
                <w:sz w:val="18"/>
              </w:rPr>
              <w:t>เปิดใช้ความสามารถระหว่างเฟสสวมใส่</w:t>
            </w:r>
          </w:p>
        </w:tc>
      </w:tr>
      <w:tr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ทำไม่ได้ (cannot)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เป็นไปไม่ได้ในสถานะเกมนั้น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ถ้าผู้เล่นที่กำลังเล่น</w:t>
            </w:r>
            <w:r>
              <w:rPr>
                <w:rFonts w:ascii="Tahoma" w:hAnsi="Tahoma" w:cs="Tahoma" w:eastAsia="Tahoma"/>
                <w:b/>
                <w:sz w:val="18"/>
              </w:rPr>
              <w:t>ไม่สามารถ</w:t>
            </w:r>
            <w:r>
              <w:rPr>
                <w:rFonts w:ascii="Tahoma" w:hAnsi="Tahoma" w:cs="Tahoma" w:eastAsia="Tahoma"/>
                <w:sz w:val="18"/>
              </w:rPr>
              <w:t>เล่นการ์ดได้...</w:t>
            </w:r>
          </w:p>
        </w:tc>
      </w:tr>
      <w:tr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ต้อง (must)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ถูกบังคับ — ใช้ให้น้อย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...เขา</w:t>
            </w:r>
            <w:r>
              <w:rPr>
                <w:rFonts w:ascii="Tahoma" w:hAnsi="Tahoma" w:cs="Tahoma" w:eastAsia="Tahoma"/>
                <w:b/>
                <w:sz w:val="18"/>
              </w:rPr>
              <w:t>ต้อง</w:t>
            </w:r>
            <w:r>
              <w:rPr>
                <w:rFonts w:ascii="Tahoma" w:hAnsi="Tahoma" w:cs="Tahoma" w:eastAsia="Tahoma"/>
                <w:sz w:val="18"/>
              </w:rPr>
              <w:t>จั่วการ์ดแทน</w:t>
            </w:r>
          </w:p>
        </w:tc>
      </w:tr>
      <w:tr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ควร (should)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เลี่ยงในข้อความกฎโดยสิ้นเชิง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เก็บไว้ใช้ในหัวข้อ "เคล็ดลับ" เท่านั้น</w:t>
            </w:r>
          </w:p>
        </w:tc>
      </w:tr>
    </w:tbl>
    <w:p/>
    <w:p>
      <w:r>
        <w:rPr>
          <w:rFonts w:ascii="Tahoma" w:hAnsi="Tahoma" w:cs="Tahoma" w:eastAsia="Tahoma"/>
        </w:rPr>
        <w:t xml:space="preserve">กฎทุกข้อคือข้อบังคับโดยปริยายอยู่แล้ว </w:t>
      </w:r>
      <w:r>
        <w:rPr>
          <w:rFonts w:ascii="Tahoma" w:hAnsi="Tahoma" w:cs="Tahoma" w:eastAsia="Tahoma"/>
          <w:i/>
        </w:rPr>
        <w:t>ต้อง</w:t>
      </w:r>
      <w:r>
        <w:rPr>
          <w:rFonts w:ascii="Tahoma" w:hAnsi="Tahoma" w:cs="Tahoma" w:eastAsia="Tahoma"/>
        </w:rPr>
        <w:t xml:space="preserve"> จึงควรเก็บไว้ใช้กับการกระทำที่ผู้เล่นอยากเลี่ยง Stonemaier พูดตรงเรื่องนี้: </w:t>
      </w:r>
      <w:r>
        <w:rPr>
          <w:rFonts w:ascii="Tahoma" w:hAnsi="Tahoma" w:cs="Tahoma" w:eastAsia="Tahoma"/>
          <w:i/>
        </w:rPr>
        <w:t>"ลบ 'should' ทุกที่ และไฮไลต์ทุกครั้งที่เจอ 'except' กับ 'remember'"</w:t>
      </w:r>
      <w:r>
        <w:rPr>
          <w:rFonts w:ascii="Tahoma" w:hAnsi="Tahoma" w:cs="Tahoma" w:eastAsia="Tahoma"/>
        </w:rPr>
        <w:t xml:space="preserve"> — สองคำหลังคือสัญญาณดีไซน์ </w:t>
      </w:r>
      <w:r>
        <w:rPr>
          <w:rFonts w:ascii="Tahoma" w:hAnsi="Tahoma" w:cs="Tahoma" w:eastAsia="Tahoma"/>
          <w:i/>
        </w:rPr>
        <w:t>except</w:t>
      </w:r>
      <w:r>
        <w:rPr>
          <w:rFonts w:ascii="Tahoma" w:hAnsi="Tahoma" w:cs="Tahoma" w:eastAsia="Tahoma"/>
        </w:rPr>
        <w:t xml:space="preserve"> ชี้ข้อยกเว้นที่ควรตัดออก ส่วน </w:t>
      </w:r>
      <w:r>
        <w:rPr>
          <w:rFonts w:ascii="Tahoma" w:hAnsi="Tahoma" w:cs="Tahoma" w:eastAsia="Tahoma"/>
          <w:i/>
        </w:rPr>
        <w:t>remember</w:t>
      </w:r>
      <w:r>
        <w:rPr>
          <w:rFonts w:ascii="Tahoma" w:hAnsi="Tahoma" w:cs="Tahoma" w:eastAsia="Tahoma"/>
        </w:rPr>
        <w:t xml:space="preserve"> ชี้สิ่งที่หน้าตาของเกมควรจะเตือนผู้เล่นเองอยู่แล้ว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6.6 คำศัพท์ที่แบกความหมาย</w:t>
      </w:r>
    </w:p>
    <w:p>
      <w:r>
        <w:rPr>
          <w:rFonts w:ascii="Tahoma" w:hAnsi="Tahoma" w:cs="Tahoma" w:eastAsia="Tahoma"/>
        </w:rPr>
        <w:t>คู่คำหลายคู่สื่อข้อมูลเชิงกลไกอย่างเงียบๆ ใช้มันอย่างตั้งใจ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การแยกแยะ</w:t>
            </w:r>
          </w:p>
        </w:tc>
        <w:tc>
          <w:tcPr>
            <w:tcW w:type="dxa" w:w="468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กฎ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gain / take / give / earn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i/>
                <w:sz w:val="18"/>
              </w:rPr>
              <w:t>gain</w:t>
            </w:r>
            <w:r>
              <w:rPr>
                <w:rFonts w:ascii="Tahoma" w:hAnsi="Tahoma" w:cs="Tahoma" w:eastAsia="Tahoma"/>
                <w:sz w:val="18"/>
              </w:rPr>
              <w:t xml:space="preserve"> = รับจากกองกลางที่ไม่จำกัด, </w:t>
            </w:r>
            <w:r>
              <w:rPr>
                <w:rFonts w:ascii="Tahoma" w:hAnsi="Tahoma" w:cs="Tahoma" w:eastAsia="Tahoma"/>
                <w:i/>
                <w:sz w:val="18"/>
              </w:rPr>
              <w:t>take</w:t>
            </w:r>
            <w:r>
              <w:rPr>
                <w:rFonts w:ascii="Tahoma" w:hAnsi="Tahoma" w:cs="Tahoma" w:eastAsia="Tahoma"/>
                <w:sz w:val="18"/>
              </w:rPr>
              <w:t xml:space="preserve"> = หยิบจากกองที่จำกัดหรือจากผู้เล่นอื่น, </w:t>
            </w:r>
            <w:r>
              <w:rPr>
                <w:rFonts w:ascii="Tahoma" w:hAnsi="Tahoma" w:cs="Tahoma" w:eastAsia="Tahoma"/>
                <w:i/>
                <w:sz w:val="18"/>
              </w:rPr>
              <w:t>give</w:t>
            </w:r>
            <w:r>
              <w:rPr>
                <w:rFonts w:ascii="Tahoma" w:hAnsi="Tahoma" w:cs="Tahoma" w:eastAsia="Tahoma"/>
                <w:sz w:val="18"/>
              </w:rPr>
              <w:t xml:space="preserve"> = ให้ผู้เล่นอื่น, </w:t>
            </w:r>
            <w:r>
              <w:rPr>
                <w:rFonts w:ascii="Tahoma" w:hAnsi="Tahoma" w:cs="Tahoma" w:eastAsia="Tahoma"/>
                <w:i/>
                <w:sz w:val="18"/>
              </w:rPr>
              <w:t>earn</w:t>
            </w:r>
            <w:r>
              <w:rPr>
                <w:rFonts w:ascii="Tahoma" w:hAnsi="Tahoma" w:cs="Tahoma" w:eastAsia="Tahoma"/>
                <w:sz w:val="18"/>
              </w:rPr>
              <w:t xml:space="preserve"> = ความหมายกว้าง การเลือกคำบอกผู้อ่านเงียบๆ ว่าการกระทำนี้กระทบคนอื่นหรือไม่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each / every / all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i/>
                <w:sz w:val="18"/>
              </w:rPr>
              <w:t>each</w:t>
            </w:r>
            <w:r>
              <w:rPr>
                <w:rFonts w:ascii="Tahoma" w:hAnsi="Tahoma" w:cs="Tahoma" w:eastAsia="Tahoma"/>
                <w:sz w:val="18"/>
              </w:rPr>
              <w:t xml:space="preserve"> ใช้กับสมาชิกทีละคน ส่วน </w:t>
            </w:r>
            <w:r>
              <w:rPr>
                <w:rFonts w:ascii="Tahoma" w:hAnsi="Tahoma" w:cs="Tahoma" w:eastAsia="Tahoma"/>
                <w:i/>
                <w:sz w:val="18"/>
              </w:rPr>
              <w:t>every</w:t>
            </w:r>
            <w:r>
              <w:rPr>
                <w:rFonts w:ascii="Tahoma" w:hAnsi="Tahoma" w:cs="Tahoma" w:eastAsia="Tahoma"/>
                <w:sz w:val="18"/>
              </w:rPr>
              <w:t xml:space="preserve"> และ </w:t>
            </w:r>
            <w:r>
              <w:rPr>
                <w:rFonts w:ascii="Tahoma" w:hAnsi="Tahoma" w:cs="Tahoma" w:eastAsia="Tahoma"/>
                <w:i/>
                <w:sz w:val="18"/>
              </w:rPr>
              <w:t>all</w:t>
            </w:r>
            <w:r>
              <w:rPr>
                <w:rFonts w:ascii="Tahoma" w:hAnsi="Tahoma" w:cs="Tahoma" w:eastAsia="Tahoma"/>
                <w:sz w:val="18"/>
              </w:rPr>
              <w:t xml:space="preserve"> ใช้กับกลุ่มทั้งก้อน ใช้ผิดจะเปลี่ยนความหมายว่าผลเกิดครั้งเดียวหรือ N ครั้ง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when / whenever / if / at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i/>
                <w:sz w:val="18"/>
              </w:rPr>
              <w:t>when</w:t>
            </w:r>
            <w:r>
              <w:rPr>
                <w:rFonts w:ascii="Tahoma" w:hAnsi="Tahoma" w:cs="Tahoma" w:eastAsia="Tahoma"/>
                <w:sz w:val="18"/>
              </w:rPr>
              <w:t xml:space="preserve"> = ครั้งเดียว เวลาคาดเดาได้, </w:t>
            </w:r>
            <w:r>
              <w:rPr>
                <w:rFonts w:ascii="Tahoma" w:hAnsi="Tahoma" w:cs="Tahoma" w:eastAsia="Tahoma"/>
                <w:i/>
                <w:sz w:val="18"/>
              </w:rPr>
              <w:t>whenever</w:t>
            </w:r>
            <w:r>
              <w:rPr>
                <w:rFonts w:ascii="Tahoma" w:hAnsi="Tahoma" w:cs="Tahoma" w:eastAsia="Tahoma"/>
                <w:sz w:val="18"/>
              </w:rPr>
              <w:t xml:space="preserve"> = เกิดซ้ำได้จากหลายสาเหตุ, </w:t>
            </w:r>
            <w:r>
              <w:rPr>
                <w:rFonts w:ascii="Tahoma" w:hAnsi="Tahoma" w:cs="Tahoma" w:eastAsia="Tahoma"/>
                <w:i/>
                <w:sz w:val="18"/>
              </w:rPr>
              <w:t>if</w:t>
            </w:r>
            <w:r>
              <w:rPr>
                <w:rFonts w:ascii="Tahoma" w:hAnsi="Tahoma" w:cs="Tahoma" w:eastAsia="Tahoma"/>
                <w:sz w:val="18"/>
              </w:rPr>
              <w:t xml:space="preserve"> = อาจไม่เกิดเลย, </w:t>
            </w:r>
            <w:r>
              <w:rPr>
                <w:rFonts w:ascii="Tahoma" w:hAnsi="Tahoma" w:cs="Tahoma" w:eastAsia="Tahoma"/>
                <w:i/>
                <w:sz w:val="18"/>
              </w:rPr>
              <w:t>at</w:t>
            </w:r>
            <w:r>
              <w:rPr>
                <w:rFonts w:ascii="Tahoma" w:hAnsi="Tahoma" w:cs="Tahoma" w:eastAsia="Tahoma"/>
                <w:sz w:val="18"/>
              </w:rPr>
              <w:t xml:space="preserve"> = เน้นจุดเวลา ใช้ </w:t>
            </w:r>
            <w:r>
              <w:rPr>
                <w:rFonts w:ascii="Tahoma" w:hAnsi="Tahoma" w:cs="Tahoma" w:eastAsia="Tahoma"/>
                <w:i/>
                <w:sz w:val="18"/>
              </w:rPr>
              <w:t>when</w:t>
            </w:r>
            <w:r>
              <w:rPr>
                <w:rFonts w:ascii="Tahoma" w:hAnsi="Tahoma" w:cs="Tahoma" w:eastAsia="Tahoma"/>
                <w:sz w:val="18"/>
              </w:rPr>
              <w:t xml:space="preserve"> กับสิ่งที่อาจไม่เกิด จะสื่อกับผู้อ่านว่ามันจะเกิดแน่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opponent / enemy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i/>
                <w:sz w:val="18"/>
              </w:rPr>
              <w:t>opponent</w:t>
            </w:r>
            <w:r>
              <w:rPr>
                <w:rFonts w:ascii="Tahoma" w:hAnsi="Tahoma" w:cs="Tahoma" w:eastAsia="Tahoma"/>
                <w:sz w:val="18"/>
              </w:rPr>
              <w:t xml:space="preserve"> สำหรับผู้เล่นที่เป็นคน ส่วน </w:t>
            </w:r>
            <w:r>
              <w:rPr>
                <w:rFonts w:ascii="Tahoma" w:hAnsi="Tahoma" w:cs="Tahoma" w:eastAsia="Tahoma"/>
                <w:i/>
                <w:sz w:val="18"/>
              </w:rPr>
              <w:t>enemy</w:t>
            </w:r>
            <w:r>
              <w:rPr>
                <w:rFonts w:ascii="Tahoma" w:hAnsi="Tahoma" w:cs="Tahoma" w:eastAsia="Tahoma"/>
                <w:sz w:val="18"/>
              </w:rPr>
              <w:t xml:space="preserve"> ใช้เชิงเรื่องราวหรือกับ NPC คำว่าศัตรูมีน้ำหนักลบเกินกว่าที่คุณต้องการสำหรับโต๊ะเพื่อน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action / ability / effect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i/>
                <w:sz w:val="18"/>
              </w:rPr>
              <w:t>action</w:t>
            </w:r>
            <w:r>
              <w:rPr>
                <w:rFonts w:ascii="Tahoma" w:hAnsi="Tahoma" w:cs="Tahoma" w:eastAsia="Tahoma"/>
                <w:sz w:val="18"/>
              </w:rPr>
              <w:t xml:space="preserve"> = ทางเลือกกว้างๆ ของผู้เล่น, </w:t>
            </w:r>
            <w:r>
              <w:rPr>
                <w:rFonts w:ascii="Tahoma" w:hAnsi="Tahoma" w:cs="Tahoma" w:eastAsia="Tahoma"/>
                <w:i/>
                <w:sz w:val="18"/>
              </w:rPr>
              <w:t>ability</w:t>
            </w:r>
            <w:r>
              <w:rPr>
                <w:rFonts w:ascii="Tahoma" w:hAnsi="Tahoma" w:cs="Tahoma" w:eastAsia="Tahoma"/>
                <w:sz w:val="18"/>
              </w:rPr>
              <w:t xml:space="preserve"> = ติดกับตัวตนในเกม ปกติผู้เล่นควบคุมและเป็นบวก, </w:t>
            </w:r>
            <w:r>
              <w:rPr>
                <w:rFonts w:ascii="Tahoma" w:hAnsi="Tahoma" w:cs="Tahoma" w:eastAsia="Tahoma"/>
                <w:i/>
                <w:sz w:val="18"/>
              </w:rPr>
              <w:t>effect</w:t>
            </w:r>
            <w:r>
              <w:rPr>
                <w:rFonts w:ascii="Tahoma" w:hAnsi="Tahoma" w:cs="Tahoma" w:eastAsia="Tahoma"/>
                <w:sz w:val="18"/>
              </w:rPr>
              <w:t xml:space="preserve"> = อัตโนมัติหรือต่อเนื่อง ผู้เล่นควบคุมน้อยกว่าและมักเป็นลบ</w:t>
            </w:r>
          </w:p>
        </w:tc>
      </w:tr>
    </w:tbl>
    <w:p/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6.7 Turn / Round / Phase / Step</w:t>
      </w:r>
    </w:p>
    <w:p>
      <w:r>
        <w:rPr>
          <w:rFonts w:ascii="Tahoma" w:hAnsi="Tahoma" w:cs="Tahoma" w:eastAsia="Tahoma"/>
        </w:rPr>
        <w:t>ล็อกลำดับชั้นเวลาไว้ตั้งแต่หน้าแรก แล้วห้ามใช้ชื่อระดับซ้ำ: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Turn (เทิร์น)</w:t>
      </w:r>
      <w:r>
        <w:rPr>
          <w:rFonts w:ascii="Tahoma" w:hAnsi="Tahoma" w:cs="Tahoma" w:eastAsia="Tahoma"/>
        </w:rPr>
        <w:t xml:space="preserve"> — ผู้เล่นหนึ่งคนลงมือ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Round (รอบ)</w:t>
      </w:r>
      <w:r>
        <w:rPr>
          <w:rFonts w:ascii="Tahoma" w:hAnsi="Tahoma" w:cs="Tahoma" w:eastAsia="Tahoma"/>
        </w:rPr>
        <w:t xml:space="preserve"> — ครบหนึ่งเทิร์นต่อผู้เล่นทุกคน ไม่ว่าจะเรียงกันหรือพร้อมกัน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Act / ยุค / ฤดู / ปี</w:t>
      </w:r>
      <w:r>
        <w:rPr>
          <w:rFonts w:ascii="Tahoma" w:hAnsi="Tahoma" w:cs="Tahoma" w:eastAsia="Tahoma"/>
        </w:rPr>
        <w:t xml:space="preserve"> — กลุ่มของรอบ ถ้าจำเป็นต้องมี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Phase (เฟส)</w:t>
      </w:r>
      <w:r>
        <w:rPr>
          <w:rFonts w:ascii="Tahoma" w:hAnsi="Tahoma" w:cs="Tahoma" w:eastAsia="Tahoma"/>
        </w:rPr>
        <w:t xml:space="preserve"> — ส่วนย่อยที่มีชื่อของเทิร์น </w:t>
      </w:r>
      <w:r>
        <w:rPr>
          <w:rFonts w:ascii="Tahoma" w:hAnsi="Tahoma" w:cs="Tahoma" w:eastAsia="Tahoma"/>
          <w:i/>
        </w:rPr>
        <w:t>หรือ</w:t>
      </w:r>
      <w:r>
        <w:rPr>
          <w:rFonts w:ascii="Tahoma" w:hAnsi="Tahoma" w:cs="Tahoma" w:eastAsia="Tahoma"/>
        </w:rPr>
        <w:t xml:space="preserve"> ของรอบ (เลือกอย่างเดียว)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Step (ขั้น)</w:t>
      </w:r>
      <w:r>
        <w:rPr>
          <w:rFonts w:ascii="Tahoma" w:hAnsi="Tahoma" w:cs="Tahoma" w:eastAsia="Tahoma"/>
        </w:rPr>
        <w:t xml:space="preserve"> — ส่วนย่อยของเฟส สำหรับเกมซับซ้อน</w:t>
      </w:r>
    </w:p>
    <w:p>
      <w:r>
        <w:rPr>
          <w:rFonts w:ascii="Tahoma" w:hAnsi="Tahoma" w:cs="Tahoma" w:eastAsia="Tahoma"/>
        </w:rPr>
        <w:t xml:space="preserve">ระวังการปะทะกันของธรรมเนียม: เกมสงครามใช้ </w:t>
      </w:r>
      <w:r>
        <w:rPr>
          <w:rFonts w:ascii="Tahoma" w:hAnsi="Tahoma" w:cs="Tahoma" w:eastAsia="Tahoma"/>
          <w:i/>
        </w:rPr>
        <w:t>Turn</w:t>
      </w:r>
      <w:r>
        <w:rPr>
          <w:rFonts w:ascii="Tahoma" w:hAnsi="Tahoma" w:cs="Tahoma" w:eastAsia="Tahoma"/>
        </w:rPr>
        <w:t xml:space="preserve"> เป็นหน่วยใหญ่ที่แบ่งเป็น </w:t>
      </w:r>
      <w:r>
        <w:rPr>
          <w:rFonts w:ascii="Tahoma" w:hAnsi="Tahoma" w:cs="Tahoma" w:eastAsia="Tahoma"/>
          <w:i/>
        </w:rPr>
        <w:t>Player Turns</w:t>
      </w:r>
      <w:r>
        <w:rPr>
          <w:rFonts w:ascii="Tahoma" w:hAnsi="Tahoma" w:cs="Tahoma" w:eastAsia="Tahoma"/>
        </w:rPr>
        <w:t xml:space="preserve"> ซึ่งกลับด้านกับยูโรเกมสมัยใหม่ เลือกแบบไหนก็ได้ แต่ต้องนิยามให้ชัด อย่างที่นักออกแบบคนหนึ่งตั้งข้อสังเกตว่า Turn กับ Round </w:t>
      </w:r>
      <w:r>
        <w:rPr>
          <w:rFonts w:ascii="Tahoma" w:hAnsi="Tahoma" w:cs="Tahoma" w:eastAsia="Tahoma"/>
          <w:i/>
        </w:rPr>
        <w:t>"ใช้ได้ทั้งสองทางและยังฟังดูสมเหตุสมผลอยู่ดี"</w:t>
      </w:r>
      <w:r>
        <w:rPr>
          <w:rFonts w:ascii="Tahoma" w:hAnsi="Tahoma" w:cs="Tahoma" w:eastAsia="Tahoma"/>
        </w:rPr>
        <w:t xml:space="preserve"> — ซึ่งเป็นเหตุผลตรงๆ ว่าทำไมผู้อ่านต้องถูกบอก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6.8 คำเล็กๆ ที่มีผลใหญ่</w:t>
      </w:r>
    </w:p>
    <w:p>
      <w:r>
        <w:rPr>
          <w:rFonts w:ascii="Tahoma" w:hAnsi="Tahoma" w:cs="Tahoma" w:eastAsia="Tahoma"/>
          <w:b/>
        </w:rPr>
        <w:t>ลบคำว่า "แค่" / "เพียงแค่"</w:t>
      </w:r>
      <w:r>
        <w:rPr>
          <w:rFonts w:ascii="Tahoma" w:hAnsi="Tahoma" w:cs="Tahoma" w:eastAsia="Tahoma"/>
        </w:rPr>
        <w:t xml:space="preserve"> มันเพิ่มคำ ไม่เพิ่มข้อมูล และอ่านเหมือนดูถูกผู้อ่านที่กำลังงงอยู่จริงๆ การแก้นี้เกิดสดๆ ในเธรด BGG </w:t>
      </w:r>
      <w:r>
        <w:rPr>
          <w:rFonts w:ascii="Tahoma" w:hAnsi="Tahoma" w:cs="Tahoma" w:eastAsia="Tahoma"/>
          <w:i/>
        </w:rPr>
        <w:t>Rules Writing 101</w:t>
      </w:r>
      <w:r>
        <w:rPr>
          <w:rFonts w:ascii="Tahoma" w:hAnsi="Tahoma" w:cs="Tahoma" w:eastAsia="Tahoma"/>
        </w:rPr>
        <w:t xml:space="preserve"> แล้วผู้เขียนแก้โพสต์ตัวเองทันที: </w:t>
      </w:r>
      <w:r>
        <w:rPr>
          <w:rFonts w:ascii="Tahoma" w:hAnsi="Tahoma" w:cs="Tahoma" w:eastAsia="Tahoma"/>
          <w:i/>
        </w:rPr>
        <w:t>"ในกฎจริง คำว่า 'simply' ให้โทนที่ดูถูกแปลกๆ และเพิ่มความซับซ้อน มันยังเป็นอีกหนึ่งคำที่ขวางทางตอนอ่านผ่านๆ"</w:t>
      </w:r>
    </w:p>
    <w:p>
      <w:r>
        <w:rPr>
          <w:rFonts w:ascii="Tahoma" w:hAnsi="Tahoma" w:cs="Tahoma" w:eastAsia="Tahoma"/>
          <w:b/>
        </w:rPr>
        <w:t>เขียนคำว่า "หงาย/คว่ำ" ให้เหมือนกันทุกครั้ง</w:t>
      </w:r>
      <w:r>
        <w:rPr>
          <w:rFonts w:ascii="Tahoma" w:hAnsi="Tahoma" w:cs="Tahoma" w:eastAsia="Tahoma"/>
        </w:rPr>
        <w:t xml:space="preserve"> ในภาษาอังกฤษ บรรณาธิการ Andy Van Zandt ให้เหตุผลเชิงปฏิบัติที่หนักแน่น: </w:t>
      </w:r>
      <w:r>
        <w:rPr>
          <w:rFonts w:ascii="Tahoma" w:hAnsi="Tahoma" w:cs="Tahoma" w:eastAsia="Tahoma"/>
          <w:i/>
        </w:rPr>
        <w:t>"คุณจะเห็นเรื่องนี้ตอน blind playtest ตอนที่คนอ่านออกเสียงแล้วสะดุดตรงคำนี้ เพราะเขาต้องหยุดคิดว่าคำนี้แบ่งตรงไหน"</w:t>
      </w:r>
      <w:r>
        <w:rPr>
          <w:rFonts w:ascii="Tahoma" w:hAnsi="Tahoma" w:cs="Tahoma" w:eastAsia="Tahoma"/>
        </w:rPr>
        <w:t xml:space="preserve"> ยิ่งกว่านั้น </w:t>
      </w:r>
      <w:r>
        <w:rPr>
          <w:rFonts w:ascii="Tahoma" w:hAnsi="Tahoma" w:cs="Tahoma" w:eastAsia="Tahoma"/>
          <w:i/>
        </w:rPr>
        <w:t>face up</w:t>
      </w:r>
      <w:r>
        <w:rPr>
          <w:rFonts w:ascii="Tahoma" w:hAnsi="Tahoma" w:cs="Tahoma" w:eastAsia="Tahoma"/>
        </w:rPr>
        <w:t xml:space="preserve"> ยังแปลว่า "เผชิญหน้า" และ </w:t>
      </w:r>
      <w:r>
        <w:rPr>
          <w:rFonts w:ascii="Tahoma" w:hAnsi="Tahoma" w:cs="Tahoma" w:eastAsia="Tahoma"/>
          <w:i/>
        </w:rPr>
        <w:t>face down</w:t>
      </w:r>
      <w:r>
        <w:rPr>
          <w:rFonts w:ascii="Tahoma" w:hAnsi="Tahoma" w:cs="Tahoma" w:eastAsia="Tahoma"/>
        </w:rPr>
        <w:t xml:space="preserve"> แปลว่า "ทนรับ" ได้อีก ในภาษาไทยเราไม่มีการชนกันแบบเดียวกัน แต่หลักการเดียวกันใช้ได้: </w:t>
      </w:r>
      <w:r>
        <w:rPr>
          <w:rFonts w:ascii="Tahoma" w:hAnsi="Tahoma" w:cs="Tahoma" w:eastAsia="Tahoma"/>
          <w:b/>
        </w:rPr>
        <w:t>เลือกคำเดียวสำหรับแนวคิดเดียว แล้วอย่าเปลี่ยน</w:t>
      </w:r>
    </w:p>
    <w:p>
      <w:r>
        <w:rPr>
          <w:rFonts w:ascii="Tahoma" w:hAnsi="Tahoma" w:cs="Tahoma" w:eastAsia="Tahoma"/>
          <w:b/>
        </w:rPr>
        <w:t>วงเล็บใช้ขยายความ ไม่เคยใช้แนะนำกฎ</w:t>
      </w:r>
      <w:r>
        <w:rPr>
          <w:rFonts w:ascii="Tahoma" w:hAnsi="Tahoma" w:cs="Tahoma" w:eastAsia="Tahoma"/>
        </w:rPr>
        <w:t xml:space="preserve"> ข้อความในวงเล็บต้องลบออกได้โดยไม่เสียข้อมูล เรื่องเดียวกันใช้กับตัวอย่างและคำบรรยายภาพ — ดูระบบจำแนกความล้มเหลวในบทที่ 15</w:t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7. คำศัพท์ คำเฉพาะ และ templating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7.1 หนึ่งแนวคิด หนึ่งคำ ตลอดไป</w:t>
      </w:r>
    </w:p>
    <w:p>
      <w:r>
        <w:rPr>
          <w:rFonts w:ascii="Tahoma" w:hAnsi="Tahoma" w:cs="Tahoma" w:eastAsia="Tahoma"/>
        </w:rPr>
        <w:t>ถ้าจะมีสักประโยคที่ควรสักไว้บนแขนนักออกแบบ ผมเลือกประโยคของ Cardboard Edison: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"ความสม่ำเสมอทางภาษาคือเรื่องเล็กๆ ที่ทำให้เกมเล่นง่ายขึ้นมาก เรียกการกระทำ อุปกรณ์ และส่วนต่างๆ ของเกมด้วยคำเดิมทุกครั้ง ทั้งในกฎ บนการ์ด และในเอกสารอ้างอิง"</w:t>
      </w:r>
    </w:p>
    <w:p>
      <w:r>
        <w:rPr>
          <w:rFonts w:ascii="Tahoma" w:hAnsi="Tahoma" w:cs="Tahoma" w:eastAsia="Tahoma"/>
        </w:rPr>
        <w:t xml:space="preserve">สัญชาตญาณการเขียนเรียงความที่บอกให้เปลี่ยนคำอย่าให้ซ้ำ </w:t>
      </w:r>
      <w:r>
        <w:rPr>
          <w:rFonts w:ascii="Tahoma" w:hAnsi="Tahoma" w:cs="Tahoma" w:eastAsia="Tahoma"/>
          <w:b/>
        </w:rPr>
        <w:t>ผิดสนิท</w:t>
      </w:r>
      <w:r>
        <w:rPr>
          <w:rFonts w:ascii="Tahoma" w:hAnsi="Tahoma" w:cs="Tahoma" w:eastAsia="Tahoma"/>
        </w:rPr>
        <w:t>ในงานนี้ ถ้ามันคือ Attack มันจะไม่ใช่ Strike หรือ Assault ถ้ามันคือแต้มชัยชนะ มันจะไม่ใช่แต้มเกียรติยศ ถ้ามันคือการรบ มันจะไม่ใช่การต่อสู้และการปะทะด้วย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7.2 เวอร์ชันที่คมกว่า: ความสม่ำเสมอ *และ* ความไม่สม่ำเสมอโดยตั้งใจ</w:t>
      </w:r>
    </w:p>
    <w:p>
      <w:r>
        <w:rPr>
          <w:rFonts w:ascii="Tahoma" w:hAnsi="Tahoma" w:cs="Tahoma" w:eastAsia="Tahoma"/>
        </w:rPr>
        <w:t>สูตรของ Curby คือประโยคที่มีประโยชน์ที่สุดในคู่มือของเขา รองจากหลักการเรื่อง cognitive load: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b/>
          <w:i/>
          <w:color w:val="2F2F2F"/>
          <w:sz w:val="20"/>
        </w:rPr>
        <w:t>สิ่งที่ดูเหมือนกันและฟังเหมือนกัน ควรเป็นเช่นนั้นก็ต่อเมื่อมันเหมือนกันจริง และสิ่งที่ดูต่างกัน ควรต่างก็ต่อเมื่อมันต่างกันจริง</w:t>
      </w:r>
    </w:p>
    <w:p>
      <w:r>
        <w:rPr>
          <w:rFonts w:ascii="Tahoma" w:hAnsi="Tahoma" w:cs="Tahoma" w:eastAsia="Tahoma"/>
        </w:rPr>
        <w:t xml:space="preserve">ความสม่ำเสมอไม่ใช่เป้าหมาย </w:t>
      </w:r>
      <w:r>
        <w:rPr>
          <w:rFonts w:ascii="Tahoma" w:hAnsi="Tahoma" w:cs="Tahoma" w:eastAsia="Tahoma"/>
          <w:b/>
        </w:rPr>
        <w:t>การส่งสัญญาณ</w:t>
      </w:r>
      <w:r>
        <w:rPr>
          <w:rFonts w:ascii="Tahoma" w:hAnsi="Tahoma" w:cs="Tahoma" w:eastAsia="Tahoma"/>
        </w:rPr>
        <w:t xml:space="preserve"> ต่างหากคือเป้าหมาย เมื่อผู้เล่นเชื่อว่าถ้อยคำที่เหมือนกันหมายถึงพฤติกรรมที่เหมือนกัน เขาจะจับความต่างจริงได้ทันที ซึ่งแปลว่า </w:t>
      </w:r>
      <w:r>
        <w:rPr>
          <w:rFonts w:ascii="Tahoma" w:hAnsi="Tahoma" w:cs="Tahoma" w:eastAsia="Tahoma"/>
          <w:b/>
        </w:rPr>
        <w:t>ความไม่สม่ำเสมอโดยตั้งใจก็เป็นเครื่องมือ</w:t>
      </w:r>
      <w:r>
        <w:rPr>
          <w:rFonts w:ascii="Tahoma" w:hAnsi="Tahoma" w:cs="Tahoma" w:eastAsia="Tahoma"/>
        </w:rPr>
        <w:t>: ถ้าสองความสามารถทำงานต่างกัน ให้เขียนต่างกันมากพอที่ไม่มีใครต้องนั่งค้นหาความต่าง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7.3 Templating</w:t>
      </w:r>
    </w:p>
    <w:p>
      <w:r>
        <w:rPr>
          <w:rFonts w:ascii="Tahoma" w:hAnsi="Tahoma" w:cs="Tahoma" w:eastAsia="Tahoma"/>
        </w:rPr>
        <w:t>Templating คือกรอบไวยากรณ์สำหรับเขียนกฎที่คล้ายกันข้ามหลายอุปกรณ์ ลองดูการ์ดสองใบที่ทั้งคู่ให้จั่วการ์ด: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การ์ด A</w:t>
            </w:r>
          </w:p>
        </w:tc>
        <w:tc>
          <w:tcPr>
            <w:tcW w:type="dxa" w:w="468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การ์ด B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จั่วการ์ด 1 ใบเข้ามือ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หยิบการ์ด 1 ใบจากสำรับ</w:t>
            </w:r>
          </w:p>
        </w:tc>
      </w:tr>
    </w:tbl>
    <w:p/>
    <w:p>
      <w:r>
        <w:rPr>
          <w:rFonts w:ascii="Tahoma" w:hAnsi="Tahoma" w:cs="Tahoma" w:eastAsia="Tahoma"/>
        </w:rPr>
        <w:t>สองอันนี้หมายความเหมือนกัน และความต่างของถ้อยคำบังคับให้ผู้เล่นทุกคนต้องอ่านทุกคำอย่างละเอียดเพื่อหาความต่างที่ไม่มีอยู่จริง นั่นคือความพยายามที่สูญเปล่า และแย่กว่านั้น มันสอนผู้เล่นว่าความต่างของถ้อยคำไม่มีความหมาย ทำให้เขาพลาดความต่างจริงในภายหลัง</w:t>
      </w:r>
    </w:p>
    <w:p>
      <w:r>
        <w:rPr>
          <w:rFonts w:ascii="Tahoma" w:hAnsi="Tahoma" w:cs="Tahoma" w:eastAsia="Tahoma"/>
        </w:rPr>
        <w:t>Templating ครอบคลุมสัญลักษณ์และเครื่องหมายวรรคตอนด้วย สามรูปแบบต้นทุน-ผลลัพธ์ในเกมเดียวกัน:</w:t>
      </w:r>
    </w:p>
    <w:p>
      <w:r>
        <w:rPr>
          <w:rFonts w:ascii="Consolas" w:hAnsi="Consolas" w:cs="Consolas" w:eastAsia="Consolas"/>
          <w:sz w:val="19"/>
        </w:rPr>
        <w:t>จ่าย 3: จั่ว</w:t>
      </w:r>
      <w:r>
        <w:rPr>
          <w:rFonts w:ascii="Tahoma" w:hAnsi="Tahoma" w:cs="Tahoma" w:eastAsia="Tahoma"/>
        </w:rPr>
        <w:t xml:space="preserve"> · </w:t>
      </w:r>
      <w:r>
        <w:rPr>
          <w:rFonts w:ascii="Consolas" w:hAnsi="Consolas" w:cs="Consolas" w:eastAsia="Consolas"/>
          <w:sz w:val="19"/>
        </w:rPr>
        <w:t>2 ➜ โจมตี</w:t>
      </w:r>
      <w:r>
        <w:rPr>
          <w:rFonts w:ascii="Tahoma" w:hAnsi="Tahoma" w:cs="Tahoma" w:eastAsia="Tahoma"/>
        </w:rPr>
        <w:t xml:space="preserve"> · </w:t>
      </w:r>
      <w:r>
        <w:rPr>
          <w:rFonts w:ascii="Consolas" w:hAnsi="Consolas" w:cs="Consolas" w:eastAsia="Consolas"/>
          <w:sz w:val="19"/>
        </w:rPr>
        <w:t>{จ่าย 5} เปิดใช้</w:t>
      </w:r>
    </w:p>
    <w:p>
      <w:r>
        <w:rPr>
          <w:rFonts w:ascii="Tahoma" w:hAnsi="Tahoma" w:cs="Tahoma" w:eastAsia="Tahoma"/>
        </w:rPr>
        <w:t xml:space="preserve">จะเถียงว่าแบบไหนดีก็ได้ แต่ไม่สำคัญ: </w:t>
      </w:r>
      <w:r>
        <w:rPr>
          <w:rFonts w:ascii="Tahoma" w:hAnsi="Tahoma" w:cs="Tahoma" w:eastAsia="Tahoma"/>
          <w:i/>
        </w:rPr>
        <w:t>"การใช้รูปแบบที่แย่ที่สุดอย่างสม่ำเสมอ ยังดีกว่าใช้ทั้งสามแบบปนกันมั่ว"</w:t>
      </w:r>
    </w:p>
    <w:p>
      <w:r>
        <w:rPr>
          <w:rFonts w:ascii="Tahoma" w:hAnsi="Tahoma" w:cs="Tahoma" w:eastAsia="Tahoma"/>
        </w:rPr>
        <w:t>และ templating คือจุดที่ความไม่สม่ำเสมอโดยตั้งใจให้ผลตอบแทน ตัวกระตุ้นความสามารถสองแบบ:</w:t>
      </w:r>
    </w:p>
    <w:p>
      <w:pPr>
        <w:pStyle w:val="ListBullet"/>
        <w:spacing w:after="60"/>
      </w:pPr>
      <w:r>
        <w:rPr>
          <w:rFonts w:ascii="Consolas" w:hAnsi="Consolas" w:cs="Consolas" w:eastAsia="Consolas"/>
          <w:sz w:val="19"/>
        </w:rPr>
        <w:t>เมื่อถูกเล่น: รับทรัพยากรอาหาร 1 ชิ้นจากกองกลาง</w:t>
      </w:r>
    </w:p>
    <w:p>
      <w:pPr>
        <w:pStyle w:val="ListBullet"/>
        <w:spacing w:after="60"/>
      </w:pPr>
      <w:r>
        <w:rPr>
          <w:rFonts w:ascii="Consolas" w:hAnsi="Consolas" w:cs="Consolas" w:eastAsia="Consolas"/>
          <w:sz w:val="19"/>
        </w:rPr>
        <w:t>เมื่อถูกเปิดใช้: จั่วการ์ดโบนัส 2 ใบแล้วทิ้ง 1 ใบ</w:t>
      </w:r>
    </w:p>
    <w:p>
      <w:r>
        <w:rPr>
          <w:rFonts w:ascii="Tahoma" w:hAnsi="Tahoma" w:cs="Tahoma" w:eastAsia="Tahoma"/>
        </w:rPr>
        <w:t xml:space="preserve">ทั้งคู่ขึ้นต้นด้วย "เมื่อ" ผู้เล่นที่กวาดตาจึงต้องอ่านไปสามคำก่อนที่ตัวกระตุ้นจะแยกจากกัน การเปลี่ยนอันที่สองเป็น </w:t>
      </w:r>
      <w:r>
        <w:rPr>
          <w:rFonts w:ascii="Consolas" w:hAnsi="Consolas" w:cs="Consolas" w:eastAsia="Consolas"/>
          <w:sz w:val="19"/>
        </w:rPr>
        <w:t>ถ้าถูกเปิดใช้:</w:t>
      </w:r>
      <w:r>
        <w:rPr>
          <w:rFonts w:ascii="Tahoma" w:hAnsi="Tahoma" w:cs="Tahoma" w:eastAsia="Tahoma"/>
        </w:rPr>
        <w:t xml:space="preserve"> ทั้งแก้เรื่องการเลือก when/if ให้ถูก </w:t>
      </w:r>
      <w:r>
        <w:rPr>
          <w:rFonts w:ascii="Tahoma" w:hAnsi="Tahoma" w:cs="Tahoma" w:eastAsia="Tahoma"/>
          <w:b/>
        </w:rPr>
        <w:t>และ</w:t>
      </w:r>
      <w:r>
        <w:rPr>
          <w:rFonts w:ascii="Tahoma" w:hAnsi="Tahoma" w:cs="Tahoma" w:eastAsia="Tahoma"/>
        </w:rPr>
        <w:t xml:space="preserve"> ทำให้สายตาแยกแยะได้ตั้งแต่ตัวอักษรแรก</w:t>
      </w:r>
    </w:p>
    <w:p>
      <w:r>
        <w:rPr>
          <w:rFonts w:ascii="Tahoma" w:hAnsi="Tahoma" w:cs="Tahoma" w:eastAsia="Tahoma"/>
        </w:rPr>
        <w:t>Magic: The Gathering คือต้นแบบของเรื่องนี้ ด้วยเหตุผลเชิงโครงสร้างที่ควรบันทึกไว้: เพราะกฎส่วนใหญ่ของ MTG อยู่บนตัวอุปกรณ์แทนที่จะอยู่ในหนังสือ มันจึงถูกบังคับให้พัฒนา templating ที่เข้มงวดตั้งแต่ต้น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7.4 ตั้งชื่อสิ่งต่างๆ ไม่ให้สับสน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เลี่ยงคู่คำที่สับสน</w:t>
      </w:r>
      <w:r>
        <w:rPr>
          <w:rFonts w:ascii="Tahoma" w:hAnsi="Tahoma" w:cs="Tahoma" w:eastAsia="Tahoma"/>
        </w:rPr>
        <w:t xml:space="preserve"> สองบทบาทการค้าไม่ควรชื่อ "พ่อค้า" กับ "นักการค้า" หาความต่างที่แท้จริงแล้วตั้งชื่อตามนั้น </w:t>
      </w:r>
      <w:r>
        <w:rPr>
          <w:rFonts w:ascii="Tahoma" w:hAnsi="Tahoma" w:cs="Tahoma" w:eastAsia="Tahoma"/>
          <w:b/>
        </w:rPr>
        <w:t>ถ้าหาไม่เจอ นั่นคือหลักฐานว่ามันควรเป็นบทบาทเดียวกัน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เลือกคำเฉพาะที่ขึ้นต้นด้วยตัวอักษรต่างกัน</w:t>
      </w:r>
      <w:r>
        <w:rPr>
          <w:rFonts w:ascii="Tahoma" w:hAnsi="Tahoma" w:cs="Tahoma" w:eastAsia="Tahoma"/>
        </w:rPr>
        <w:t xml:space="preserve"> โดยเฉพาะหัวข้อระดับเดียวกัน ผู้อ่านที่กวาดตานำทางด้วยตัวอักษรแรก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ให้มีคำเฉพาะน้อยที่สุด</w:t>
      </w:r>
      <w:r>
        <w:rPr>
          <w:rFonts w:ascii="Tahoma" w:hAnsi="Tahoma" w:cs="Tahoma" w:eastAsia="Tahoma"/>
        </w:rPr>
        <w:t xml:space="preserve"> พลังของ Dominion อยู่ที่มันแทบไม่มีเลย: Action, Buy, Gain, Card ใช้อย่างสม่ำเสมอสุดขีด จนการ์ดใหม่เอี่ยมก็อ่านเข้าใจได้ทันที </w:t>
      </w:r>
      <w:r>
        <w:rPr>
          <w:rFonts w:ascii="Tahoma" w:hAnsi="Tahoma" w:cs="Tahoma" w:eastAsia="Tahoma"/>
          <w:i/>
        </w:rPr>
        <w:t>"ไม่มีใครอยากเรียนภาษาใหม่เพื่อเรียนเกมใหม่"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เกาะความรู้เดิมของผู้เล่น</w:t>
      </w:r>
      <w:r>
        <w:rPr>
          <w:rFonts w:ascii="Tahoma" w:hAnsi="Tahoma" w:cs="Tahoma" w:eastAsia="Tahoma"/>
        </w:rPr>
        <w:t xml:space="preserve"> (Mark Rosewater เรียกว่า piggybacking) ตัวละครที่ "บินได้" เข้าใจทันที ส่วนตัวละครที่มีความสามารถ "ทะยานอีเธอร์" ไม่เข้าใจ แม้กลไกจะเหมือนกันเป๊ะ ชั่งน้ำหนักระหว่างประโยชน์เชิงธีมกับต้นทุนความจำ </w:t>
      </w:r>
      <w:r>
        <w:rPr>
          <w:rFonts w:ascii="Tahoma" w:hAnsi="Tahoma" w:cs="Tahoma" w:eastAsia="Tahoma"/>
          <w:b/>
        </w:rPr>
        <w:t>และห้ามเอาคำที่คนคุ้นเคยไปใช้กับแนวคิดใหม่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แยก mat กับ board</w:t>
      </w:r>
      <w:r>
        <w:rPr>
          <w:rFonts w:ascii="Tahoma" w:hAnsi="Tahoma" w:cs="Tahoma" w:eastAsia="Tahoma"/>
        </w:rPr>
        <w:t xml:space="preserve"> </w:t>
      </w:r>
      <w:r>
        <w:rPr>
          <w:rFonts w:ascii="Tahoma" w:hAnsi="Tahoma" w:cs="Tahoma" w:eastAsia="Tahoma"/>
          <w:i/>
        </w:rPr>
        <w:t>mat</w:t>
      </w:r>
      <w:r>
        <w:rPr>
          <w:rFonts w:ascii="Tahoma" w:hAnsi="Tahoma" w:cs="Tahoma" w:eastAsia="Tahoma"/>
        </w:rPr>
        <w:t xml:space="preserve"> เป็นของผู้เล่นคนเดียว </w:t>
      </w:r>
      <w:r>
        <w:rPr>
          <w:rFonts w:ascii="Tahoma" w:hAnsi="Tahoma" w:cs="Tahoma" w:eastAsia="Tahoma"/>
          <w:i/>
        </w:rPr>
        <w:t>board</w:t>
      </w:r>
      <w:r>
        <w:rPr>
          <w:rFonts w:ascii="Tahoma" w:hAnsi="Tahoma" w:cs="Tahoma" w:eastAsia="Tahoma"/>
        </w:rPr>
        <w:t xml:space="preserve"> ใช้ร่วมกัน มีผู้อ่านรายงานว่าบรรทัดเดียวนี้จาก Stonemaier style guide แก้ปัญหาการตั้งชื่อที่เขาวนอยู่หลายสัปดาห์ได้ทันที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7.5 ตัวพิมพ์ใหญ่คืองบประมาณ</w:t>
      </w:r>
    </w:p>
    <w:p>
      <w:r>
        <w:rPr>
          <w:rFonts w:ascii="Tahoma" w:hAnsi="Tahoma" w:cs="Tahoma" w:eastAsia="Tahoma"/>
        </w:rPr>
        <w:t>ตัวพิมพ์ใหญ่ดึงความสนใจ — ซึ่งแปลว่าทุกคำที่พิมพ์ใหญ่ใช้ความสนใจที่มีจำกัดของผู้อ่านไปส่วนหนึ่ง และสายตาจะค้างอยู่กับมันตอนอ่าน</w:t>
      </w:r>
    </w:p>
    <w:p>
      <w:r>
        <w:rPr>
          <w:rFonts w:ascii="Tahoma" w:hAnsi="Tahoma" w:cs="Tahoma" w:eastAsia="Tahoma"/>
        </w:rPr>
        <w:t xml:space="preserve">วิธีที่สมดุลคือ </w:t>
      </w:r>
      <w:r>
        <w:rPr>
          <w:rFonts w:ascii="Tahoma" w:hAnsi="Tahoma" w:cs="Tahoma" w:eastAsia="Tahoma"/>
          <w:b/>
        </w:rPr>
        <w:t>พิมพ์ใหญ่เฉพาะคำที่หมายถึงอุปกรณ์ การกระทำ หรือค่าจริงในเกม</w:t>
      </w:r>
    </w:p>
    <w:p>
      <w:pPr>
        <w:pStyle w:val="ListBullet"/>
        <w:spacing w:after="60"/>
      </w:pPr>
      <w:r>
        <w:rPr>
          <w:rFonts w:ascii="Tahoma" w:hAnsi="Tahoma" w:cs="Tahoma" w:eastAsia="Tahoma"/>
          <w:i/>
        </w:rPr>
        <w:t>"รับ 5 Gold จากกองกลาง"</w:t>
      </w:r>
      <w:r>
        <w:rPr>
          <w:rFonts w:ascii="Tahoma" w:hAnsi="Tahoma" w:cs="Tahoma" w:eastAsia="Tahoma"/>
        </w:rPr>
        <w:t xml:space="preserve"> / </w:t>
      </w:r>
      <w:r>
        <w:rPr>
          <w:rFonts w:ascii="Tahoma" w:hAnsi="Tahoma" w:cs="Tahoma" w:eastAsia="Tahoma"/>
          <w:i/>
        </w:rPr>
        <w:t>"ผู้เล่นที่กำลังเล่นเข้าสู่ Attack Phase ของตน"</w:t>
      </w:r>
    </w:p>
    <w:p>
      <w:pPr>
        <w:pStyle w:val="ListBullet"/>
        <w:spacing w:after="60"/>
      </w:pPr>
      <w:r>
        <w:rPr>
          <w:rFonts w:ascii="Tahoma" w:hAnsi="Tahoma" w:cs="Tahoma" w:eastAsia="Tahoma"/>
          <w:i/>
        </w:rPr>
        <w:t>"ผู้เล่นแต่ละคนเก็บ gold ไว้ในช่องที่กำหนดบนแผ่นผู้เล่น"</w:t>
      </w:r>
    </w:p>
    <w:p>
      <w:r>
        <w:rPr>
          <w:rFonts w:ascii="Tahoma" w:hAnsi="Tahoma" w:cs="Tahoma" w:eastAsia="Tahoma"/>
        </w:rPr>
        <w:t xml:space="preserve">ผลข้างเคียงมีประโยชน์: ตัวพิมพ์ใหญ่กลายเป็นเครื่องหมายของสิ่งที่มีผลต่อสถานะเกมโดยตรง คำเตือนถ่วงจาก Resonym: </w:t>
      </w:r>
      <w:r>
        <w:rPr>
          <w:rFonts w:ascii="Tahoma" w:hAnsi="Tahoma" w:cs="Tahoma" w:eastAsia="Tahoma"/>
          <w:i/>
        </w:rPr>
        <w:t>"คุณพิมพ์ใหญ่คำเฉพาะได้บ้าง แต่อย่าเลยเถิด ถ้าพิมพ์ใหญ่มากไป มันจะกลืนกันหมดและไร้ประโยชน์"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7.6 ล็อกลำดับมาตรฐาน</w:t>
      </w:r>
    </w:p>
    <w:p>
      <w:r>
        <w:rPr>
          <w:rFonts w:ascii="Tahoma" w:hAnsi="Tahoma" w:cs="Tahoma" w:eastAsia="Tahoma"/>
        </w:rPr>
        <w:t>ถ้าเกมมีทรัพยากรสามอย่าง ตัดสินใจลำดับครั้งเดียว — สมมติ แรงงาน หิน ไม้ — แล้วใช้ลำดับนั้นในรายการอุปกรณ์ ในไดอะแกรมการตั้งเกม ในทุกราคาที่พิมพ์ บนทุกการ์ด และแม้แต่ในรายชื่อพื้นที่ที่ผลิตทรัพยากรเหล่านั้น เรื่องนี้มองไม่เห็นตอนคุณทำถูก และเหนื่อยเงียบๆ สำหรับผู้อ่านตอนคุณทำผิด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7.7 เขียน style guide ก่อนเขียนกฎ</w:t>
      </w:r>
    </w:p>
    <w:p>
      <w:r>
        <w:rPr>
          <w:rFonts w:ascii="Tahoma" w:hAnsi="Tahoma" w:cs="Tahoma" w:eastAsia="Tahoma"/>
        </w:rPr>
        <w:t>นี่คือการลงทุนด้านคุณภาพที่ถูกที่สุดที่มี และเป็นคำแนะนำหลักของ Stonemaier: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"คำแนะนำหลักที่ผมพยายามจะบอกวันนี้คือ ให้คุณมี style guide ที่เขียนไว้ มันอาจต่างจากของ Stonemaier มากก็ได้ — เรายังเป็นเพื่อนกันได้แม้คุณไม่เชื่อในเครื่องหมายจุลภาคตัวสุดท้าย"</w:t>
      </w:r>
    </w:p>
    <w:p>
      <w:r>
        <w:rPr>
          <w:rFonts w:ascii="Tahoma" w:hAnsi="Tahoma" w:cs="Tahoma" w:eastAsia="Tahoma"/>
        </w:rPr>
        <w:t xml:space="preserve">ไม่จำเป็นต้องเป็นเอกสาร Entro Games ใช้ไวท์บอร์ด สิ่งสำคัญคือเมื่อคุณกลับมานั่งทำงานหลังหายไปสองสัปดาห์ </w:t>
      </w:r>
      <w:r>
        <w:rPr>
          <w:rFonts w:ascii="Tahoma" w:hAnsi="Tahoma" w:cs="Tahoma" w:eastAsia="Tahoma"/>
          <w:b/>
        </w:rPr>
        <w:t>การตัดสินใจถูกบันทึกไว้แล้ว</w:t>
      </w:r>
      <w:r>
        <w:rPr>
          <w:rFonts w:ascii="Tahoma" w:hAnsi="Tahoma" w:cs="Tahoma" w:eastAsia="Tahoma"/>
        </w:rPr>
        <w:t xml:space="preserve"> และคุณจะไม่ตัดสินใจใหม่แบบเงียบๆ (มีแบบฟอร์มให้กรอกในบทที่ 17)</w:t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8. ตัวอย่างและไดอะแกรม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8.1 ตัวอย่างมีไว้แก้ความกำกวม ไม่ใช่สาธิตสิ่งที่ชัดอยู่แล้ว</w:t>
      </w:r>
    </w:p>
    <w:p>
      <w:r>
        <w:rPr>
          <w:rFonts w:ascii="Tahoma" w:hAnsi="Tahoma" w:cs="Tahoma" w:eastAsia="Tahoma"/>
        </w:rPr>
        <w:t>การเปลืองหมึกที่พบบ่อยที่สุดใน rulebook คือตัวอย่างที่แสดงการเล่นที่ทุกคนเข้าใจอยู่แล้ว</w:t>
      </w:r>
    </w:p>
    <w:p>
      <w:r>
        <w:rPr>
          <w:rFonts w:ascii="Tahoma" w:hAnsi="Tahoma" w:cs="Tahoma" w:eastAsia="Tahoma"/>
        </w:rPr>
        <w:t xml:space="preserve">Russ ยกเคสทดสอบที่สมบูรณ์แบบ: สมมติกฎบอกว่าหน่วยที่มีนักธนู </w:t>
      </w:r>
      <w:r>
        <w:rPr>
          <w:rFonts w:ascii="Tahoma" w:hAnsi="Tahoma" w:cs="Tahoma" w:eastAsia="Tahoma"/>
          <w:b/>
        </w:rPr>
        <w:t>หรือ</w:t>
      </w:r>
      <w:r>
        <w:rPr>
          <w:rFonts w:ascii="Tahoma" w:hAnsi="Tahoma" w:cs="Tahoma" w:eastAsia="Tahoma"/>
        </w:rPr>
        <w:t xml:space="preserve"> เครื่องยิงหินได้ +1 แล้วหน่วยที่มี </w:t>
      </w:r>
      <w:r>
        <w:rPr>
          <w:rFonts w:ascii="Tahoma" w:hAnsi="Tahoma" w:cs="Tahoma" w:eastAsia="Tahoma"/>
          <w:b/>
        </w:rPr>
        <w:t>ทั้งสองอย่าง</w:t>
      </w:r>
      <w:r>
        <w:rPr>
          <w:rFonts w:ascii="Tahoma" w:hAnsi="Tahoma" w:cs="Tahoma" w:eastAsia="Tahoma"/>
        </w:rPr>
        <w:t xml:space="preserve"> ล่ะ +1 หรือ +2 กฎที่เขียนไว้สื่อว่า +1 แต่คนจำนวนไม่น้อยจะอ่านเป็น +2 — </w:t>
      </w:r>
      <w:r>
        <w:rPr>
          <w:rFonts w:ascii="Tahoma" w:hAnsi="Tahoma" w:cs="Tahoma" w:eastAsia="Tahoma"/>
          <w:b/>
        </w:rPr>
        <w:t>ตรงนั้นแหละที่ตัวอย่างควรอยู่</w:t>
      </w:r>
    </w:p>
    <w:p>
      <w:r>
        <w:rPr>
          <w:rFonts w:ascii="Tahoma" w:hAnsi="Tahoma" w:cs="Tahoma" w:eastAsia="Tahoma"/>
        </w:rPr>
        <w:t xml:space="preserve">เวอร์ชันของ I Slay the Dragon: </w:t>
      </w:r>
      <w:r>
        <w:rPr>
          <w:rFonts w:ascii="Tahoma" w:hAnsi="Tahoma" w:cs="Tahoma" w:eastAsia="Tahoma"/>
          <w:i/>
        </w:rPr>
        <w:t>"อย่าเลือกทางง่ายด้วยการยกตัวอย่างที่ชัดอยู่แล้วว่าการ์ดหรือการกระทำทำอะไร ผู้เล่นส่วนใหญ่เข้าใจการเล่นที่ชัดเจนจากกฎปกติอยู่แล้ว แต่เขาจะไม่เข้าใจเคสที่ขัดกับการเล่นตามสามัญสำนึก ถ้าคุณไม่แสดงเคสขอบ คุณกำลังส่งผู้เล่นไปฟอรั่มโดยตรง"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8.2 ทำให้ภาพหนึ่งภาพครอบคลุมมากที่สุด</w:t>
      </w:r>
    </w:p>
    <w:p>
      <w:r>
        <w:rPr>
          <w:rFonts w:ascii="Tahoma" w:hAnsi="Tahoma" w:cs="Tahoma" w:eastAsia="Tahoma"/>
        </w:rPr>
        <w:t xml:space="preserve">พื้นที่ใน rulebook มีจำกัด ทำให้ทุกไดอะแกรมตอบหลายคำถามพร้อมกัน ตัวอย่างของ Curby: เกมวางไทล์ กฎว่า </w:t>
      </w:r>
      <w:r>
        <w:rPr>
          <w:rFonts w:ascii="Tahoma" w:hAnsi="Tahoma" w:cs="Tahoma" w:eastAsia="Tahoma"/>
          <w:i/>
        </w:rPr>
        <w:t>"ได้ 1 แต้มต่อช่างตีเหล็กทุกคนที่อยู่ติดกับเหมืองเหล็ก 2 แห่งขึ้นไป"</w:t>
      </w:r>
    </w:p>
    <w:p>
      <w:r>
        <w:rPr>
          <w:rFonts w:ascii="Tahoma" w:hAnsi="Tahoma" w:cs="Tahoma" w:eastAsia="Tahoma"/>
        </w:rPr>
        <w:t>ไดอะแกรมที่แสดงช่างตีเหล็กหนึ่งคนขนาบด้วยเหมืองสองแห่งแทบไร้ประโยชน์ ไดอะแกรมที่ครอบคลุมสูงจะแสดงช่างหลายคน บางคนได้แต้ม บางคนไม่ได้ และครอบคลุมกรณีเหล่านี้: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ช่างหลายคนใช้เหมืองเดียวกันร่วมกันได้ไหม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ไทล์ที่แตะกันแบบทแยงมุมนับว่าติดกันไหม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ช่างที่ติดกับเหมืองหนึ่ง ซึ่งเหมืองนั้นติดกับอีกเหมือง นับต่อกันไหม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ถ้าผู้เล่นวางถนน รั้ว หรือโทเคนที่สื่อการแบ่งแยกบนขอบที่ใช้ร่วมกัน ยังนับว่าติดกันไหม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ถ้าไทล์เหมืองถูกพลิกเป็นด้าน "หมดแล้ว" ยังนับเป็นเหมืองไหม</w:t>
      </w:r>
    </w:p>
    <w:p>
      <w:r>
        <w:rPr>
          <w:rFonts w:ascii="Tahoma" w:hAnsi="Tahoma" w:cs="Tahoma" w:eastAsia="Tahoma"/>
        </w:rPr>
        <w:t xml:space="preserve">รายละเอียดเหล่านั้นต้องอยู่ในกฎแน่นอน แต่ไดอะแกรมคือโอกาสตอกย้ำมัน และไดอะแกรมที่สมบูรณ์กว่ายัง </w:t>
      </w:r>
      <w:r>
        <w:rPr>
          <w:rFonts w:ascii="Tahoma" w:hAnsi="Tahoma" w:cs="Tahoma" w:eastAsia="Tahoma"/>
          <w:b/>
        </w:rPr>
        <w:t>ดูเหมือนเกมจริง</w:t>
      </w:r>
      <w:r>
        <w:rPr>
          <w:rFonts w:ascii="Tahoma" w:hAnsi="Tahoma" w:cs="Tahoma" w:eastAsia="Tahoma"/>
        </w:rPr>
        <w:t xml:space="preserve"> ไม่ใช่ตัวอย่างในห้องแล็บ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8.3 บอกให้ชัดว่าอะไรเป็นแค่สมมติ</w:t>
      </w:r>
    </w:p>
    <w:p>
      <w:r>
        <w:rPr>
          <w:rFonts w:ascii="Tahoma" w:hAnsi="Tahoma" w:cs="Tahoma" w:eastAsia="Tahoma"/>
        </w:rPr>
        <w:t>ผู้อ่านอนุมานกฎจากตัวอย่าง ถ้าทุกภาพในเล่มแสดงการ์ดห้าใบเรียงเหมือนกันตลอด จะมีผู้อ่านสรุปว่ามันต้องเป็นแบบนั้น แล้วเล่นในแบบที่จำกัดทางเลือกของตัวเอง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"ถ้าคุณเลือกตัวอย่างแบบสุ่มสี่สุ่มห้า คุณอาจใส่กฎที่ไม่ได้ตั้งใจเข้าไปโดยไม่รู้ตัว"</w:t>
      </w:r>
    </w:p>
    <w:p>
      <w:r>
        <w:rPr>
          <w:rFonts w:ascii="Tahoma" w:hAnsi="Tahoma" w:cs="Tahoma" w:eastAsia="Tahoma"/>
        </w:rPr>
        <w:t>ให้เปลี่ยนรายละเอียดที่ไม่สำคัญไปมาระหว่างตัวอย่าง หรือบอกตรงๆ ว่าอะไรเป็นแค่ภาพประกอบ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8.4 ตัวอย่างยาว กับ ตัวอย่างสั้น</w:t>
      </w:r>
    </w:p>
    <w:p>
      <w:r>
        <w:rPr>
          <w:rFonts w:ascii="Tahoma" w:hAnsi="Tahoma" w:cs="Tahoma" w:eastAsia="Tahoma"/>
        </w:rPr>
        <w:t>ทั้งคู่มีที่ทางและทำงานคนละอย่าง: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ตัวอย่างแยกส่วน</w:t>
      </w:r>
      <w:r>
        <w:rPr>
          <w:rFonts w:ascii="Tahoma" w:hAnsi="Tahoma" w:cs="Tahoma" w:eastAsia="Tahoma"/>
        </w:rPr>
        <w:t xml:space="preserve"> แก้กฎข้อเดียวตรงจุดที่คนงง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ตัวอย่างเดินยาว</w:t>
      </w:r>
      <w:r>
        <w:rPr>
          <w:rFonts w:ascii="Tahoma" w:hAnsi="Tahoma" w:cs="Tahoma" w:eastAsia="Tahoma"/>
        </w:rPr>
        <w:t xml:space="preserve"> — หนึ่งเทิร์นเต็มหรือสองเทิร์นติดกัน พร้อมภาพสถานะกระดานหลังทุกการกระทำ — แสดง </w:t>
      </w:r>
      <w:r>
        <w:rPr>
          <w:rFonts w:ascii="Tahoma" w:hAnsi="Tahoma" w:cs="Tahoma" w:eastAsia="Tahoma"/>
          <w:i/>
        </w:rPr>
        <w:t>ระบบ</w:t>
      </w:r>
      <w:r>
        <w:rPr>
          <w:rFonts w:ascii="Tahoma" w:hAnsi="Tahoma" w:cs="Tahoma" w:eastAsia="Tahoma"/>
        </w:rPr>
        <w:t xml:space="preserve"> ทำงาน ซึ่งตัวอย่างสั้นๆ กี่อันก็ทำไม่ได้ ได้คำชมซ้ำๆ ใน </w:t>
      </w:r>
      <w:r>
        <w:rPr>
          <w:rFonts w:ascii="Tahoma" w:hAnsi="Tahoma" w:cs="Tahoma" w:eastAsia="Tahoma"/>
          <w:i/>
        </w:rPr>
        <w:t>1960: The Making of the President</w:t>
      </w:r>
      <w:r>
        <w:rPr>
          <w:rFonts w:ascii="Tahoma" w:hAnsi="Tahoma" w:cs="Tahoma" w:eastAsia="Tahoma"/>
        </w:rPr>
        <w:t xml:space="preserve">, </w:t>
      </w:r>
      <w:r>
        <w:rPr>
          <w:rFonts w:ascii="Tahoma" w:hAnsi="Tahoma" w:cs="Tahoma" w:eastAsia="Tahoma"/>
          <w:i/>
        </w:rPr>
        <w:t>Combat Commander</w:t>
      </w:r>
      <w:r>
        <w:rPr>
          <w:rFonts w:ascii="Tahoma" w:hAnsi="Tahoma" w:cs="Tahoma" w:eastAsia="Tahoma"/>
        </w:rPr>
        <w:t xml:space="preserve"> และเกมของ Avalon Hill</w:t>
      </w:r>
    </w:p>
    <w:p>
      <w:r>
        <w:rPr>
          <w:rFonts w:ascii="Tahoma" w:hAnsi="Tahoma" w:cs="Tahoma" w:eastAsia="Tahoma"/>
        </w:rPr>
        <w:t xml:space="preserve">เหตุผลจากบรรณาธิการคนหนึ่งบน BGG: </w:t>
      </w:r>
      <w:r>
        <w:rPr>
          <w:rFonts w:ascii="Tahoma" w:hAnsi="Tahoma" w:cs="Tahoma" w:eastAsia="Tahoma"/>
          <w:i/>
        </w:rPr>
        <w:t>"นี่คือข้อดีของการมีตัวอย่างเดินยาวๆ ไม่กี่อันที่แสดงหลายส่วนของระบบทำงานร่วมกัน แทนที่จะมีตัวอย่างแยกส่วนเยอะๆ ที่แสดงทีละจุด"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8.5 ตัวอย่างควรแสดงแรงจูงใจไหม</w:t>
      </w:r>
    </w:p>
    <w:p>
      <w:r>
        <w:rPr>
          <w:rFonts w:ascii="Tahoma" w:hAnsi="Tahoma" w:cs="Tahoma" w:eastAsia="Tahoma"/>
        </w:rPr>
        <w:t>มีความเห็นต่างจริงตรงนี้ และทั้งสองฝ่ายมีเหตุผล</w:t>
      </w:r>
    </w:p>
    <w:p>
      <w:r>
        <w:rPr>
          <w:rFonts w:ascii="Tahoma" w:hAnsi="Tahoma" w:cs="Tahoma" w:eastAsia="Tahoma"/>
          <w:b/>
        </w:rPr>
        <w:t>ฝ่ายสนับสนุน:</w:t>
      </w:r>
      <w:r>
        <w:rPr>
          <w:rFonts w:ascii="Tahoma" w:hAnsi="Tahoma" w:cs="Tahoma" w:eastAsia="Tahoma"/>
        </w:rPr>
        <w:t xml:space="preserve"> </w:t>
      </w:r>
      <w:r>
        <w:rPr>
          <w:rFonts w:ascii="Tahoma" w:hAnsi="Tahoma" w:cs="Tahoma" w:eastAsia="Tahoma"/>
          <w:i/>
        </w:rPr>
        <w:t>"ผมชอบเวลาตัวอย่างบอกแรงจูงใจของผู้เล่นด้วย — 'อลิซอยากเลือกหยิบหินมากเพื่อสร้างวังให้เสร็จ แต่บ็อบเอาไปแล้ว เธอเลยเลือกเกณฑ์ทหารแทน' ตัวอย่างแบบนี้ทำให้รู้ว่าการเล่นเกมนี้จริงๆ เป็นยังไง"</w:t>
      </w:r>
    </w:p>
    <w:p>
      <w:r>
        <w:rPr>
          <w:rFonts w:ascii="Tahoma" w:hAnsi="Tahoma" w:cs="Tahoma" w:eastAsia="Tahoma"/>
          <w:b/>
        </w:rPr>
        <w:t>ฝ่ายค้าน:</w:t>
      </w:r>
      <w:r>
        <w:rPr>
          <w:rFonts w:ascii="Tahoma" w:hAnsi="Tahoma" w:cs="Tahoma" w:eastAsia="Tahoma"/>
        </w:rPr>
        <w:t xml:space="preserve"> จุดยืนของ J C Lawrence คือกฎควรบอกพีชคณิตของเกมแล้วหยุด </w:t>
      </w:r>
      <w:r>
        <w:rPr>
          <w:rFonts w:ascii="Tahoma" w:hAnsi="Tahoma" w:cs="Tahoma" w:eastAsia="Tahoma"/>
          <w:i/>
        </w:rPr>
        <w:t>"ห้ามแนะกลยุทธ์ ห้ามบอกว่าอะไรดีกว่าอะไร และห้ามมีตัวอย่างที่ชี้นำรูปแบบการเล่น"</w:t>
      </w:r>
    </w:p>
    <w:p>
      <w:r>
        <w:rPr>
          <w:rFonts w:ascii="Tahoma" w:hAnsi="Tahoma" w:cs="Tahoma" w:eastAsia="Tahoma"/>
          <w:b/>
        </w:rPr>
        <w:t>ทางออกที่ใช้ได้:</w:t>
      </w:r>
      <w:r>
        <w:rPr>
          <w:rFonts w:ascii="Tahoma" w:hAnsi="Tahoma" w:cs="Tahoma" w:eastAsia="Tahoma"/>
        </w:rPr>
        <w:t xml:space="preserve"> แรงจูงใจอยู่ในเอกสาร </w:t>
      </w:r>
      <w:r>
        <w:rPr>
          <w:rFonts w:ascii="Tahoma" w:hAnsi="Tahoma" w:cs="Tahoma" w:eastAsia="Tahoma"/>
          <w:b/>
        </w:rPr>
        <w:t>สอน</w:t>
      </w:r>
      <w:r>
        <w:rPr>
          <w:rFonts w:ascii="Tahoma" w:hAnsi="Tahoma" w:cs="Tahoma" w:eastAsia="Tahoma"/>
        </w:rPr>
        <w:t xml:space="preserve"> (playbook, learn to play, tutorial) ไม่ใช่เอกสาร </w:t>
      </w:r>
      <w:r>
        <w:rPr>
          <w:rFonts w:ascii="Tahoma" w:hAnsi="Tahoma" w:cs="Tahoma" w:eastAsia="Tahoma"/>
          <w:b/>
        </w:rPr>
        <w:t>อ้างอิง</w:t>
      </w:r>
      <w:r>
        <w:rPr>
          <w:rFonts w:ascii="Tahoma" w:hAnsi="Tahoma" w:cs="Tahoma" w:eastAsia="Tahoma"/>
        </w:rPr>
        <w:t xml:space="preserve"> ถ้ามีเล่มเดียว ให้ใช้ sidebar ที่แยกออกทางสายตา เพื่อให้ผู้อ่านซ้ำข้ามได้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8.6 ไดอะแกรมกายวิภาค</w:t>
      </w:r>
    </w:p>
    <w:p>
      <w:r>
        <w:rPr>
          <w:rFonts w:ascii="Tahoma" w:hAnsi="Tahoma" w:cs="Tahoma" w:eastAsia="Tahoma"/>
        </w:rPr>
        <w:t xml:space="preserve">ถ้าการ์ด ไทล์ หรือแผ่นผู้เล่นแบกข้อมูลหลายจุด ให้ติดป้ายทุกโซนครั้งเดียวในไดอะแกรมเฉพาะ — ราคา ประเภท ความแรง ผล — แล้วใช้ป้ายเหล่านั้นเป็นคำศัพท์ตลอดทั้งเล่ม Herc du Preez เรียกว่า </w:t>
      </w:r>
      <w:r>
        <w:rPr>
          <w:rFonts w:ascii="Tahoma" w:hAnsi="Tahoma" w:cs="Tahoma" w:eastAsia="Tahoma"/>
          <w:i/>
        </w:rPr>
        <w:t>Component Breakdown</w:t>
      </w:r>
      <w:r>
        <w:rPr>
          <w:rFonts w:ascii="Tahoma" w:hAnsi="Tahoma" w:cs="Tahoma" w:eastAsia="Tahoma"/>
        </w:rPr>
        <w:t xml:space="preserve"> และวางไว้ก่อนกฎ ส่วน Resonym เรียกว่า </w:t>
      </w:r>
      <w:r>
        <w:rPr>
          <w:rFonts w:ascii="Tahoma" w:hAnsi="Tahoma" w:cs="Tahoma" w:eastAsia="Tahoma"/>
          <w:i/>
        </w:rPr>
        <w:t>Anatomy</w:t>
      </w:r>
      <w:r>
        <w:rPr>
          <w:rFonts w:ascii="Tahoma" w:hAnsi="Tahoma" w:cs="Tahoma" w:eastAsia="Tahoma"/>
        </w:rPr>
        <w:t xml:space="preserve"> ทางไหนก็ตาม มันแปลงชิ้นส่วนให้กลายเป็นภาษาที่ใช้ร่วมกัน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8.7 แยกตัวอย่างออกจากกฎทางสายตา</w:t>
      </w:r>
    </w:p>
    <w:p>
      <w:r>
        <w:rPr>
          <w:rFonts w:ascii="Tahoma" w:hAnsi="Tahoma" w:cs="Tahoma" w:eastAsia="Tahoma"/>
        </w:rPr>
        <w:t xml:space="preserve">ใช้ตัวเอียง กล่องสีอ่อน หรือ sidebar เหตุผลสองข้อ: ผู้เรียนใหม่ต้องหามันเจอ และผู้อ่านซ้ำต้องข้ามมันได้ ธรรมเนียมของ Curby — </w:t>
      </w:r>
      <w:r>
        <w:rPr>
          <w:rFonts w:ascii="Tahoma" w:hAnsi="Tahoma" w:cs="Tahoma" w:eastAsia="Tahoma"/>
          <w:b/>
        </w:rPr>
        <w:t>ตัวหนา</w:t>
      </w:r>
      <w:r>
        <w:rPr>
          <w:rFonts w:ascii="Tahoma" w:hAnsi="Tahoma" w:cs="Tahoma" w:eastAsia="Tahoma"/>
        </w:rPr>
        <w:t xml:space="preserve"> สำหรับคำเฉพาะและหัวข้อ </w:t>
      </w:r>
      <w:r>
        <w:rPr>
          <w:rFonts w:ascii="Tahoma" w:hAnsi="Tahoma" w:cs="Tahoma" w:eastAsia="Tahoma"/>
          <w:i/>
        </w:rPr>
        <w:t>ตัวเอียง</w:t>
      </w:r>
      <w:r>
        <w:rPr>
          <w:rFonts w:ascii="Tahoma" w:hAnsi="Tahoma" w:cs="Tahoma" w:eastAsia="Tahoma"/>
        </w:rPr>
        <w:t xml:space="preserve"> สำหรับตัวอย่าง คำบรรยายภาพ และบรรยากาศ และไม่ใช้ตัวเอียงกับตัวกฎเอง — เป็นค่าตั้งต้นที่ดี</w:t>
      </w:r>
    </w:p>
    <w:p>
      <w:r>
        <w:rPr>
          <w:rFonts w:ascii="Tahoma" w:hAnsi="Tahoma" w:cs="Tahoma" w:eastAsia="Tahoma"/>
        </w:rPr>
        <w:t xml:space="preserve">และกฎเหล็กที่ตามมา: </w:t>
      </w:r>
      <w:r>
        <w:rPr>
          <w:rFonts w:ascii="Tahoma" w:hAnsi="Tahoma" w:cs="Tahoma" w:eastAsia="Tahoma"/>
          <w:b/>
        </w:rPr>
        <w:t>กฎที่ปรากฏเฉพาะในตัวอย่าง คือกฎที่ไม่มีอยู่จริง</w:t>
      </w:r>
      <w:r>
        <w:rPr>
          <w:rFonts w:ascii="Tahoma" w:hAnsi="Tahoma" w:cs="Tahoma" w:eastAsia="Tahoma"/>
        </w:rPr>
        <w:t xml:space="preserve"> Paul Grogan ระบุว่า </w:t>
      </w:r>
      <w:r>
        <w:rPr>
          <w:rFonts w:ascii="Tahoma" w:hAnsi="Tahoma" w:cs="Tahoma" w:eastAsia="Tahoma"/>
          <w:i/>
        </w:rPr>
        <w:t>"กฎที่ซ่อนอยู่แต่ในตัวอย่าง"</w:t>
      </w:r>
      <w:r>
        <w:rPr>
          <w:rFonts w:ascii="Tahoma" w:hAnsi="Tahoma" w:cs="Tahoma" w:eastAsia="Tahoma"/>
        </w:rPr>
        <w:t xml:space="preserve"> คือหนึ่งในธงแดงที่เขาไล่ล่าในต้นฉบับ</w:t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9. ระบบอ้างอิง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9.1 สารบัญกับดัชนีไม่ใช่เครื่องมือเดียวกัน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สารบัญ</w:t>
      </w:r>
      <w:r>
        <w:rPr>
          <w:rFonts w:ascii="Tahoma" w:hAnsi="Tahoma" w:cs="Tahoma" w:eastAsia="Tahoma"/>
        </w:rPr>
        <w:t xml:space="preserve"> ลิสต์หัวข้อตามลำดับ มันตอบว่า </w:t>
      </w:r>
      <w:r>
        <w:rPr>
          <w:rFonts w:ascii="Tahoma" w:hAnsi="Tahoma" w:cs="Tahoma" w:eastAsia="Tahoma"/>
          <w:i/>
        </w:rPr>
        <w:t>"เกมอธิบายเรื่องการรบไว้ที่ไหน"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ดัชนี</w:t>
      </w:r>
      <w:r>
        <w:rPr>
          <w:rFonts w:ascii="Tahoma" w:hAnsi="Tahoma" w:cs="Tahoma" w:eastAsia="Tahoma"/>
        </w:rPr>
        <w:t xml:space="preserve"> จับคู่คำสำคัญ — รวมถึงคำที่ไม่ใช่ชื่อหัวข้อ — เข้ากับเลขหน้า มันตอบว่า </w:t>
      </w:r>
      <w:r>
        <w:rPr>
          <w:rFonts w:ascii="Tahoma" w:hAnsi="Tahoma" w:cs="Tahoma" w:eastAsia="Tahoma"/>
          <w:i/>
        </w:rPr>
        <w:t>"ตรงไหนพูดถึงการเสมอบ้าง"</w:t>
      </w:r>
    </w:p>
    <w:p>
      <w:r>
        <w:rPr>
          <w:rFonts w:ascii="Tahoma" w:hAnsi="Tahoma" w:cs="Tahoma" w:eastAsia="Tahoma"/>
        </w:rPr>
        <w:t>เล่มสั้นต้องมีสารบัญ เล่มที่เกินราวสิบสองหน้าต้องมีทั้งคู่ จากการถกเรื่อง Sword &amp; Sorcery: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"สำหรับผม ดัชนีที่เน้นคำสำคัญ (ต่างจากสารบัญตามหัวข้อ) ยังมีประโยชน์แม้หลังจากเล่นแคมเปญไปสองรอบ เป็นครั้งคราวผมมองหาผลหรือกฎที่หายาก แล้วต้องเดาว่ามันน่าจะอยู่ในหัวข้อไหน แล้วกวาดสายตาหนึ่งถึงสองหน้าเพื่อดูว่าเดาถูกไหม บางทีก็พลาดย่อหน้าสั้นๆ ไป แล้วต้องหาใหม่"</w:t>
      </w:r>
    </w:p>
    <w:p>
      <w:r>
        <w:rPr>
          <w:rFonts w:ascii="Tahoma" w:hAnsi="Tahoma" w:cs="Tahoma" w:eastAsia="Tahoma"/>
        </w:rPr>
        <w:t>ทริกที่มีประโยชน์จากเธรดเดียวกัน: การวางดัชนีไว้บนหรือใกล้ปกหลัง แปลว่าผู้อ่านไม่ต้องเปิดไปหน้าแรกก่อนแล้วค่อยพลิกไปหน้าเป้าหมาย — พลิกครั้งเดียวแทนสองครั้ง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9.2 การไม่มีดัชนีคือเสียงบ่นระดับต้นๆ</w:t>
      </w:r>
    </w:p>
    <w:p>
      <w:r>
        <w:rPr>
          <w:rFonts w:ascii="Tahoma" w:hAnsi="Tahoma" w:cs="Tahoma" w:eastAsia="Tahoma"/>
        </w:rPr>
        <w:t>สองในสี่ rulebook ที่แย่ที่สุดของ Going Analog ถูกกล่าวหาเรื่องดัชนีเป็นหลัก ไม่ใช่เรื่องการเขียน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*Mice and Mystics</w:t>
      </w:r>
      <w:r>
        <w:rPr>
          <w:rFonts w:ascii="Tahoma" w:hAnsi="Tahoma" w:cs="Tahoma" w:eastAsia="Tahoma"/>
          <w:i/>
        </w:rPr>
        <w:t xml:space="preserve">: </w:t>
      </w:r>
      <w:r>
        <w:rPr>
          <w:rFonts w:ascii="Tahoma" w:hAnsi="Tahoma" w:cs="Tahoma" w:eastAsia="Tahoma"/>
        </w:rPr>
        <w:t>"ผมเห็นด้วย Mice &amp; Mystics มีคู่มือที่แย่มาก อย่างน้อยเขาน่าจะใส่ index มาให้หน่อย เพราะผมเสียเวลาเปิดหากฎเยอะมาก แต่มันก็ยังเป็นเกมโปรดอันดับสองของผมนะ"*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*Space Base</w:t>
      </w:r>
      <w:r>
        <w:rPr>
          <w:rFonts w:ascii="Tahoma" w:hAnsi="Tahoma" w:cs="Tahoma" w:eastAsia="Tahoma"/>
          <w:i/>
        </w:rPr>
        <w:t xml:space="preserve">: คู่มือไม่มีดัชนีนอกจากรายชื่อการ์ดทุกใบพร้อม </w:t>
      </w:r>
      <w:r>
        <w:rPr>
          <w:rFonts w:ascii="Tahoma" w:hAnsi="Tahoma" w:cs="Tahoma" w:eastAsia="Tahoma"/>
        </w:rPr>
        <w:t>"คลาสยานที่ไร้ความหมายโดยสิ้นเชิง"</w:t>
      </w:r>
      <w:r>
        <w:rPr>
          <w:rFonts w:ascii="Tahoma" w:hAnsi="Tahoma" w:cs="Tahoma" w:eastAsia="Tahoma"/>
          <w:i/>
        </w:rPr>
        <w:t xml:space="preserve"> และปฏิสัมพันธ์ระหว่างการ์ดก็ไม่ได้เรียงตามตัวอักษร </w:t>
      </w:r>
      <w:r>
        <w:rPr>
          <w:rFonts w:ascii="Tahoma" w:hAnsi="Tahoma" w:cs="Tahoma" w:eastAsia="Tahoma"/>
        </w:rPr>
        <w:t>"ทุกครั้งที่ใครสงสัยอะไรในเกม คุณต้องเจอการพลิกหน้าน่าเบื่อหลายนาที"*</w:t>
      </w:r>
    </w:p>
    <w:p>
      <w:r>
        <w:rPr>
          <w:rFonts w:ascii="Tahoma" w:hAnsi="Tahoma" w:cs="Tahoma" w:eastAsia="Tahoma"/>
        </w:rPr>
        <w:t>สังเกตว่าทั้งสองกรณีเป็นเกมที่คนชอบ ดัชนีไม่ใช่ของขัดเงา มันคือความต่างระหว่างเกมที่คนเล่น กับเกมที่คนไปเปิดหาใน BGG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9.3 ตำแหน่งอภิธานศัพท์: ข้อถกเถียงที่ยังไม่จบ</w:t>
      </w:r>
    </w:p>
    <w:p>
      <w:r>
        <w:rPr>
          <w:rFonts w:ascii="Tahoma" w:hAnsi="Tahoma" w:cs="Tahoma" w:eastAsia="Tahoma"/>
        </w:rPr>
        <w:t>มีความเห็นต่างที่มีเหตุผลจริงในงานวิจัย และการรู้ทั้งสองฝั่งทำให้คุณเลือกได้อย่างตั้งใจ</w:t>
      </w:r>
    </w:p>
    <w:p>
      <w:r>
        <w:rPr>
          <w:rFonts w:ascii="Tahoma" w:hAnsi="Tahoma" w:cs="Tahoma" w:eastAsia="Tahoma"/>
          <w:b/>
        </w:rPr>
        <w:t>อภิธานศัพท์ไว้หน้าเล่ม:</w:t>
      </w:r>
      <w:r>
        <w:rPr>
          <w:rFonts w:ascii="Tahoma" w:hAnsi="Tahoma" w:cs="Tahoma" w:eastAsia="Tahoma"/>
        </w:rPr>
        <w:t xml:space="preserve"> ถ้ากฎถูกเขียนด้วยคำที่อภิธานศัพท์นิยาม การวางไว้หน้าเล่มจะเลี่ยงการนิยามซ้ำและกันไม่ให้ผู้อ่านชนคำที่ยังไม่ถูกนิยาม</w:t>
      </w:r>
    </w:p>
    <w:p>
      <w:r>
        <w:rPr>
          <w:rFonts w:ascii="Tahoma" w:hAnsi="Tahoma" w:cs="Tahoma" w:eastAsia="Tahoma"/>
          <w:b/>
        </w:rPr>
        <w:t>อภิธานศัพท์ไว้ท้ายเล่ม:</w:t>
      </w:r>
      <w:r>
        <w:rPr>
          <w:rFonts w:ascii="Tahoma" w:hAnsi="Tahoma" w:cs="Tahoma" w:eastAsia="Tahoma"/>
        </w:rPr>
        <w:t xml:space="preserve"> </w:t>
      </w:r>
      <w:r>
        <w:rPr>
          <w:rFonts w:ascii="Tahoma" w:hAnsi="Tahoma" w:cs="Tahoma" w:eastAsia="Tahoma"/>
          <w:i/>
        </w:rPr>
        <w:t>"ผมไม่ชอบมีของเยอะๆ ก่อนถึงกฎจริง มันน่าหงุดหงิดที่ต้องลุยผ่านทั้งหมดนั้นกว่าจะถึงส่วนที่สอนเกม"</w:t>
      </w:r>
    </w:p>
    <w:p>
      <w:r>
        <w:rPr>
          <w:rFonts w:ascii="Tahoma" w:hAnsi="Tahoma" w:cs="Tahoma" w:eastAsia="Tahoma"/>
        </w:rPr>
        <w:t xml:space="preserve">โต้กลับอีกที: </w:t>
      </w:r>
      <w:r>
        <w:rPr>
          <w:rFonts w:ascii="Tahoma" w:hAnsi="Tahoma" w:cs="Tahoma" w:eastAsia="Tahoma"/>
          <w:i/>
        </w:rPr>
        <w:t>"การต้องพลิกหน้าไปมา สำหรับผมคือเครื่องหมายของ rulebook บอร์ดเกมที่เขียนไม่ดี"</w:t>
      </w:r>
    </w:p>
    <w:p>
      <w:r>
        <w:rPr>
          <w:rFonts w:ascii="Tahoma" w:hAnsi="Tahoma" w:cs="Tahoma" w:eastAsia="Tahoma"/>
          <w:b/>
        </w:rPr>
        <w:t>ทางออกเชิงปฏิบัติที่หนังสือดีๆ ใช้:</w:t>
      </w:r>
    </w:p>
    <w:p>
      <w:pPr>
        <w:pStyle w:val="ListNumber"/>
        <w:spacing w:after="60"/>
      </w:pPr>
      <w:r>
        <w:rPr>
          <w:rFonts w:ascii="Tahoma" w:hAnsi="Tahoma" w:cs="Tahoma" w:eastAsia="Tahoma"/>
        </w:rPr>
        <w:t>นิยามแต่ละคำตั้งแต่ครั้งแรกที่ใช้ในเนื้อหา (ผู้อ่านแบบเส้นตรงจะได้ไม่สะดุด)</w:t>
      </w:r>
    </w:p>
    <w:p>
      <w:pPr>
        <w:pStyle w:val="ListNumber"/>
        <w:spacing w:after="60"/>
      </w:pPr>
      <w:r>
        <w:rPr>
          <w:rFonts w:ascii="Tahoma" w:hAnsi="Tahoma" w:cs="Tahoma" w:eastAsia="Tahoma"/>
        </w:rPr>
        <w:t xml:space="preserve">วางอภิธานศัพท์ไว้ที่ </w:t>
      </w:r>
      <w:r>
        <w:rPr>
          <w:rFonts w:ascii="Tahoma" w:hAnsi="Tahoma" w:cs="Tahoma" w:eastAsia="Tahoma"/>
          <w:b/>
        </w:rPr>
        <w:t>ปกหลังด้านใน</w:t>
      </w:r>
      <w:r>
        <w:rPr>
          <w:rFonts w:ascii="Tahoma" w:hAnsi="Tahoma" w:cs="Tahoma" w:eastAsia="Tahoma"/>
        </w:rPr>
        <w:t xml:space="preserve"> (การเปิดหาจึงเป็นการพลิกครั้งเดียว ไม่ใช่การไล่หา)</w:t>
      </w:r>
    </w:p>
    <w:p>
      <w:pPr>
        <w:pStyle w:val="ListNumber"/>
        <w:spacing w:after="60"/>
      </w:pPr>
      <w:r>
        <w:rPr>
          <w:rFonts w:ascii="Tahoma" w:hAnsi="Tahoma" w:cs="Tahoma" w:eastAsia="Tahoma"/>
        </w:rPr>
        <w:t xml:space="preserve">สงวน </w:t>
      </w:r>
      <w:r>
        <w:rPr>
          <w:rFonts w:ascii="Tahoma" w:hAnsi="Tahoma" w:cs="Tahoma" w:eastAsia="Tahoma"/>
          <w:b/>
        </w:rPr>
        <w:t>ปกหลังด้านนอก</w:t>
      </w:r>
      <w:r>
        <w:rPr>
          <w:rFonts w:ascii="Tahoma" w:hAnsi="Tahoma" w:cs="Tahoma" w:eastAsia="Tahoma"/>
        </w:rPr>
        <w:t xml:space="preserve"> ไว้ให้คีย์ไอคอนและลำดับเทิร์น — สิ่งที่ต้องใช้ </w:t>
      </w:r>
      <w:r>
        <w:rPr>
          <w:rFonts w:ascii="Tahoma" w:hAnsi="Tahoma" w:cs="Tahoma" w:eastAsia="Tahoma"/>
          <w:i/>
        </w:rPr>
        <w:t>ระหว่างเล่น</w:t>
      </w:r>
      <w:r>
        <w:rPr>
          <w:rFonts w:ascii="Tahoma" w:hAnsi="Tahoma" w:cs="Tahoma" w:eastAsia="Tahoma"/>
        </w:rPr>
        <w:t xml:space="preserve"> ไม่ใช่ระหว่างเรียน</w:t>
      </w:r>
    </w:p>
    <w:p>
      <w:pPr>
        <w:pStyle w:val="ListNumber"/>
        <w:spacing w:after="60"/>
      </w:pPr>
      <w:r>
        <w:rPr>
          <w:rFonts w:ascii="Tahoma" w:hAnsi="Tahoma" w:cs="Tahoma" w:eastAsia="Tahoma"/>
        </w:rPr>
        <w:t>ทำดัชนีให้ครบ เพื่อไม่ให้ทั้งสองอย่างเป็นทางเข้าเดียว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9.4 ภาคผนวกการ์ดดีกว่า FAQ</w:t>
      </w:r>
    </w:p>
    <w:p>
      <w:r>
        <w:rPr>
          <w:rFonts w:ascii="Tahoma" w:hAnsi="Tahoma" w:cs="Tahoma" w:eastAsia="Tahoma"/>
        </w:rPr>
        <w:t xml:space="preserve">ภาคผนวกอธิบายการ์ดเรียงตามตัวอักษรได้คำชมซ้ำๆ: Dominion (รวมคอมโบข้ามภาคเสริม), Ark Nova และตัวอย่างมาตรฐานคือ Puerto Rico ที่วางคำอธิบายของอาคารแต่ละหลังไว้ใต้คำบรรยายโดยตรง I Slay the Dragon: </w:t>
      </w:r>
      <w:r>
        <w:rPr>
          <w:rFonts w:ascii="Tahoma" w:hAnsi="Tahoma" w:cs="Tahoma" w:eastAsia="Tahoma"/>
          <w:i/>
        </w:rPr>
        <w:t>"อาคารทุกหลังมีคำอธิบายที่เป็นประโยชน์อยู่ใต้คำบรรยายของมัน จนแทบไม่ต้องมี FAQ ออนไลน์"</w:t>
      </w:r>
    </w:p>
    <w:p>
      <w:r>
        <w:rPr>
          <w:rFonts w:ascii="Tahoma" w:hAnsi="Tahoma" w:cs="Tahoma" w:eastAsia="Tahoma"/>
        </w:rPr>
        <w:t>และข้อสืบเนื่องจาก Russ: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"ถ้ากฎข้อหนึ่งทำให้ผู้อ่านหรือผู้ทดสอบจำนวนมากงง ให้เขียนกฎนั้นใหม่ให้ชัดขึ้น อย่าเติม FAQ แยกไว้ท้ายกฎ"</w:t>
      </w:r>
    </w:p>
    <w:p>
      <w:r>
        <w:rPr>
          <w:rFonts w:ascii="Tahoma" w:hAnsi="Tahoma" w:cs="Tahoma" w:eastAsia="Tahoma"/>
        </w:rPr>
        <w:t xml:space="preserve">รายการ FAQ คือแผ่นปะทับข้อบกพร่องในตัวข้อความกฎ Entro Games ไปไกลกว่านั้น: </w:t>
      </w:r>
      <w:r>
        <w:rPr>
          <w:rFonts w:ascii="Tahoma" w:hAnsi="Tahoma" w:cs="Tahoma" w:eastAsia="Tahoma"/>
          <w:i/>
        </w:rPr>
        <w:t>"ลองคิดว่าทำไมคำถามพวกนั้นถึงถูกถามบ่อย มันมักมาจากคนที่หากฎแล้วไม่เจอในที่ที่คาดว่าจะเจอ ผมอยากจัดการเคสขอบไว้ในหัวข้อที่มันน่าจะโผล่มามากที่สุด"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9.5 ส่วน "กฎที่คนมักลืม"</w:t>
      </w:r>
    </w:p>
    <w:p>
      <w:r>
        <w:rPr>
          <w:rFonts w:ascii="Tahoma" w:hAnsi="Tahoma" w:cs="Tahoma" w:eastAsia="Tahoma"/>
        </w:rPr>
        <w:t xml:space="preserve">ฟีเจอร์ที่ให้ค่าต่อคำสูงที่สุดที่คุณมี Attika ปิดท้ายด้วย </w:t>
      </w:r>
      <w:r>
        <w:rPr>
          <w:rFonts w:ascii="Tahoma" w:hAnsi="Tahoma" w:cs="Tahoma" w:eastAsia="Tahoma"/>
          <w:i/>
        </w:rPr>
        <w:t>"รายการสิ่งที่คนมักลืมในเกมแรก"</w:t>
      </w:r>
      <w:r>
        <w:rPr>
          <w:rFonts w:ascii="Tahoma" w:hAnsi="Tahoma" w:cs="Tahoma" w:eastAsia="Tahoma"/>
        </w:rPr>
        <w:t xml:space="preserve"> ส่วน Brass มีหัวข้อสั้นๆ สำหรับกฎที่มักถูกเข้าใจผิด มันกินพื้นที่แค่หนึ่งในสี่หน้าและป้องกันความผิดพลาดได้ทั้งกลุ่ม — และคุณไม่ต้องคิดเองเลย เพราะ blind playtest บอกคุณแล้วว่าอะไรควรอยู่ในรายการนั้น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9.6 หลังปก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"ใช้หลังปกเป็น player aid สิ rulebook จำนวนมากทิ้งพื้นที่มีค่านี้ไปเฉยๆ"</w:t>
      </w:r>
    </w:p>
    <w:p>
      <w:r>
        <w:rPr>
          <w:rFonts w:ascii="Tahoma" w:hAnsi="Tahoma" w:cs="Tahoma" w:eastAsia="Tahoma"/>
        </w:rPr>
        <w:t>ผู้สมัครเรียงตามลำดับความสำคัญคร่าวๆ: ลำดับเทิร์น/รอบ, คีย์ไอคอนและสัญลักษณ์, จำนวนการตั้งเกมตามจำนวนผู้เล่น, สรุปการนับคะแนน, ดัชนี</w:t>
      </w:r>
    </w:p>
    <w:p>
      <w:r>
        <w:rPr>
          <w:rFonts w:ascii="Tahoma" w:hAnsi="Tahoma" w:cs="Tahoma" w:eastAsia="Tahoma"/>
        </w:rPr>
        <w:t xml:space="preserve">เหตุผลที่จำนวนการตั้งเกมปรากฏในรายการนี้บ่อย เพราะมันคือข้อเท็จจริงที่ถูกเปิดหาซ้ำมากที่สุดในเกมส่วนใหญ่ อย่างที่ผู้ใช้คนหนึ่งพูดไว้: </w:t>
      </w:r>
      <w:r>
        <w:rPr>
          <w:rFonts w:ascii="Tahoma" w:hAnsi="Tahoma" w:cs="Tahoma" w:eastAsia="Tahoma"/>
          <w:i/>
        </w:rPr>
        <w:t>"มันคือรายละเอียดที่ผมต้องเปิดหาทุกครั้ง แม้จะจำกฎอื่นทั้งหมดได้แล้ว"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9.7 ดัชนีแบบภาพ</w:t>
      </w:r>
    </w:p>
    <w:p>
      <w:r>
        <w:rPr>
          <w:rFonts w:ascii="Tahoma" w:hAnsi="Tahoma" w:cs="Tahoma" w:eastAsia="Tahoma"/>
        </w:rPr>
        <w:t xml:space="preserve">ดัชนีนำด้วยภาพของ Gloomhaven ถูกยกเป็นที่หนึ่งซ้ำๆ: </w:t>
      </w:r>
      <w:r>
        <w:rPr>
          <w:rFonts w:ascii="Tahoma" w:hAnsi="Tahoma" w:cs="Tahoma" w:eastAsia="Tahoma"/>
          <w:i/>
        </w:rPr>
        <w:t>"ในความเห็นผม index แบบกราฟิกที่ Gloomhaven ใช้ไม่มีใครเทียบได้ โดยเฉพาะเวลาเกี่ยวกับแนวสายตา สภาวะ หรือผลอย่างพิษกับไฟ เราจะเปิดหนังสือ และเวลาเดียวที่เรามีความสุขตอนต้องเปิดหาอะไรสักอย่าง คือตอนเล่น Gloomhaven"</w:t>
      </w:r>
    </w:p>
    <w:p>
      <w:r>
        <w:rPr>
          <w:rFonts w:ascii="Tahoma" w:hAnsi="Tahoma" w:cs="Tahoma" w:eastAsia="Tahoma"/>
        </w:rPr>
        <w:t xml:space="preserve">หลักการที่ย้ายมาใช้ได้: สำหรับอะไรก็ตามที่เป็นภาพ — การอยู่ติดกัน แนวสายตา เงื่อนไขเชิงพื้นที่ — ให้วางภาพไว้ </w:t>
      </w:r>
      <w:r>
        <w:rPr>
          <w:rFonts w:ascii="Tahoma" w:hAnsi="Tahoma" w:cs="Tahoma" w:eastAsia="Tahoma"/>
          <w:b/>
        </w:rPr>
        <w:t>ข้างๆ</w:t>
      </w:r>
      <w:r>
        <w:rPr>
          <w:rFonts w:ascii="Tahoma" w:hAnsi="Tahoma" w:cs="Tahoma" w:eastAsia="Tahoma"/>
        </w:rPr>
        <w:t xml:space="preserve"> คำนิยาม ไม่ใช่คนละหน้า</w:t>
      </w:r>
    </w:p>
    <w:p>
      <w:r>
        <w:rPr>
          <w:rFonts w:ascii="Tahoma" w:hAnsi="Tahoma" w:cs="Tahoma" w:eastAsia="Tahoma"/>
        </w:rPr>
        <w:br w:type="page"/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ภาค 4 — การออกแบบและการผลิต</w:t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10. เลย์เอาต์ ตัวอักษร และงานพิมพ์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10.1 ตัวเลขที่เอาไปใช้ได้ทันที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การตัดสินใจ</w:t>
            </w:r>
          </w:p>
        </w:tc>
        <w:tc>
          <w:tcPr>
            <w:tcW w:type="dxa" w:w="468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ค่าที่แนะนำ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ขนาดตัวอักษรเนื้อหา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10 pt ขั้นต่ำสุด</w:t>
            </w:r>
            <w:r>
              <w:rPr>
                <w:rFonts w:ascii="Tahoma" w:hAnsi="Tahoma" w:cs="Tahoma" w:eastAsia="Tahoma"/>
                <w:sz w:val="18"/>
              </w:rPr>
              <w:t xml:space="preserve"> (มาตรฐานที่ Stonemaier ระบุ) 11–12 pt ดีกว่า และใหญ่กว่านั้นสำหรับบางฟอนต์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เป้าหมายด้านการเข้าถึง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12 pt ขั้นต่ำแบบ "clear print" และ 16 pt ขึ้นไปสำหรับฉบับตัวใหญ่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ระยะห่างบรรทัด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อย่างน้อย 1.5 เท่าของขนาดตัวอักษร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ความต่างสีของข้อความ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อย่างน้อย 4.5:1 สำหรับเนื้อหา และ 3:1 สำหรับตัวใหญ่หรือตัวหนา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ขนาดเล่ม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180 × 240 มม. คือขนาดที่ Stonemaier ชอบที่สุด ใหญ่พอใส่ภาพ เล็กพอวางเปิดบนโต๊ะได้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จำนวนหน้า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ต้องหารด้วย 4 ลงตัว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เผื่อหน้าตอน self-publish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เผื่อไว้อีก 2–4 หน้าจากที่คิดว่าพอ</w:t>
            </w:r>
          </w:p>
        </w:tc>
      </w:tr>
    </w:tbl>
    <w:p/>
    <w:p>
      <w:r>
        <w:rPr>
          <w:rFonts w:ascii="Tahoma" w:hAnsi="Tahoma" w:cs="Tahoma" w:eastAsia="Tahoma"/>
        </w:rPr>
        <w:t xml:space="preserve">เรื่องการเผื่อหน้า เหตุผลของ Resonym ควรค่าแก่การยกมา: </w:t>
      </w:r>
      <w:r>
        <w:rPr>
          <w:rFonts w:ascii="Tahoma" w:hAnsi="Tahoma" w:cs="Tahoma" w:eastAsia="Tahoma"/>
          <w:i/>
        </w:rPr>
        <w:t>"มีวิธีเติมพื้นที่ที่มีประโยชน์เสมอ แม้จะแค่ให้ตัวละครโผล่มาย้ำเรื่องราว แต่มันยากมากที่จะเพิ่มพื้นที่หลังจากจัดหน้าเสร็จแล้ว"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10.2 หน้าตาที่ผู้อ่านขอจริงๆ</w:t>
      </w:r>
    </w:p>
    <w:p>
      <w:r>
        <w:rPr>
          <w:rFonts w:ascii="Tahoma" w:hAnsi="Tahoma" w:cs="Tahoma" w:eastAsia="Tahoma"/>
        </w:rPr>
        <w:t>เมื่อถูกถามว่าอะไรทำให้ rulebook ดี ผู้ใช้ BGG คนหนึ่งตอบด้วยหกบรรทัดที่สรุปงานวิจัยทั้งหมดได้: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Sans serif · เลย์เอาต์เรียบ · ลำดับสมเหตุสมผล · ศัพท์เฉพาะน้อย · กระชับ · ไวยากรณ์ถูก</w:t>
      </w:r>
    </w:p>
    <w:p>
      <w:r>
        <w:rPr>
          <w:rFonts w:ascii="Tahoma" w:hAnsi="Tahoma" w:cs="Tahoma" w:eastAsia="Tahoma"/>
        </w:rPr>
        <w:t>รอบๆ นั้นคือรายละเอียดที่ปรากฏซ้ำ: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ห้ามพิมพ์กฎบนภาพ พื้นผิว หรือพื้นสีเข้ม</w:t>
      </w:r>
      <w:r>
        <w:rPr>
          <w:rFonts w:ascii="Tahoma" w:hAnsi="Tahoma" w:cs="Tahoma" w:eastAsia="Tahoma"/>
        </w:rPr>
        <w:t xml:space="preserve"> เสียงบ่นนี้ปรากฏในเธรดตั้งแต่ปี 2007 ถึง 2026 ผู้ใช้คนหนึ่งเล่าว่าต้องเอียง rulebook รับแสงถึงจะอ่านได้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อย่าใช้ฟอนต์ประดับกับเนื้อหา</w:t>
      </w:r>
      <w:r>
        <w:rPr>
          <w:rFonts w:ascii="Tahoma" w:hAnsi="Tahoma" w:cs="Tahoma" w:eastAsia="Tahoma"/>
        </w:rPr>
        <w:t xml:space="preserve"> Killer Bunnies คือตัวอย่างประจำ: </w:t>
      </w:r>
      <w:r>
        <w:rPr>
          <w:rFonts w:ascii="Tahoma" w:hAnsi="Tahoma" w:cs="Tahoma" w:eastAsia="Tahoma"/>
          <w:i/>
        </w:rPr>
        <w:t>"นักออกแบบเลือกฟอนต์เส้นบาง พิมพ์ขนาดเล็ก ตัวอักษรชิดกันเกินไป แล้วยังตัดขอบด้วยสีเข้มที่ทำให้อ่านยาก ความอ่านง่ายสำคัญกว่าตัวอักษรน่ารัก"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ห้ามขีดเส้นใต้ข้อความกฎ</w:t>
      </w:r>
      <w:r>
        <w:rPr>
          <w:rFonts w:ascii="Tahoma" w:hAnsi="Tahoma" w:cs="Tahoma" w:eastAsia="Tahoma"/>
        </w:rPr>
        <w:t xml:space="preserve"> เส้นใต้ชนกับหางตัวอักษรและลดความอ่านง่าย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เลี่ยงย่อหน้ายาวที่เป็นตัวพิมพ์ใหญ่ทั้งหมด</w:t>
      </w:r>
      <w:r>
        <w:rPr>
          <w:rFonts w:ascii="Tahoma" w:hAnsi="Tahoma" w:cs="Tahoma" w:eastAsia="Tahoma"/>
        </w:rPr>
        <w:t xml:space="preserve"> มันอ่านยากกว่าอย่างวัดได้ ถ้าฟอนต์รองรับ small caps จริง ให้ใช้แทนการย่อขนาดตัวพิมพ์ใหญ่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ใช้พื้นที่ว่างอย่างใจกว้าง</w:t>
      </w:r>
      <w:r>
        <w:rPr>
          <w:rFonts w:ascii="Tahoma" w:hAnsi="Tahoma" w:cs="Tahoma" w:eastAsia="Tahoma"/>
        </w:rPr>
        <w:t xml:space="preserve"> มันไม่ใช่ที่เสียเปล่า มันคือสิ่งที่ทำให้หน้าหนาแน่นดูเข้าถึงได้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10.3 การเน้นคือลำดับชั้น ไม่ใช่การตกแต่ง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"ไม่เพียงแต่ข้อความธรรมดาจะอ่านง่ายที่สุด แต่การใช้การเน้นมากเกินไปยังสร้างเสียงแข่งกันจนลดความสามารถในการดึงความสนใจของคุณเอง"</w:t>
      </w:r>
    </w:p>
    <w:p>
      <w:r>
        <w:rPr>
          <w:rFonts w:ascii="Tahoma" w:hAnsi="Tahoma" w:cs="Tahoma" w:eastAsia="Tahoma"/>
        </w:rPr>
        <w:t>ธรรมเนียมที่ใช้ได้: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ตัวหนา</w:t>
      </w:r>
      <w:r>
        <w:rPr>
          <w:rFonts w:ascii="Tahoma" w:hAnsi="Tahoma" w:cs="Tahoma" w:eastAsia="Tahoma"/>
        </w:rPr>
        <w:t xml:space="preserve"> — คำเฉพาะตรงจุดที่นิยาม หัวข้อ และคำสั่งที่สำคัญจริงๆ ไม่กี่จุด</w:t>
      </w:r>
    </w:p>
    <w:p>
      <w:pPr>
        <w:pStyle w:val="ListBullet"/>
        <w:spacing w:after="60"/>
      </w:pPr>
      <w:r>
        <w:rPr>
          <w:rFonts w:ascii="Tahoma" w:hAnsi="Tahoma" w:cs="Tahoma" w:eastAsia="Tahoma"/>
          <w:i/>
        </w:rPr>
        <w:t>ตัวเอียง</w:t>
      </w:r>
      <w:r>
        <w:rPr>
          <w:rFonts w:ascii="Tahoma" w:hAnsi="Tahoma" w:cs="Tahoma" w:eastAsia="Tahoma"/>
        </w:rPr>
        <w:t xml:space="preserve"> — ตัวอย่าง คำบรรยายภาพ ข้อความบรรยากาศ การอ้างอิงสั้นๆ ในบรรทัด ไม่ใช้กับกฎ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ตัวพิมพ์ใหญ่ทั้งหมด — เก็บไว้ให้กฎไม่กี่ข้อที่ playtest พิสูจน์แล้วว่าคนพลาด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ขีดเส้นใต้ — ไม่ใช้เลย</w:t>
      </w:r>
    </w:p>
    <w:p>
      <w:r>
        <w:rPr>
          <w:rFonts w:ascii="Tahoma" w:hAnsi="Tahoma" w:cs="Tahoma" w:eastAsia="Tahoma"/>
        </w:rPr>
        <w:t xml:space="preserve">รายงานตัวเองอย่างซื่อสัตย์ของนักออกแบบคนหนึ่งในคอมเมนต์ Stonemaier แสดงว่าทำไมความยับยั้งชั่งใจถึงสำคัญ: </w:t>
      </w:r>
      <w:r>
        <w:rPr>
          <w:rFonts w:ascii="Tahoma" w:hAnsi="Tahoma" w:cs="Tahoma" w:eastAsia="Tahoma"/>
          <w:i/>
        </w:rPr>
        <w:t>"ตอนแรกผมใส่ไอคอนทุกที่ ซึ่งทำให้มีระบบไอคอนใหญ่มาก คำหนาสุ่มๆ ดูสะดุดตามาก แล้วเวลาอ่านคุณจะเผลอเน้นเสียงในหัว ซึ่งไม่ใช่สิ่งที่ผมต้องการเลยในฉบับสมบูรณ์"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10.4 สรุปข้างขอบ: คำตอบลูกผสมที่ดีที่สุดของปัญหาสอน-vs-อ้างอิง</w:t>
      </w:r>
    </w:p>
    <w:p>
      <w:r>
        <w:rPr>
          <w:rFonts w:ascii="Tahoma" w:hAnsi="Tahoma" w:cs="Tahoma" w:eastAsia="Tahoma"/>
        </w:rPr>
        <w:t xml:space="preserve">ซีรีส์ Alea (Puerto Rico, San Juan, Castles of Burgundy) ใส่คำอธิบายเต็มในคอลัมน์หลักและ </w:t>
      </w:r>
      <w:r>
        <w:rPr>
          <w:rFonts w:ascii="Tahoma" w:hAnsi="Tahoma" w:cs="Tahoma" w:eastAsia="Tahoma"/>
          <w:b/>
        </w:rPr>
        <w:t>สรุปหนึ่งบรรทัดที่ขอบหน้า</w:t>
      </w:r>
      <w:r>
        <w:rPr>
          <w:rFonts w:ascii="Tahoma" w:hAnsi="Tahoma" w:cs="Tahoma" w:eastAsia="Tahoma"/>
        </w:rPr>
        <w:t>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"ผมชอบ Castles of Burgundy ตรงที่มีคำสั่งตั้งเกมที่ตามง่าย มีกฎแบบยาว แล้วที่ขอบหน้ามีกฎแบบสั้น อันหลังใช้เป็นเอกสารอ้างอิงที่ดีมากสำหรับการเล่นครั้งต่อๆ ไป"</w:t>
      </w:r>
      <w:r>
        <w:rPr>
          <w:rFonts w:ascii="Tahoma" w:hAnsi="Tahoma" w:cs="Tahoma" w:eastAsia="Tahoma"/>
          <w:i/>
          <w:color w:val="2F2F2F"/>
          <w:sz w:val="20"/>
        </w:rPr>
        <w:t xml:space="preserve"> — </w:t>
      </w:r>
      <w:r>
        <w:rPr>
          <w:rFonts w:ascii="Tahoma" w:hAnsi="Tahoma" w:cs="Tahoma" w:eastAsia="Tahoma"/>
          <w:i/>
          <w:color w:val="2F2F2F"/>
          <w:sz w:val="20"/>
        </w:rPr>
        <w:t>"เห็นด้วยครับ ซีรีส์ Alea ใช้สไตล์นี้หมด ทำให้เรียนง่ายมาก"</w:t>
      </w:r>
    </w:p>
    <w:p>
      <w:r>
        <w:rPr>
          <w:rFonts w:ascii="Tahoma" w:hAnsi="Tahoma" w:cs="Tahoma" w:eastAsia="Tahoma"/>
        </w:rPr>
        <w:t xml:space="preserve">นี่คือทางออกที่งดงามที่สุดในงานวิจัยทั้งหมดสำหรับความตึงเครียดในบทที่ 5: </w:t>
      </w:r>
      <w:r>
        <w:rPr>
          <w:rFonts w:ascii="Tahoma" w:hAnsi="Tahoma" w:cs="Tahoma" w:eastAsia="Tahoma"/>
          <w:b/>
        </w:rPr>
        <w:t>หน้าเดียวกันสอนผู้อ่านครั้งแรกและรับใช้ผู้อ่านที่กลับมา</w:t>
      </w:r>
      <w:r>
        <w:rPr>
          <w:rFonts w:ascii="Tahoma" w:hAnsi="Tahoma" w:cs="Tahoma" w:eastAsia="Tahoma"/>
        </w:rPr>
        <w:t xml:space="preserve"> ส่วน side-strip ของ Rio Grande และสรุปแทรกของ San Juan คือรูปแบบอื่นของไอเดียเดียวกัน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10.5 หน้าคู่และการขึ้นหน้าใหม่</w:t>
      </w:r>
    </w:p>
    <w:p>
      <w:r>
        <w:rPr>
          <w:rFonts w:ascii="Tahoma" w:hAnsi="Tahoma" w:cs="Tahoma" w:eastAsia="Tahoma"/>
        </w:rPr>
        <w:t>หนังสือถูกอ่านเป็นหน้าคู่ ไม่ใช่หน้าเดี่ยว ออกแบบตามนั้น: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ถ้ารายการอุปกรณ์กับการตั้งเกมใส่หน้าเดียวไม่พอ ให้ทำเป็น </w:t>
      </w:r>
      <w:r>
        <w:rPr>
          <w:rFonts w:ascii="Tahoma" w:hAnsi="Tahoma" w:cs="Tahoma" w:eastAsia="Tahoma"/>
          <w:b/>
        </w:rPr>
        <w:t>หน้าคู่</w:t>
      </w:r>
      <w:r>
        <w:rPr>
          <w:rFonts w:ascii="Tahoma" w:hAnsi="Tahoma" w:cs="Tahoma" w:eastAsia="Tahoma"/>
        </w:rPr>
        <w:t xml:space="preserve"> ผู้อ่านจะได้ไม่ต้องพลิกกลับกลางการตั้งเกมเพื่อดูว่า Guest Card คืออะไร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หัวข้อสั้นไม่ควรขาดข้ามขอบหน้า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หัวข้อสองหน้าควรอยู่บนหน้าคู่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เก็บกฎกับตัวอย่าง/ไดอะแกรมของมันไว้บนหน้าคู่เดียวกัน การพลิกหน้าระหว่างกฎกับภาพประกอบทำลายจุดประสงค์ของภาพประกอบ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10.6 เครื่องมือและลำดับการทำงาน</w:t>
      </w:r>
    </w:p>
    <w:p>
      <w:r>
        <w:rPr>
          <w:rFonts w:ascii="Tahoma" w:hAnsi="Tahoma" w:cs="Tahoma" w:eastAsia="Tahoma"/>
        </w:rPr>
        <w:t>ลำดับที่เป็นฉันทามติ: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ร่างใน word processor</w:t>
      </w:r>
      <w:r>
        <w:rPr>
          <w:rFonts w:ascii="Tahoma" w:hAnsi="Tahoma" w:cs="Tahoma" w:eastAsia="Tahoma"/>
        </w:rPr>
        <w:t xml:space="preserve"> — Word หรือ Google Docs โดย Google Docs เพราะแชร์ให้ผู้อ่านทดสอบได้ง่าย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แก้ข้อความก่อนจัดหน้า</w:t>
      </w:r>
      <w:r>
        <w:rPr>
          <w:rFonts w:ascii="Tahoma" w:hAnsi="Tahoma" w:cs="Tahoma" w:eastAsia="Tahoma"/>
        </w:rPr>
        <w:t xml:space="preserve"> เหตุผลอาชีพของ Michael Lee: </w:t>
      </w:r>
      <w:r>
        <w:rPr>
          <w:rFonts w:ascii="Tahoma" w:hAnsi="Tahoma" w:cs="Tahoma" w:eastAsia="Tahoma"/>
          <w:i/>
        </w:rPr>
        <w:t>"วิธีนี้ทำให้ผมสลับและเขียนหัวข้อทั้งหัวข้อใหม่ได้ โดยไม่ต้องแก้งานกราฟิกที่แพง"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จัดหน้าใน InDesign</w:t>
      </w:r>
      <w:r>
        <w:rPr>
          <w:rFonts w:ascii="Tahoma" w:hAnsi="Tahoma" w:cs="Tahoma" w:eastAsia="Tahoma"/>
        </w:rPr>
        <w:t xml:space="preserve"> (หรือ Affinity Publisher) เมื่อข้อความนิ่งแล้ว InDesign เชื่อมไฟล์ Photoshop และ Illustrator แบบสด การอัปเดตไอคอนจึงอัปเดตทั้งเล่ม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พิสูจน์อักษรหลังจัดหน้า</w:t>
      </w:r>
      <w:r>
        <w:rPr>
          <w:rFonts w:ascii="Tahoma" w:hAnsi="Tahoma" w:cs="Tahoma" w:eastAsia="Tahoma"/>
        </w:rPr>
        <w:t xml:space="preserve"> เพราะการจัดหน้าสร้างข้อผิดพลาดของตัวเอง — ข้อความไหลใหม่ บรรทัดโดดเดี่ยว การอ้างอิงข้ามพัง เลขหน้าผิด</w:t>
      </w:r>
    </w:p>
    <w:p>
      <w:r>
        <w:rPr>
          <w:rFonts w:ascii="Tahoma" w:hAnsi="Tahoma" w:cs="Tahoma" w:eastAsia="Tahoma"/>
        </w:rPr>
        <w:t xml:space="preserve">และคำเตือนที่อยู่ตลอดจาก Rob Harper: </w:t>
      </w:r>
      <w:r>
        <w:rPr>
          <w:rFonts w:ascii="Tahoma" w:hAnsi="Tahoma" w:cs="Tahoma" w:eastAsia="Tahoma"/>
          <w:i/>
        </w:rPr>
        <w:t>"แน่นอนว่า layout ไม่สามารถทดแทนกฎที่เขียนไม่ดีได้"</w:t>
      </w:r>
      <w:r>
        <w:rPr>
          <w:rFonts w:ascii="Tahoma" w:hAnsi="Tahoma" w:cs="Tahoma" w:eastAsia="Tahoma"/>
        </w:rPr>
        <w:t xml:space="preserve"> หรือจากบรรณาธิการในเธรดเดียวกัน: </w:t>
      </w:r>
      <w:r>
        <w:rPr>
          <w:rFonts w:ascii="Tahoma" w:hAnsi="Tahoma" w:cs="Tahoma" w:eastAsia="Tahoma"/>
          <w:i/>
        </w:rPr>
        <w:t>"บรรยากาศ อารมณ์ขัน ดัชนี และไดอะแกรม ไร้ประโยชน์หมด ถ้าโครงสร้างประโยคและการไหลของกฎคุณห่วย"</w:t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11. Player aid และการผลักกฎไปไว้บนอุปกรณ์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11.1 เขียน player aid ก่อน</w:t>
      </w:r>
    </w:p>
    <w:p>
      <w:r>
        <w:rPr>
          <w:rFonts w:ascii="Tahoma" w:hAnsi="Tahoma" w:cs="Tahoma" w:eastAsia="Tahoma"/>
        </w:rPr>
        <w:t>นี่คือข้อค้นพบเชิงกระบวนการที่ใช้ได้จริงที่สุดข้อหนึ่ง และมาจากคนทำงานอาชีพสามคนที่เป็นอิสระต่อกัน: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"ช่วงทดสอบแรกในกลุ่มตัวเอง ผมทำ player aid แทน rulebook เพราะกฎยังไม่นิ่งเลยในขั้นนั้น (แถมมันยังวางรากฐานให้ผู้เล่นแต่ละคนมี player aid ในผลิตภัณฑ์จริงด้วย) ผมจะเขียน rulebook ก็ต่อเมื่อใกล้จะถึง blind playtest แล้ว"</w:t>
      </w:r>
      <w:r>
        <w:rPr>
          <w:rFonts w:ascii="Tahoma" w:hAnsi="Tahoma" w:cs="Tahoma" w:eastAsia="Tahoma"/>
          <w:i/>
          <w:color w:val="2F2F2F"/>
          <w:sz w:val="20"/>
        </w:rPr>
        <w:t xml:space="preserve"> — Jamey Stegmaier</w:t>
      </w:r>
    </w:p>
    <w:p>
      <w:r>
        <w:rPr>
          <w:rFonts w:ascii="Tahoma" w:hAnsi="Tahoma" w:cs="Tahoma" w:eastAsia="Tahoma"/>
        </w:rPr>
        <w:t xml:space="preserve">ผู้อ่านในเธรดเดียวกันสังเกตว่าได้ยิน Cole Wehrle และ Sen-Foong Lim อธิบายวิธีเดียวกันภายใน 48 ชั่วโมง ตรรกะฟังขึ้น: ช่วงต้น กฎเปลี่ยนทุกสัปดาห์ rulebook เต็มรูปแบบจึงเป็นงานที่เสียเปล่า แต่ </w:t>
      </w:r>
      <w:r>
        <w:rPr>
          <w:rFonts w:ascii="Tahoma" w:hAnsi="Tahoma" w:cs="Tahoma" w:eastAsia="Tahoma"/>
          <w:i/>
        </w:rPr>
        <w:t>aid</w:t>
      </w:r>
      <w:r>
        <w:rPr>
          <w:rFonts w:ascii="Tahoma" w:hAnsi="Tahoma" w:cs="Tahoma" w:eastAsia="Tahoma"/>
        </w:rPr>
        <w:t xml:space="preserve"> บังคับให้คุณระบุว่าอะไรสำคัญจริง และมันได้ขายจริง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11.2 player aid ทำซ้ำข้อมูล ไม่เคยแทนที่</w:t>
      </w:r>
    </w:p>
    <w:p>
      <w:r>
        <w:rPr>
          <w:rFonts w:ascii="Tahoma" w:hAnsi="Tahoma" w:cs="Tahoma" w:eastAsia="Tahoma"/>
        </w:rPr>
        <w:t>ความล้มเหลวนี้ถูกบันทึกไว้ชัด: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"หนึ่งในเกมโปรดของผมและเป็นเกม solo ที่ดีที่สุดในตลาดคือ Mage Knight สิ่งที่แย่ที่สุดอย่างหนึ่งของมันคือมีกฎจำนวนมากที่ไม่ได้อยู่ใน rulebook แต่อยู่บนการ์ดอ้างอิง การ์ดอ้างอิงควรถูกใช้เป็นเอกสารอ้างอิงตามชื่อของมัน"</w:t>
      </w:r>
    </w:p>
    <w:p>
      <w:r>
        <w:rPr>
          <w:rFonts w:ascii="Tahoma" w:hAnsi="Tahoma" w:cs="Tahoma" w:eastAsia="Tahoma"/>
          <w:i/>
        </w:rPr>
        <w:t>Triplock</w:t>
      </w:r>
      <w:r>
        <w:rPr>
          <w:rFonts w:ascii="Tahoma" w:hAnsi="Tahoma" w:cs="Tahoma" w:eastAsia="Tahoma"/>
        </w:rPr>
        <w:t xml:space="preserve"> ส่งขายโดยกฎกับดักและมาตรการตอบโต้อยู่แค่บนการ์ดอ้างอิง และบางกล่องส่งการ์ดนั้นมา </w:t>
      </w:r>
      <w:r>
        <w:rPr>
          <w:rFonts w:ascii="Tahoma" w:hAnsi="Tahoma" w:cs="Tahoma" w:eastAsia="Tahoma"/>
          <w:i/>
        </w:rPr>
        <w:t>นอก</w:t>
      </w:r>
      <w:r>
        <w:rPr>
          <w:rFonts w:ascii="Tahoma" w:hAnsi="Tahoma" w:cs="Tahoma" w:eastAsia="Tahoma"/>
        </w:rPr>
        <w:t xml:space="preserve"> กล่อง คำตอบของสำนักพิมพ์คือคำตอบที่ถูก: </w:t>
      </w:r>
      <w:r>
        <w:rPr>
          <w:rFonts w:ascii="Tahoma" w:hAnsi="Tahoma" w:cs="Tahoma" w:eastAsia="Tahoma"/>
          <w:i/>
        </w:rPr>
        <w:t>"ผมคิดว่าเราจะเลือกเพิ่มข้อมูลบนการ์ดนี้เข้าไปใน rulebook ในการพิมพ์ครั้งต่อไป เพื่อให้ทุกอย่างหาได้จากที่เดียว"</w:t>
      </w:r>
    </w:p>
    <w:p>
      <w:r>
        <w:rPr>
          <w:rFonts w:ascii="Tahoma" w:hAnsi="Tahoma" w:cs="Tahoma" w:eastAsia="Tahoma"/>
          <w:b/>
        </w:rPr>
        <w:t>กฎ:</w:t>
      </w:r>
      <w:r>
        <w:rPr>
          <w:rFonts w:ascii="Tahoma" w:hAnsi="Tahoma" w:cs="Tahoma" w:eastAsia="Tahoma"/>
        </w:rPr>
        <w:t xml:space="preserve"> อะไรก็ตามที่พิมพ์บนการ์ด แผ่น กระดาน หรือ aid ต้องมีอยู่ใน rulebook ด้วย aid จัดระเบียบข้อมูลใหม่เพื่อความเร็ว มันไม่ได้เป็นเจ้าของข้อมูล</w:t>
      </w:r>
    </w:p>
    <w:p>
      <w:r>
        <w:rPr>
          <w:rFonts w:ascii="Tahoma" w:hAnsi="Tahoma" w:cs="Tahoma" w:eastAsia="Tahoma"/>
        </w:rPr>
        <w:t xml:space="preserve">สิ่งที่ทำให้กฎนี้ถูกละเมิดบ่อยที่สุดคือ </w:t>
      </w:r>
      <w:r>
        <w:rPr>
          <w:rFonts w:ascii="Tahoma" w:hAnsi="Tahoma" w:cs="Tahoma" w:eastAsia="Tahoma"/>
          <w:b/>
        </w:rPr>
        <w:t>จำนวนการตั้งเกมตามจำนวนผู้เล่น</w:t>
      </w:r>
      <w:r>
        <w:rPr>
          <w:rFonts w:ascii="Tahoma" w:hAnsi="Tahoma" w:cs="Tahoma" w:eastAsia="Tahoma"/>
        </w:rPr>
        <w:t xml:space="preserve"> ซึ่งนักออกแบบชอบผลักไปไว้บน aid </w:t>
      </w:r>
      <w:r>
        <w:rPr>
          <w:rFonts w:ascii="Tahoma" w:hAnsi="Tahoma" w:cs="Tahoma" w:eastAsia="Tahoma"/>
          <w:i/>
        </w:rPr>
        <w:t>"การที่ setup อยู่แค่บนแผ่น player aid ทำให้ผมรำคาญมาก"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11.3 หนึ่งใบต่อหนึ่งผู้เล่น</w:t>
      </w:r>
    </w:p>
    <w:p>
      <w:r>
        <w:rPr>
          <w:rFonts w:ascii="Tahoma" w:hAnsi="Tahoma" w:cs="Tahoma" w:eastAsia="Tahoma"/>
        </w:rPr>
        <w:t xml:space="preserve">เวอร์ชันของ Board Game Sanctuary ปรับปรุงไม่ได้แล้ว: </w:t>
      </w:r>
      <w:r>
        <w:rPr>
          <w:rFonts w:ascii="Tahoma" w:hAnsi="Tahoma" w:cs="Tahoma" w:eastAsia="Tahoma"/>
          <w:i/>
        </w:rPr>
        <w:t>"ห้ามงกการ์ดสรุปแอ็กชันสำหรับผู้เล่นทุกคนเด็ดขาด"</w:t>
      </w:r>
    </w:p>
    <w:p>
      <w:r>
        <w:rPr>
          <w:rFonts w:ascii="Tahoma" w:hAnsi="Tahoma" w:cs="Tahoma" w:eastAsia="Tahoma"/>
        </w:rPr>
        <w:t xml:space="preserve">aid ที่ใช้ร่วมกันสร้างคิวและการชะโงกดู ส่วน aid ต่อคนทำให้ผู้เล่นตอบคำถามตัวเองได้แทนที่จะขัดจังหวะคนสอน ซึ่งในทางปฏิบัติคือสิ่งที่ทำให้เกมหนักเล่นได้ที่โต๊ะที่มีประสบการณ์ผสมกัน </w:t>
      </w:r>
      <w:r>
        <w:rPr>
          <w:rFonts w:ascii="Tahoma" w:hAnsi="Tahoma" w:cs="Tahoma" w:eastAsia="Tahoma"/>
          <w:i/>
        </w:rPr>
        <w:t>Merchants &amp; Marauders</w:t>
      </w:r>
      <w:r>
        <w:rPr>
          <w:rFonts w:ascii="Tahoma" w:hAnsi="Tahoma" w:cs="Tahoma" w:eastAsia="Tahoma"/>
        </w:rPr>
        <w:t xml:space="preserve"> และเกมของ Splotter ถูกยกซ้ำๆ ว่าเป็นเกมที่ aid แบกภาระไว้เกือบทั้งหมด: </w:t>
      </w:r>
      <w:r>
        <w:rPr>
          <w:rFonts w:ascii="Tahoma" w:hAnsi="Tahoma" w:cs="Tahoma" w:eastAsia="Tahoma"/>
          <w:i/>
        </w:rPr>
        <w:t>"สำหรับเกมของ Splotter เราเปิดหนังสือหาคำตอบครั้งเดียว ข้อมูลที่เหลือทั้งหมดอยู่บน player aid"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11.4 ผลักกฎไปไว้บนอุปกรณ์</w:t>
      </w:r>
    </w:p>
    <w:p>
      <w:r>
        <w:rPr>
          <w:rFonts w:ascii="Tahoma" w:hAnsi="Tahoma" w:cs="Tahoma" w:eastAsia="Tahoma"/>
        </w:rPr>
        <w:t>ทุกกฎที่อุปกรณ์แบกได้คือกฎที่ไม่มีใครต้องเปิดหา</w:t>
      </w:r>
    </w:p>
    <w:p>
      <w:r>
        <w:rPr>
          <w:rFonts w:ascii="Tahoma" w:hAnsi="Tahoma" w:cs="Tahoma" w:eastAsia="Tahoma"/>
        </w:rPr>
        <w:t xml:space="preserve">ปรัชญาของ Stonemaier: </w:t>
      </w:r>
      <w:r>
        <w:rPr>
          <w:rFonts w:ascii="Tahoma" w:hAnsi="Tahoma" w:cs="Tahoma" w:eastAsia="Tahoma"/>
          <w:i/>
        </w:rPr>
        <w:t>"ปรัชญาทั่วไปของผมคือใส่ข้อความบนการ์ด (ไม่ใช่ไอคอนหลายตัวให้ถอดรหัส) และให้ข้อความนั้นพอเพียงจนไม่ต้องมีภาคผนวกแยก แต่บางครั้งก็ไม่มีที่ว่างพอสำหรับข้อความเยอะๆ ในกรณีนั้น ภาคผนวก (แบบ Apiary) หรือด้านหลังของการ์ด/ไทล์ (แบบ Tokaido) เป็นที่ที่ดี"</w:t>
      </w:r>
    </w:p>
    <w:p>
      <w:r>
        <w:rPr>
          <w:rFonts w:ascii="Tahoma" w:hAnsi="Tahoma" w:cs="Tahoma" w:eastAsia="Tahoma"/>
        </w:rPr>
        <w:t xml:space="preserve">การปรับแต่งจากผู้แสดงความเห็นที่ควรรับมาใช้: วาง </w:t>
      </w:r>
      <w:r>
        <w:rPr>
          <w:rFonts w:ascii="Tahoma" w:hAnsi="Tahoma" w:cs="Tahoma" w:eastAsia="Tahoma"/>
          <w:b/>
        </w:rPr>
        <w:t>ไอคอนไว้ตรงที่ผู้เล่นมองบ่อย</w:t>
      </w:r>
      <w:r>
        <w:rPr>
          <w:rFonts w:ascii="Tahoma" w:hAnsi="Tahoma" w:cs="Tahoma" w:eastAsia="Tahoma"/>
        </w:rPr>
        <w:t xml:space="preserve"> (แผ่นผู้เล่น กระดาน) และเก็บ </w:t>
      </w:r>
      <w:r>
        <w:rPr>
          <w:rFonts w:ascii="Tahoma" w:hAnsi="Tahoma" w:cs="Tahoma" w:eastAsia="Tahoma"/>
          <w:b/>
        </w:rPr>
        <w:t>ข้อความบนการ์ดให้เป็นคำล้วน</w:t>
      </w:r>
      <w:r>
        <w:rPr>
          <w:rFonts w:ascii="Tahoma" w:hAnsi="Tahoma" w:cs="Tahoma" w:eastAsia="Tahoma"/>
        </w:rPr>
        <w:t xml:space="preserve"> ถ้ามีที่พอ ไอคอนบนการ์ดร้อยใบแปลว่าต้องเปิดหาร้อยครั้ง ไอคอนบนแผ่นที่อยู่ตรงหน้าแปลว่าไม่ต้องเปิดเลย</w:t>
      </w:r>
    </w:p>
    <w:p>
      <w:r>
        <w:rPr>
          <w:rFonts w:ascii="Tahoma" w:hAnsi="Tahoma" w:cs="Tahoma" w:eastAsia="Tahoma"/>
        </w:rPr>
        <w:t xml:space="preserve">Curby เสริมความละเอียดเรื่องบริบทของอุปกรณ์: rulebook อาจเรียกว่า "Machine Card" แต่ผู้เล่นที่ </w:t>
      </w:r>
      <w:r>
        <w:rPr>
          <w:rFonts w:ascii="Tahoma" w:hAnsi="Tahoma" w:cs="Tahoma" w:eastAsia="Tahoma"/>
          <w:i/>
        </w:rPr>
        <w:t>ถือ</w:t>
      </w:r>
      <w:r>
        <w:rPr>
          <w:rFonts w:ascii="Tahoma" w:hAnsi="Tahoma" w:cs="Tahoma" w:eastAsia="Tahoma"/>
        </w:rPr>
        <w:t xml:space="preserve"> Machine Card อยู่รู้ว่ามันเป็นการ์ด ข้อความบนตัวมันจึงเรียกตัวเองว่า "Machine" ได้ ในที่ที่พื้นที่จำกัด ทางลัดนี้ดีกว่าการย่อขนาดฟอนต์</w:t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12. การเข้าถึง การมีส่วนร่วม และการแปล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12.1 เข้ารหัสซ้อนทุกอย่าง</w:t>
      </w:r>
    </w:p>
    <w:p>
      <w:r>
        <w:rPr>
          <w:rFonts w:ascii="Tahoma" w:hAnsi="Tahoma" w:cs="Tahoma" w:eastAsia="Tahoma"/>
        </w:rPr>
        <w:t>ห้ามสื่อความหมายด้วยสีอย่างเดียว จับคู่ความต่างของสีทุกอันกับรูปทรง ไอคอน พื้นผิว หรือป้ายกำกับ</w:t>
      </w:r>
    </w:p>
    <w:p>
      <w:r>
        <w:rPr>
          <w:rFonts w:ascii="Tahoma" w:hAnsi="Tahoma" w:cs="Tahoma" w:eastAsia="Tahoma"/>
        </w:rPr>
        <w:t>ผู้ได้ประโยชน์โดยตรงคือผู้ชายราว 8% และผู้หญิงราว 0.5% ที่มีภาวะตาบอดสี — ราว 300 ล้านคนทั่วโลก แต่ประโยชน์ลำดับที่สองใหญ่กว่านั้น การเข้ารหัสซ้อนยังช่วยผู้เล่นในห้องแสงน้อย ผู้เล่นที่อ่านอุปกรณ์ข้ามโต๊ะ และผู้เล่นที่มีความบกพร่องทางสายตาระดับใดก็ตาม นี่คือเหตุผลมาตรฐานที่ inclusive design ดีกว่า accessible design เพียงอย่างเดียว: การตัดสินใจที่รองรับผู้ใช้เฉพาะกลุ่มอย่างชัดเจน ให้ประโยชน์กับทุกคนโดยปริยาย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12.2 ความต่างสี</w:t>
      </w:r>
    </w:p>
    <w:p>
      <w:r>
        <w:rPr>
          <w:rFonts w:ascii="Tahoma" w:hAnsi="Tahoma" w:cs="Tahoma" w:eastAsia="Tahoma"/>
        </w:rPr>
        <w:t xml:space="preserve">ใช้เป้าหมายที่มาจาก WCAG: </w:t>
      </w:r>
      <w:r>
        <w:rPr>
          <w:rFonts w:ascii="Tahoma" w:hAnsi="Tahoma" w:cs="Tahoma" w:eastAsia="Tahoma"/>
          <w:b/>
        </w:rPr>
        <w:t>4.5:1 สำหรับเนื้อหา และ 3:1 สำหรับตัวใหญ่หรือตัวหนา (18 pt หรือ 14 pt ตัวหนา)</w:t>
      </w:r>
    </w:p>
    <w:p>
      <w:r>
        <w:rPr>
          <w:rFonts w:ascii="Tahoma" w:hAnsi="Tahoma" w:cs="Tahoma" w:eastAsia="Tahoma"/>
        </w:rPr>
        <w:t xml:space="preserve">บททดสอบที่ถูกที่สุดในคู่มือทั้งเล่ม: </w:t>
      </w:r>
      <w:r>
        <w:rPr>
          <w:rFonts w:ascii="Tahoma" w:hAnsi="Tahoma" w:cs="Tahoma" w:eastAsia="Tahoma"/>
          <w:b/>
        </w:rPr>
        <w:t>แปลงหน้าของคุณเป็นขาวดำ</w:t>
      </w:r>
      <w:r>
        <w:rPr>
          <w:rFonts w:ascii="Tahoma" w:hAnsi="Tahoma" w:cs="Tahoma" w:eastAsia="Tahoma"/>
        </w:rPr>
        <w:t xml:space="preserve"> ถ้าข้อความอ่านยาก แปลว่าความต่างสีต่ำเกินไป</w:t>
      </w:r>
    </w:p>
    <w:p>
      <w:r>
        <w:rPr>
          <w:rFonts w:ascii="Tahoma" w:hAnsi="Tahoma" w:cs="Tahoma" w:eastAsia="Tahoma"/>
        </w:rPr>
        <w:t xml:space="preserve">ความละเอียดอ่อนที่ควรเคารพคือ ดำสนิทบนขาวสนิทอาจให้ความรู้สึกแข็งกระด้าง และอาจสะท้อนแสงจ้าได้ ทางออกที่ใช้ได้คือแบบผสม: </w:t>
      </w:r>
      <w:r>
        <w:rPr>
          <w:rFonts w:ascii="Tahoma" w:hAnsi="Tahoma" w:cs="Tahoma" w:eastAsia="Tahoma"/>
          <w:b/>
        </w:rPr>
        <w:t>ความต่างสูงสำหรับทุกอย่างที่ผู้เล่นต้องอ่าน และสีอ่อนเก็บไว้ให้การตกแต่งเท่านั้น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12.3 ตัวอักษรสำหรับผู้อ่านที่มีภาวะ dyslexia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ฟอนต์ sans serif เรียบๆ ระยะห่างสม่ำเสมอ — Arial, Verdana, Tahoma, Century Gothic, Trebuchet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ตัวอักษรเนื้อหา 12–14 pt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ระยะห่างบรรทัดอย่างน้อย 1.5 เท่า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ใช้ </w:t>
      </w:r>
      <w:r>
        <w:rPr>
          <w:rFonts w:ascii="Tahoma" w:hAnsi="Tahoma" w:cs="Tahoma" w:eastAsia="Tahoma"/>
          <w:b/>
        </w:rPr>
        <w:t>ตัวหนา</w:t>
      </w:r>
      <w:r>
        <w:rPr>
          <w:rFonts w:ascii="Tahoma" w:hAnsi="Tahoma" w:cs="Tahoma" w:eastAsia="Tahoma"/>
        </w:rPr>
        <w:t xml:space="preserve"> เน้น ไม่ใช่ตัวเอียง เพราะตัวเอียงทำให้ตัวอักษรดูติดกัน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เลี่ยงข้อความที่เป็นตัวพิมพ์ใหญ่ทั้งบล็อก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เลี่ยงการจัดข้อความชิดขอบสองข้าง เพราะช่องว่างที่เกิดขึ้นทำให้สายตาไล่บรรทัดยาก</w:t>
      </w:r>
    </w:p>
    <w:p>
      <w:r>
        <w:rPr>
          <w:rFonts w:ascii="Tahoma" w:hAnsi="Tahoma" w:cs="Tahoma" w:eastAsia="Tahoma"/>
        </w:rPr>
        <w:t xml:space="preserve">ข้อแนะนำเหล่านี้ซ้อนทับกับคำแนะนำเรื่องความอ่านง่ายทั่วไปในบทที่ 10 เกือบทั้งหมด ซึ่งนั่นคือประเด็น: </w:t>
      </w:r>
      <w:r>
        <w:rPr>
          <w:rFonts w:ascii="Tahoma" w:hAnsi="Tahoma" w:cs="Tahoma" w:eastAsia="Tahoma"/>
          <w:b/>
        </w:rPr>
        <w:t>ตัวอักษรที่เข้าถึงได้ ก็คือตัวอักษรที่ดีโดยไม่มีข้อแก้ตัว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12.4 กรอบการเข้าถึงที่กว้างกว่า</w:t>
      </w:r>
    </w:p>
    <w:p>
      <w:r>
        <w:rPr>
          <w:rFonts w:ascii="Tahoma" w:hAnsi="Tahoma" w:cs="Tahoma" w:eastAsia="Tahoma"/>
        </w:rPr>
        <w:t>โมเดลของ Stonemaier ครอบคลุมเก้าหมวด และเป็นเช็กลิสต์ตรวจสอบที่มีประโยชน์ เพราะมันแสดงว่า rulebook ควบคุม "การเข้าถึง" ได้แค่ไหน:</w:t>
      </w:r>
    </w:p>
    <w:p>
      <w:r>
        <w:rPr>
          <w:rFonts w:ascii="Tahoma" w:hAnsi="Tahoma" w:cs="Tahoma" w:eastAsia="Tahoma"/>
          <w:b/>
        </w:rPr>
        <w:t>การเรียนรู้</w:t>
      </w:r>
      <w:r>
        <w:rPr>
          <w:rFonts w:ascii="Tahoma" w:hAnsi="Tahoma" w:cs="Tahoma" w:eastAsia="Tahoma"/>
        </w:rPr>
        <w:t xml:space="preserve"> (tutorial ความยาว rulebook วิดีโอ ฉบับดิจิทัล) · </w:t>
      </w:r>
      <w:r>
        <w:rPr>
          <w:rFonts w:ascii="Tahoma" w:hAnsi="Tahoma" w:cs="Tahoma" w:eastAsia="Tahoma"/>
          <w:b/>
        </w:rPr>
        <w:t>การจดจำ</w:t>
      </w:r>
      <w:r>
        <w:rPr>
          <w:rFonts w:ascii="Tahoma" w:hAnsi="Tahoma" w:cs="Tahoma" w:eastAsia="Tahoma"/>
        </w:rPr>
        <w:t xml:space="preserve"> (เอกสารอ้างอิง ข้อยกเว้นน้อย หน้าตาที่เข้าใจง่าย) · </w:t>
      </w:r>
      <w:r>
        <w:rPr>
          <w:rFonts w:ascii="Tahoma" w:hAnsi="Tahoma" w:cs="Tahoma" w:eastAsia="Tahoma"/>
          <w:b/>
        </w:rPr>
        <w:t>เวลา</w:t>
      </w:r>
      <w:r>
        <w:rPr>
          <w:rFonts w:ascii="Tahoma" w:hAnsi="Tahoma" w:cs="Tahoma" w:eastAsia="Tahoma"/>
        </w:rPr>
        <w:t xml:space="preserve"> (ตั้งเกม เล่น เก็บ) · </w:t>
      </w:r>
      <w:r>
        <w:rPr>
          <w:rFonts w:ascii="Tahoma" w:hAnsi="Tahoma" w:cs="Tahoma" w:eastAsia="Tahoma"/>
          <w:b/>
        </w:rPr>
        <w:t>ภาพ</w:t>
      </w:r>
      <w:r>
        <w:rPr>
          <w:rFonts w:ascii="Tahoma" w:hAnsi="Tahoma" w:cs="Tahoma" w:eastAsia="Tahoma"/>
        </w:rPr>
        <w:t xml:space="preserve"> (ไอคอนเข้ารหัสซ้อน โทเคนรูปทรงไม่ซ้ำ ขนาดและความต่างสีของตัวอักษร) · </w:t>
      </w:r>
      <w:r>
        <w:rPr>
          <w:rFonts w:ascii="Tahoma" w:hAnsi="Tahoma" w:cs="Tahoma" w:eastAsia="Tahoma"/>
          <w:b/>
        </w:rPr>
        <w:t>พื้นที่</w:t>
      </w:r>
      <w:r>
        <w:rPr>
          <w:rFonts w:ascii="Tahoma" w:hAnsi="Tahoma" w:cs="Tahoma" w:eastAsia="Tahoma"/>
        </w:rPr>
        <w:t xml:space="preserve"> (พื้นที่โต๊ะ ขนาดกล่อง) · </w:t>
      </w:r>
      <w:r>
        <w:rPr>
          <w:rFonts w:ascii="Tahoma" w:hAnsi="Tahoma" w:cs="Tahoma" w:eastAsia="Tahoma"/>
          <w:b/>
        </w:rPr>
        <w:t>ภาษา</w:t>
      </w:r>
      <w:r>
        <w:rPr>
          <w:rFonts w:ascii="Tahoma" w:hAnsi="Tahoma" w:cs="Tahoma" w:eastAsia="Tahoma"/>
        </w:rPr>
        <w:t xml:space="preserve"> (ความเป็นอิสระจากภาษา ฉบับแปล) · </w:t>
      </w:r>
      <w:r>
        <w:rPr>
          <w:rFonts w:ascii="Tahoma" w:hAnsi="Tahoma" w:cs="Tahoma" w:eastAsia="Tahoma"/>
          <w:b/>
        </w:rPr>
        <w:t>การซื้อ</w:t>
      </w:r>
      <w:r>
        <w:rPr>
          <w:rFonts w:ascii="Tahoma" w:hAnsi="Tahoma" w:cs="Tahoma" w:eastAsia="Tahoma"/>
        </w:rPr>
        <w:t xml:space="preserve"> · </w:t>
      </w:r>
      <w:r>
        <w:rPr>
          <w:rFonts w:ascii="Tahoma" w:hAnsi="Tahoma" w:cs="Tahoma" w:eastAsia="Tahoma"/>
          <w:b/>
        </w:rPr>
        <w:t>ขอบเขต</w:t>
      </w:r>
      <w:r>
        <w:rPr>
          <w:rFonts w:ascii="Tahoma" w:hAnsi="Tahoma" w:cs="Tahoma" w:eastAsia="Tahoma"/>
        </w:rPr>
        <w:t xml:space="preserve"> (จำนวนผู้เล่นที่รองรับ) · </w:t>
      </w:r>
      <w:r>
        <w:rPr>
          <w:rFonts w:ascii="Tahoma" w:hAnsi="Tahoma" w:cs="Tahoma" w:eastAsia="Tahoma"/>
          <w:b/>
        </w:rPr>
        <w:t>การมีส่วนร่วม</w:t>
      </w:r>
    </w:p>
    <w:p>
      <w:r>
        <w:rPr>
          <w:rFonts w:ascii="Tahoma" w:hAnsi="Tahoma" w:cs="Tahoma" w:eastAsia="Tahoma"/>
        </w:rPr>
        <w:t xml:space="preserve">rulebook เป็นเจ้าของการเรียนรู้ การจดจำ ภาพ และภาษาโดยตรง สังเกตหัวข้อ </w:t>
      </w:r>
      <w:r>
        <w:rPr>
          <w:rFonts w:ascii="Tahoma" w:hAnsi="Tahoma" w:cs="Tahoma" w:eastAsia="Tahoma"/>
          <w:b/>
        </w:rPr>
        <w:t>"ข้อยกเว้นน้อย"</w:t>
      </w:r>
      <w:r>
        <w:rPr>
          <w:rFonts w:ascii="Tahoma" w:hAnsi="Tahoma" w:cs="Tahoma" w:eastAsia="Tahoma"/>
        </w:rPr>
        <w:t xml:space="preserve"> ใต้การจดจำ — นี่คือสัญญาณดีไซน์เดียวกับในบทที่ 4 ที่มาถึงจากคนละทาง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12.5 เขียนเพื่อผู้อ่านในภาษาที่สอง</w:t>
      </w:r>
    </w:p>
    <w:p>
      <w:r>
        <w:rPr>
          <w:rFonts w:ascii="Tahoma" w:hAnsi="Tahoma" w:cs="Tahoma" w:eastAsia="Tahoma"/>
        </w:rPr>
        <w:t>ผู้อ่านส่วนสำคัญของคุณจะอ่านกฎในภาษาที่เขาไม่ได้โตมากับมัน ทุกอย่างในบทที่ 6 ช่วยเขา บวกกับ: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เลี่ยงคำสแลง สำนวน และคำเฉพาะถิ่น</w:t>
      </w:r>
      <w:r>
        <w:rPr>
          <w:rFonts w:ascii="Tahoma" w:hAnsi="Tahoma" w:cs="Tahoma" w:eastAsia="Tahoma"/>
        </w:rPr>
        <w:t xml:space="preserve"> Entro Games ระบุชัด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เลี่ยงการอ้างอิงทางวัฒนธรรม</w:t>
      </w:r>
      <w:r>
        <w:rPr>
          <w:rFonts w:ascii="Tahoma" w:hAnsi="Tahoma" w:cs="Tahoma" w:eastAsia="Tahoma"/>
        </w:rPr>
        <w:t xml:space="preserve"> ในฐานะคำอธิบายที่แบกน้ำหนัก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ใช้ประโยคสั้น</w:t>
      </w:r>
      <w:r>
        <w:rPr>
          <w:rFonts w:ascii="Tahoma" w:hAnsi="Tahoma" w:cs="Tahoma" w:eastAsia="Tahoma"/>
        </w:rPr>
        <w:t xml:space="preserve"> ประโยคยาวในภาษาที่สองยากขึ้นแบบทวีคูณ ไม่ใช่แบบเชิงเส้น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ชวนคนที่ไม่ใช่เจ้าของภาษามาเป็น beta reader</w:t>
      </w:r>
      <w:r>
        <w:rPr>
          <w:rFonts w:ascii="Tahoma" w:hAnsi="Tahoma" w:cs="Tahoma" w:eastAsia="Tahoma"/>
        </w:rPr>
        <w:t xml:space="preserve"> Brandon the Game Dev รวบรวมผู้อ่านที่มีภูมิหลัง ระดับทักษะ และสัญชาติต่างกันอย่างตั้งใจ แล้วมองหา </w:t>
      </w:r>
      <w:r>
        <w:rPr>
          <w:rFonts w:ascii="Tahoma" w:hAnsi="Tahoma" w:cs="Tahoma" w:eastAsia="Tahoma"/>
          <w:i/>
        </w:rPr>
        <w:t>แนวโน้มร่วม</w:t>
      </w:r>
      <w:r>
        <w:rPr>
          <w:rFonts w:ascii="Tahoma" w:hAnsi="Tahoma" w:cs="Tahoma" w:eastAsia="Tahoma"/>
        </w:rPr>
        <w:t xml:space="preserve"> ในความสับสน แทนที่จะแก้ทีละคำบ่น</w:t>
      </w:r>
    </w:p>
    <w:p>
      <w:r>
        <w:rPr>
          <w:rFonts w:ascii="Tahoma" w:hAnsi="Tahoma" w:cs="Tahoma" w:eastAsia="Tahoma"/>
        </w:rPr>
        <w:t xml:space="preserve">คำพูดตรงๆ ของผู้ใช้ BGG คนหนึ่งเรื่องความสำคัญ: </w:t>
      </w:r>
      <w:r>
        <w:rPr>
          <w:rFonts w:ascii="Tahoma" w:hAnsi="Tahoma" w:cs="Tahoma" w:eastAsia="Tahoma"/>
          <w:i/>
        </w:rPr>
        <w:t>"ภาษาอังกฤษเป็นภาษาที่สองของผม rulebook ที่ดีจึงสร้างความแตกต่างมหาศาลสำหรับผม"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12.6 การแปลคืองานเขียนเชิงเทคนิค ไม่ใช่การแปลงภาษา</w:t>
      </w:r>
    </w:p>
    <w:p>
      <w:r>
        <w:rPr>
          <w:rFonts w:ascii="Tahoma" w:hAnsi="Tahoma" w:cs="Tahoma" w:eastAsia="Tahoma"/>
        </w:rPr>
        <w:t xml:space="preserve">ทีม Andoria ใช้เวลา </w:t>
      </w:r>
      <w:r>
        <w:rPr>
          <w:rFonts w:ascii="Tahoma" w:hAnsi="Tahoma" w:cs="Tahoma" w:eastAsia="Tahoma"/>
          <w:b/>
        </w:rPr>
        <w:t>กว่าหกเดือน</w:t>
      </w:r>
      <w:r>
        <w:rPr>
          <w:rFonts w:ascii="Tahoma" w:hAnsi="Tahoma" w:cs="Tahoma" w:eastAsia="Tahoma"/>
        </w:rPr>
        <w:t xml:space="preserve"> แปล rulebook จากเยอรมันเป็นอังกฤษ ผ่านการพิสูจน์อักษรหลายรอบ และข้อสรุปเชิงปฏิบัติของพวกเขาคือ: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"เราได้เรียนรู้บทเรียนแล้ว และแนะนำอย่างยิ่งกับทุกคนที่อยากเอากฎของตัวเองลงกระดาษว่า ให้ตรวจซ้ำสองรอบก่อนส่งให้นักออกแบบทำเวอร์ชันกราฟิก ประหยัดเวลาไปเยอะ"</w:t>
      </w:r>
    </w:p>
    <w:p>
      <w:r>
        <w:rPr>
          <w:rFonts w:ascii="Tahoma" w:hAnsi="Tahoma" w:cs="Tahoma" w:eastAsia="Tahoma"/>
        </w:rPr>
        <w:t>สิ่งที่รอดจากการแปลคือ templating กฎที่เขียนตามรูปแบบเดียวกันแปลได้เกือบเป็นกลไก ส่วนภาษาที่เต็มไปด้วยคำพ้องทวีจำนวนการตัดสินใจที่นักแปลต้องทำ และทุกการตัดสินใจคือโอกาสที่จะใส่ข้อผิดพลาดเชิงกฎเข้าไป</w:t>
      </w:r>
    </w:p>
    <w:p>
      <w:r>
        <w:rPr>
          <w:rFonts w:ascii="Tahoma" w:hAnsi="Tahoma" w:cs="Tahoma" w:eastAsia="Tahoma"/>
        </w:rPr>
        <w:t xml:space="preserve">เมื่อการแปลล้มเหลว มันล้มเหลวอย่างเห็นได้ชัด: </w:t>
      </w:r>
      <w:r>
        <w:rPr>
          <w:rFonts w:ascii="Tahoma" w:hAnsi="Tahoma" w:cs="Tahoma" w:eastAsia="Tahoma"/>
          <w:i/>
        </w:rPr>
        <w:t>Heroes of Normandie</w:t>
      </w:r>
      <w:r>
        <w:rPr>
          <w:rFonts w:ascii="Tahoma" w:hAnsi="Tahoma" w:cs="Tahoma" w:eastAsia="Tahoma"/>
        </w:rPr>
        <w:t xml:space="preserve"> — </w:t>
      </w:r>
      <w:r>
        <w:rPr>
          <w:rFonts w:ascii="Tahoma" w:hAnsi="Tahoma" w:cs="Tahoma" w:eastAsia="Tahoma"/>
          <w:i/>
        </w:rPr>
        <w:t>"เกมดี แต่ rulebook จะทำให้คุณเป็น PTSD"</w:t>
      </w:r>
      <w:r>
        <w:rPr>
          <w:rFonts w:ascii="Tahoma" w:hAnsi="Tahoma" w:cs="Tahoma" w:eastAsia="Tahoma"/>
        </w:rPr>
        <w:t xml:space="preserve"> — ถูกยกซ้ำๆ ว่าเป็นเกมดีที่เสียหายเพราะฉบับภาษาอังกฤษที่ขาดเป็นท่อน จนแฟนใช้เวลาหลายเดือนเขียนใหม่ </w:t>
      </w:r>
      <w:r>
        <w:rPr>
          <w:rFonts w:ascii="Tahoma" w:hAnsi="Tahoma" w:cs="Tahoma" w:eastAsia="Tahoma"/>
          <w:b/>
        </w:rPr>
        <w:t>การที่แฟนต้องเขียนใหม่คืออาการของความล้มเหลวของสำนักพิมพ์ ไม่ใช่ทางแก้</w:t>
      </w:r>
    </w:p>
    <w:p>
      <w:r>
        <w:rPr>
          <w:rFonts w:ascii="Tahoma" w:hAnsi="Tahoma" w:cs="Tahoma" w:eastAsia="Tahoma"/>
        </w:rPr>
        <w:br w:type="page"/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ภาค 5 — กระบวนการ</w:t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13. จากร่างแรกถึงโรงพิมพ์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13.1 เส้นเวลา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ขั้น</w:t>
            </w:r>
          </w:p>
        </w:tc>
        <w:tc>
          <w:tcPr>
            <w:tcW w:type="dxa" w:w="312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สิ่งที่มีอยู่</w:t>
            </w:r>
          </w:p>
        </w:tc>
        <w:tc>
          <w:tcPr>
            <w:tcW w:type="dxa" w:w="312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สิ่งที่คุณทำ</w:t>
            </w:r>
          </w:p>
        </w:tc>
      </w:tr>
      <w:tr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ออกแบบช่วงต้น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ต้นแบบ กฎเปลี่ยนทุกสัปดาห์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ทำแค่ player aid ยังไม่ต้องมี rulebook</w:t>
            </w:r>
          </w:p>
        </w:tc>
      </w:tr>
      <w:tr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กฎเริ่มนิ่ง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กฎลงตัวเป็นส่วนใหญ่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ร่างเต็มฉบับแรก คาดว่ามันจะยาวและเยิ่นเย้อเกินไป</w:t>
            </w:r>
          </w:p>
        </w:tc>
      </w:tr>
      <w:tr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ก่อน blind test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ร่าง + อุปกรณ์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เขียนใหม่สองรอบ สร้าง style guide เติมตัวอย่างตรงที่ playtest ชี้ว่าคนงง</w:t>
            </w:r>
          </w:p>
        </w:tc>
      </w:tr>
      <w:tr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blind test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rulebook ที่คนแปลกหน้าต้องเอาตัวรอดกับมัน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สังเกต ห้ามช่วย เขียนใหม่ ทำซ้ำ</w:t>
            </w:r>
          </w:p>
        </w:tc>
      </w:tr>
      <w:tr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การแก้ไข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ข้อความที่นิ่งแล้ว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 xml:space="preserve">บรรณาธิการเชิงพัฒนา/copyedit อาชีพ </w:t>
            </w:r>
            <w:r>
              <w:rPr>
                <w:rFonts w:ascii="Tahoma" w:hAnsi="Tahoma" w:cs="Tahoma" w:eastAsia="Tahoma"/>
                <w:i/>
                <w:sz w:val="18"/>
              </w:rPr>
              <w:t>ก่อน</w:t>
            </w:r>
            <w:r>
              <w:rPr>
                <w:rFonts w:ascii="Tahoma" w:hAnsi="Tahoma" w:cs="Tahoma" w:eastAsia="Tahoma"/>
                <w:sz w:val="18"/>
              </w:rPr>
              <w:t xml:space="preserve"> จัดหน้า</w:t>
            </w:r>
          </w:p>
        </w:tc>
      </w:tr>
      <w:tr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จัดหน้า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ข้อความที่แก้แล้ว + ภาพ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งานกราฟิกใน InDesign อาจต้องตัดข้อความให้พอดี</w:t>
            </w:r>
          </w:p>
        </w:tc>
      </w:tr>
      <w:tr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พิสูจน์อักษร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ไฟล์ที่จัดหน้าแล้ว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คนพิสูจน์อักษรอีกคน เพราะการจัดหน้าสร้างข้อผิดพลาดของตัวเอง</w:t>
            </w:r>
          </w:p>
        </w:tc>
      </w:tr>
      <w:tr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เล่มตัวอย่างก่อนผลิต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เล่มจริง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ทดสอบจับเวลาการเปิดหา อ่านหนังสือย้อนหลัง ตรวจทุกตัวเลข</w:t>
            </w:r>
          </w:p>
        </w:tc>
      </w:tr>
      <w:tr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หลังวางขาย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เกมที่ส่งขายแล้ว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หน้า living rules, errata ที่มีวันที่, PDF ที่ค้นหาได้</w:t>
            </w:r>
          </w:p>
        </w:tc>
      </w:tr>
    </w:tbl>
    <w:p/>
    <w:p>
      <w:r>
        <w:rPr>
          <w:rFonts w:ascii="Tahoma" w:hAnsi="Tahoma" w:cs="Tahoma" w:eastAsia="Tahoma"/>
        </w:rPr>
        <w:t xml:space="preserve">จำนวนรอบการเขียนใหม่ไม่ใช่ทางเลือก จาก BGG: </w:t>
      </w:r>
      <w:r>
        <w:rPr>
          <w:rFonts w:ascii="Tahoma" w:hAnsi="Tahoma" w:cs="Tahoma" w:eastAsia="Tahoma"/>
          <w:i/>
        </w:rPr>
        <w:t>"ตอนผมพยายามเขียน rulebook ครั้งแรก มันยาวและเยิ่นเย้อเกินไปมาก หลังจากเขียนไปหลายเล่ม การเขียนของผมก็ดีขึ้น คำแนะนำของผมคือ เขียนทั้งเล่ม แล้วเขียนใหม่อีกสองรอบ รอบที่สามจะดีกว่ารอบแรกมาก"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13.2 รักษา rulebook ให้ตรงกับอุปกรณ์</w:t>
      </w:r>
    </w:p>
    <w:p>
      <w:r>
        <w:rPr>
          <w:rFonts w:ascii="Tahoma" w:hAnsi="Tahoma" w:cs="Tahoma" w:eastAsia="Tahoma"/>
        </w:rPr>
        <w:t xml:space="preserve">Entro Games ระบุประเภทข้อบกพร่องที่นักออกแบบส่วนใหญ่เจออย่างน้อยครั้งหนึ่ง: </w:t>
      </w:r>
      <w:r>
        <w:rPr>
          <w:rFonts w:ascii="Tahoma" w:hAnsi="Tahoma" w:cs="Tahoma" w:eastAsia="Tahoma"/>
          <w:i/>
        </w:rPr>
        <w:t>"สิ่งสุดท้ายที่คุณอยากให้เกิดคือการ์ดของคุณอยู่เวอร์ชัน 3 กระดานอยู่เวอร์ชัน 4 และ rulebook อยู่เวอร์ชัน 2"</w:t>
      </w:r>
    </w:p>
    <w:p>
      <w:r>
        <w:rPr>
          <w:rFonts w:ascii="Tahoma" w:hAnsi="Tahoma" w:cs="Tahoma" w:eastAsia="Tahoma"/>
        </w:rPr>
        <w:t>การควบคุมเชิงปฏิบัติ: ใส่เลขเวอร์ชันและวันที่บนร่าง rulebook และบนแผ่นอุปกรณ์ทุกชิ้น แล้วตรวจเทียบกันทุกหมุดหมาย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13.3 สองเทคนิคจากงานอาชีพ</w:t>
      </w:r>
    </w:p>
    <w:p>
      <w:r>
        <w:rPr>
          <w:rFonts w:ascii="Tahoma" w:hAnsi="Tahoma" w:cs="Tahoma" w:eastAsia="Tahoma"/>
          <w:b/>
        </w:rPr>
        <w:t>อ่าน rulebook ย้อนหลังทีละหัวข้อ</w:t>
      </w:r>
      <w:r>
        <w:rPr>
          <w:rFonts w:ascii="Tahoma" w:hAnsi="Tahoma" w:cs="Tahoma" w:eastAsia="Tahoma"/>
        </w:rPr>
        <w:t xml:space="preserve"> เทคนิค QA ของ Jamey Stegmaier การอ่านย้อนลำดับทำลายระบบอัตโนมัติที่ทำให้คุณกวาดตาข้ามงานเขียนของตัวเอง: </w:t>
      </w:r>
      <w:r>
        <w:rPr>
          <w:rFonts w:ascii="Tahoma" w:hAnsi="Tahoma" w:cs="Tahoma" w:eastAsia="Tahoma"/>
          <w:i/>
        </w:rPr>
        <w:t>"ผมสามารถโฟกัสกับองค์ประกอบเฉพาะจุดได้โดยไม่เผลอกวาดตาข้ามไปข้างหน้า"</w:t>
      </w:r>
    </w:p>
    <w:p>
      <w:r>
        <w:rPr>
          <w:rFonts w:ascii="Tahoma" w:hAnsi="Tahoma" w:cs="Tahoma" w:eastAsia="Tahoma"/>
          <w:b/>
        </w:rPr>
        <w:t>จับเวลาการเปิดหาบนเล่มตัวอย่างก่อนผลิต</w:t>
      </w:r>
      <w:r>
        <w:rPr>
          <w:rFonts w:ascii="Tahoma" w:hAnsi="Tahoma" w:cs="Tahoma" w:eastAsia="Tahoma"/>
        </w:rPr>
        <w:t xml:space="preserve"> </w:t>
      </w:r>
      <w:r>
        <w:rPr>
          <w:rFonts w:ascii="Tahoma" w:hAnsi="Tahoma" w:cs="Tahoma" w:eastAsia="Tahoma"/>
          <w:i/>
        </w:rPr>
        <w:t>"ตอนที่เล่มตัวอย่างก่อนผลิตพร้อม สิ่งหนึ่งที่ผมมองหาใน playtest คือผมหาคำตอบใน rulebook ได้ง่ายแค่ไหน ถ้าผมหาคำตอบไม่เจอเร็ว ผมจะแก้ rulebook ตามนั้น"</w:t>
      </w:r>
    </w:p>
    <w:p>
      <w:r>
        <w:rPr>
          <w:rFonts w:ascii="Tahoma" w:hAnsi="Tahoma" w:cs="Tahoma" w:eastAsia="Tahoma"/>
        </w:rPr>
        <w:t xml:space="preserve">สังเกตว่าบททดสอบที่สองวัดอะไร: ไม่ใช่ว่าคำตอบ </w:t>
      </w:r>
      <w:r>
        <w:rPr>
          <w:rFonts w:ascii="Tahoma" w:hAnsi="Tahoma" w:cs="Tahoma" w:eastAsia="Tahoma"/>
          <w:i/>
        </w:rPr>
        <w:t>มีอยู่</w:t>
      </w:r>
      <w:r>
        <w:rPr>
          <w:rFonts w:ascii="Tahoma" w:hAnsi="Tahoma" w:cs="Tahoma" w:eastAsia="Tahoma"/>
        </w:rPr>
        <w:t xml:space="preserve"> หรือไม่ แต่วัดว่ามัน </w:t>
      </w:r>
      <w:r>
        <w:rPr>
          <w:rFonts w:ascii="Tahoma" w:hAnsi="Tahoma" w:cs="Tahoma" w:eastAsia="Tahoma"/>
          <w:i/>
        </w:rPr>
        <w:t>หาเจอ</w:t>
      </w:r>
      <w:r>
        <w:rPr>
          <w:rFonts w:ascii="Tahoma" w:hAnsi="Tahoma" w:cs="Tahoma" w:eastAsia="Tahoma"/>
        </w:rPr>
        <w:t xml:space="preserve"> หรือไม่ การหาช้าคือข้อบกพร่องเชิงโครงสร้าง และวิธีแก้คือการจัดระเบียบใหม่ ไม่ใช่การเขียนใหม่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13.4 จ้างคน และจ้างสองคน</w:t>
      </w:r>
    </w:p>
    <w:p>
      <w:r>
        <w:rPr>
          <w:rFonts w:ascii="Tahoma" w:hAnsi="Tahoma" w:cs="Tahoma" w:eastAsia="Tahoma"/>
        </w:rPr>
        <w:t xml:space="preserve">บรรณาธิการจับข้อผิดพลาดได้ระหว่าง 80% ถึง 95% ต่อรอบ นั่นคือตัวเลขที่ได้รับการยอมรับ (จาก </w:t>
      </w:r>
      <w:r>
        <w:rPr>
          <w:rFonts w:ascii="Tahoma" w:hAnsi="Tahoma" w:cs="Tahoma" w:eastAsia="Tahoma"/>
          <w:i/>
        </w:rPr>
        <w:t>The Copyeditor's Handbook</w:t>
      </w:r>
      <w:r>
        <w:rPr>
          <w:rFonts w:ascii="Tahoma" w:hAnsi="Tahoma" w:cs="Tahoma" w:eastAsia="Tahoma"/>
        </w:rPr>
        <w:t xml:space="preserve">) และมีนัยที่ชัดเจนหนึ่งข้อ: </w:t>
      </w:r>
      <w:r>
        <w:rPr>
          <w:rFonts w:ascii="Tahoma" w:hAnsi="Tahoma" w:cs="Tahoma" w:eastAsia="Tahoma"/>
          <w:b/>
        </w:rPr>
        <w:t>คนคนเดียวจะไม่มีวันจับได้ทั้งหมด แม้การจับผิดจะเป็นอาชีพของเขา</w:t>
      </w:r>
      <w:r>
        <w:rPr>
          <w:rFonts w:ascii="Tahoma" w:hAnsi="Tahoma" w:cs="Tahoma" w:eastAsia="Tahoma"/>
        </w:rPr>
        <w:t xml:space="preserve"> จ้างบรรณาธิการ </w:t>
      </w:r>
      <w:r>
        <w:rPr>
          <w:rFonts w:ascii="Tahoma" w:hAnsi="Tahoma" w:cs="Tahoma" w:eastAsia="Tahoma"/>
          <w:i/>
        </w:rPr>
        <w:t>และ</w:t>
      </w:r>
      <w:r>
        <w:rPr>
          <w:rFonts w:ascii="Tahoma" w:hAnsi="Tahoma" w:cs="Tahoma" w:eastAsia="Tahoma"/>
        </w:rPr>
        <w:t xml:space="preserve"> คนพิสูจน์อักษรอีกคนสำหรับงานที่มีขนาด</w:t>
      </w:r>
    </w:p>
    <w:p>
      <w:r>
        <w:rPr>
          <w:rFonts w:ascii="Tahoma" w:hAnsi="Tahoma" w:cs="Tahoma" w:eastAsia="Tahoma"/>
        </w:rPr>
        <w:t xml:space="preserve">ค่าจ้างจากการสำรวจของ Meeple Mountain อยู่ราว </w:t>
      </w:r>
      <w:r>
        <w:rPr>
          <w:rFonts w:ascii="Tahoma" w:hAnsi="Tahoma" w:cs="Tahoma" w:eastAsia="Tahoma"/>
          <w:b/>
        </w:rPr>
        <w:t>25–50 ดอลลาร์สหรัฐต่อชั่วโมง</w:t>
      </w:r>
      <w:r>
        <w:rPr>
          <w:rFonts w:ascii="Tahoma" w:hAnsi="Tahoma" w:cs="Tahoma" w:eastAsia="Tahoma"/>
        </w:rPr>
        <w:t xml:space="preserve"> สำหรับฟรีแลนซ์ส่วนใหญ่ และมากกว่านั้นสำหรับคนที่มีประสบการณ์สูง เมื่อเทียบกับค่าพิมพ์ทั้งล็อต นี่คือเศษสตางค์</w:t>
      </w:r>
    </w:p>
    <w:p>
      <w:r>
        <w:rPr>
          <w:rFonts w:ascii="Tahoma" w:hAnsi="Tahoma" w:cs="Tahoma" w:eastAsia="Tahoma"/>
        </w:rPr>
        <w:t xml:space="preserve">เรื่องเตือนใจเป็นเรื่องสาธารณะและใจกว้าง นักออกแบบ </w:t>
      </w:r>
      <w:r>
        <w:rPr>
          <w:rFonts w:ascii="Tahoma" w:hAnsi="Tahoma" w:cs="Tahoma" w:eastAsia="Tahoma"/>
          <w:i/>
        </w:rPr>
        <w:t>Obsession</w:t>
      </w:r>
      <w:r>
        <w:rPr>
          <w:rFonts w:ascii="Tahoma" w:hAnsi="Tahoma" w:cs="Tahoma" w:eastAsia="Tahoma"/>
        </w:rPr>
        <w:t xml:space="preserve"> โพสต์รายการ errata ของเกมตัวเองอย่างละเอียด และเขียนว่า: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"ผมขอโทษ ข้อผิดพลาดเหล่านี้เป็นความผิดของผม ผมได้เรียนรู้บทเรียนแล้วว่าโปรเจกต์ต่อไปต้องมีคนพิสูจน์อักษรมืออาชีพ"</w:t>
      </w:r>
      <w:r>
        <w:rPr>
          <w:rFonts w:ascii="Tahoma" w:hAnsi="Tahoma" w:cs="Tahoma" w:eastAsia="Tahoma"/>
          <w:i/>
          <w:color w:val="2F2F2F"/>
          <w:sz w:val="20"/>
        </w:rPr>
        <w:t xml:space="preserve"> … </w:t>
      </w:r>
      <w:r>
        <w:rPr>
          <w:rFonts w:ascii="Tahoma" w:hAnsi="Tahoma" w:cs="Tahoma" w:eastAsia="Tahoma"/>
          <w:i/>
          <w:color w:val="2F2F2F"/>
          <w:sz w:val="20"/>
        </w:rPr>
        <w:t>"จริงๆ แล้วผมให้คนพิสูจน์อักษรเสนอราคามาแล้ว แต่ตัดสินใจว่าไม่จำเป็น เป็นการตัดสินใจที่แย่"</w:t>
      </w:r>
    </w:p>
    <w:p>
      <w:r>
        <w:rPr>
          <w:rFonts w:ascii="Tahoma" w:hAnsi="Tahoma" w:cs="Tahoma" w:eastAsia="Tahoma"/>
        </w:rPr>
        <w:t>ถ้าคุณจ่ายไม่ไหวจริงๆ ทางเลือกที่มีอยู่ในงานวิจัยนี้เป็นเรื่องจริง: การแลกเปลี่ยน rulebook ระหว่างนักออกแบบบน BGG, Discord ชื่อ Break My Game, Discord ชื่อ Editors' Hangout และการขอให้คนบน BGG ช่วยรีวิว rulebook ตรงๆ — ซึ่งมีนักออกแบบหลายคนรายงานว่าทำแล้วได้ผลดี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13.5 เข้าใจว่าคุณกำลังซื้ออะไร</w:t>
      </w:r>
    </w:p>
    <w:p>
      <w:r>
        <w:rPr>
          <w:rFonts w:ascii="Tahoma" w:hAnsi="Tahoma" w:cs="Tahoma" w:eastAsia="Tahoma"/>
        </w:rPr>
        <w:t>การแก้ไขไม่ใช่บริการเดียว ในอภิธานศัพท์ของ Michael Lee: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Proofreading (พิสูจน์อักษร)</w:t>
      </w:r>
      <w:r>
        <w:rPr>
          <w:rFonts w:ascii="Tahoma" w:hAnsi="Tahoma" w:cs="Tahoma" w:eastAsia="Tahoma"/>
        </w:rPr>
        <w:t xml:space="preserve"> — การสะกด ไวยากรณ์ เครื่องหมายวรรคตอน ปัญหาเฉพาะจุด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Copyediting</w:t>
      </w:r>
      <w:r>
        <w:rPr>
          <w:rFonts w:ascii="Tahoma" w:hAnsi="Tahoma" w:cs="Tahoma" w:eastAsia="Tahoma"/>
        </w:rPr>
        <w:t xml:space="preserve"> — พิสูจน์อักษร บวกกับการเขียนประโยคที่ขัดใหม่ และบังคับความสม่ำเสมอของคำศัพท์และ templating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Substantive / developmental editing</w:t>
      </w:r>
      <w:r>
        <w:rPr>
          <w:rFonts w:ascii="Tahoma" w:hAnsi="Tahoma" w:cs="Tahoma" w:eastAsia="Tahoma"/>
        </w:rPr>
        <w:t xml:space="preserve"> — copyediting บวกกับการเขียนหัวข้อทั้งหัวข้อใหม่และจัดโครงสร้างเนื้อหาก้อนใหญ่ใหม่</w:t>
      </w:r>
    </w:p>
    <w:p>
      <w:r>
        <w:rPr>
          <w:rFonts w:ascii="Tahoma" w:hAnsi="Tahoma" w:cs="Tahoma" w:eastAsia="Tahoma"/>
        </w:rPr>
        <w:t>ถ้า "rulebook" ของคุณคือกองบันทึกที่ขีดๆ ไว้ คุณต้องการ substantive editing และการขอแค่พิสูจน์อักษรจะไม่ช่วยอะไร บอกบรรณาธิการตรงๆ ว่าคุณต้องการอันไหน</w:t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14. Blind playtest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14.1 มันมีไว้ทำอะไรจริงๆ</w:t>
      </w:r>
    </w:p>
    <w:p>
      <w:r>
        <w:rPr>
          <w:rFonts w:ascii="Tahoma" w:hAnsi="Tahoma" w:cs="Tahoma" w:eastAsia="Tahoma"/>
        </w:rPr>
        <w:t xml:space="preserve">เมื่อถึงเวลา blind test คุณควรเชื่อแล้วว่าเกมของคุณดี สิ่งที่คุณกำลังทดสอบคือ </w:t>
      </w:r>
      <w:r>
        <w:rPr>
          <w:rFonts w:ascii="Tahoma" w:hAnsi="Tahoma" w:cs="Tahoma" w:eastAsia="Tahoma"/>
          <w:b/>
        </w:rPr>
        <w:t>เอกสาร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"สำหรับผม blind test คือการทดสอบกฎที่เขียนไว้ พอถึงตอนที่ผมขอให้คนช่วย blind test เกม ผมมั่นใจแล้วว่าตัวเกมดีพอ แต่ผมต้องรู้ว่าคนเข้าใจมันจากการอ่านกฎอย่างเดียวได้ไหม"</w:t>
      </w:r>
    </w:p>
    <w:p>
      <w:r>
        <w:rPr>
          <w:rFonts w:ascii="Tahoma" w:hAnsi="Tahoma" w:cs="Tahoma" w:eastAsia="Tahoma"/>
        </w:rPr>
        <w:t xml:space="preserve">Meeple Mountain ระบุขอบเขตชัดกว่า: </w:t>
      </w:r>
      <w:r>
        <w:rPr>
          <w:rFonts w:ascii="Tahoma" w:hAnsi="Tahoma" w:cs="Tahoma" w:eastAsia="Tahoma"/>
          <w:i/>
        </w:rPr>
        <w:t>"เป้าหมายของ blind playtest ไม่ควรเป็นการปรับปรุงดีไซน์เกม มันคือการทดสอบกฎเท่านั้น"</w:t>
      </w:r>
    </w:p>
    <w:p>
      <w:r>
        <w:rPr>
          <w:rFonts w:ascii="Tahoma" w:hAnsi="Tahoma" w:cs="Tahoma" w:eastAsia="Tahoma"/>
        </w:rPr>
        <w:t xml:space="preserve">Stonemaier ให้ตัวเลข: blind playtest คือ </w:t>
      </w:r>
      <w:r>
        <w:rPr>
          <w:rFonts w:ascii="Tahoma" w:hAnsi="Tahoma" w:cs="Tahoma" w:eastAsia="Tahoma"/>
          <w:i/>
        </w:rPr>
        <w:t>"25% เพื่อจุดประสงค์ในการปรับปรุง rulebook"</w:t>
      </w:r>
      <w:r>
        <w:rPr>
          <w:rFonts w:ascii="Tahoma" w:hAnsi="Tahoma" w:cs="Tahoma" w:eastAsia="Tahoma"/>
        </w:rPr>
        <w:t xml:space="preserve"> และมาตรฐานที่เขาใช้เข้มงวดผิดปกติ: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"ถ้า playtester พลาดกฎข้อหนึ่ง แม้กฎนั้นจะเขียนไว้ชัดแจ๋วใน rulebook ผมถือว่านั่นคือโอกาสที่จะทำให้มันชัดขึ้นอีก หรือย้ายไปที่ที่เห็นชัดกว่า"</w:t>
      </w:r>
    </w:p>
    <w:p>
      <w:r>
        <w:rPr>
          <w:rFonts w:ascii="Tahoma" w:hAnsi="Tahoma" w:cs="Tahoma" w:eastAsia="Tahoma"/>
        </w:rPr>
        <w:t>สังเกตว่าไม่มีเวอร์ชันไหนของประโยคนั้นที่โทษผู้ทดสอบ ท่าทีแบบนั้นคือสิ่งที่แยก rulebook ที่ดีขึ้นเรื่อยๆ ออกจากอันที่ไม่ดีขึ้น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14.2 ขั้นตอน</w:t>
      </w:r>
    </w:p>
    <w:p>
      <w:r>
        <w:rPr>
          <w:rFonts w:ascii="Tahoma" w:hAnsi="Tahoma" w:cs="Tahoma" w:eastAsia="Tahoma"/>
          <w:b/>
        </w:rPr>
        <w:t>หาคนที่ไม่เคยเห็นเกม</w:t>
      </w:r>
      <w:r>
        <w:rPr>
          <w:rFonts w:ascii="Tahoma" w:hAnsi="Tahoma" w:cs="Tahoma" w:eastAsia="Tahoma"/>
        </w:rPr>
        <w:t xml:space="preserve"> เพื่อนของเพื่อนใช้ได้ดี — ใกล้พอที่จะตอบตกลง ไกลพอที่จะพูดตรง การติดประกาศที่ร้านเกมท้องถิ่นบางครั้งได้ผล ส่วนการแลกเปลี่ยนระหว่างนักออกแบบ ("เล่นของผม แล้วผมจะเล่นของคุณ") คือแนวปฏิบัติที่ตั้งอยู่แล้วบน BGG</w:t>
      </w:r>
    </w:p>
    <w:p>
      <w:r>
        <w:rPr>
          <w:rFonts w:ascii="Tahoma" w:hAnsi="Tahoma" w:cs="Tahoma" w:eastAsia="Tahoma"/>
          <w:b/>
        </w:rPr>
        <w:t>ทดสอบกับคนที่ไม่เล่นบอร์ดเกม</w:t>
      </w:r>
      <w:r>
        <w:rPr>
          <w:rFonts w:ascii="Tahoma" w:hAnsi="Tahoma" w:cs="Tahoma" w:eastAsia="Tahoma"/>
        </w:rPr>
        <w:t xml:space="preserve"> นี่คือ Tip 2 ของ Resonym และเป็นข้อที่ถูกข้ามบ่อยที่สุด: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 xml:space="preserve">"การทดสอบ rulebook กับคนที่เล่นบอร์ดเกมเยอะค่อนข้างง่าย เพราะเขามัก </w:t>
      </w:r>
      <w:r>
        <w:rPr>
          <w:rFonts w:ascii="Tahoma" w:hAnsi="Tahoma" w:cs="Tahoma" w:eastAsia="Tahoma"/>
          <w:i/>
          <w:color w:val="2F2F2F"/>
          <w:sz w:val="20"/>
        </w:rPr>
        <w:t>อ่าน rulebook เป็น</w:t>
      </w:r>
      <w:r>
        <w:rPr>
          <w:rFonts w:ascii="Tahoma" w:hAnsi="Tahoma" w:cs="Tahoma" w:eastAsia="Tahoma"/>
          <w:i/>
          <w:color w:val="2F2F2F"/>
          <w:sz w:val="20"/>
        </w:rPr>
        <w:t xml:space="preserve"> อยู่แล้ว คุณควรหาคนที่ไม่ค่อยอ่าน rulebook — ครอบครัวคุณ เพื่อนที่ไม่เล่นเกม ใครก็ได้ที่คุณกล่อมได้ — เพราะการทดสอบพวกนี้แหละที่จะทำให้ rulebook คุณเจ๋ง ถ้า rulebook คุณสอนคุณยายให้เล่นเกมได้ มันสอนใครก็ได้"</w:t>
      </w:r>
    </w:p>
    <w:p>
      <w:r>
        <w:rPr>
          <w:rFonts w:ascii="Tahoma" w:hAnsi="Tahoma" w:cs="Tahoma" w:eastAsia="Tahoma"/>
          <w:b/>
        </w:rPr>
        <w:t>เตือนเขาก่อนว่าจะเจออะไร</w:t>
      </w:r>
      <w:r>
        <w:rPr>
          <w:rFonts w:ascii="Tahoma" w:hAnsi="Tahoma" w:cs="Tahoma" w:eastAsia="Tahoma"/>
        </w:rPr>
        <w:t xml:space="preserve"> จาก Resonym เช่นกัน พร้อมประโยคที่ควรจบทุกข้อถกเถียงว่าเรื่องนี้สำคัญไหม: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"หลังจากครั้งที่ภรรยาผมร้องไห้ระหว่างทดสอบ rulebook ผมจะบอก playtester ทุกครั้งว่ากำลังจะเจอกับอะไร"</w:t>
      </w:r>
    </w:p>
    <w:p>
      <w:r>
        <w:rPr>
          <w:rFonts w:ascii="Tahoma" w:hAnsi="Tahoma" w:cs="Tahoma" w:eastAsia="Tahoma"/>
        </w:rPr>
        <w:t xml:space="preserve">สคริปต์: </w:t>
      </w:r>
      <w:r>
        <w:rPr>
          <w:rFonts w:ascii="Tahoma" w:hAnsi="Tahoma" w:cs="Tahoma" w:eastAsia="Tahoma"/>
          <w:i/>
        </w:rPr>
        <w:t>"รอบนี้คุณจะอ่าน rulebook แล้วเรียนวิธีเล่นเอง การอ่าน rulebook มันยาก เรามาหาจุดที่งงกัน ถ้าคุณงงตรงไหนบอกผมได้เลย — ไม่ใช่ความผิดคุณ เป็นความผิดเรา ผมจะจดไว้ ผมช่วยคุณไม่ได้ แต่ผมจะแก้"</w:t>
      </w:r>
    </w:p>
    <w:p>
      <w:r>
        <w:rPr>
          <w:rFonts w:ascii="Tahoma" w:hAnsi="Tahoma" w:cs="Tahoma" w:eastAsia="Tahoma"/>
          <w:b/>
        </w:rPr>
        <w:t>ห้ามดูวิดีโอ</w:t>
      </w:r>
      <w:r>
        <w:rPr>
          <w:rFonts w:ascii="Tahoma" w:hAnsi="Tahoma" w:cs="Tahoma" w:eastAsia="Tahoma"/>
        </w:rPr>
        <w:t xml:space="preserve"> ไม่ใช่ทุกคนที่จะซื้อเกมมีอินเทอร์เน็ต และวิดีโอจะกลบข้อบกพร่องที่คุณตั้งใจมาหาพอดี</w:t>
      </w:r>
    </w:p>
    <w:p>
      <w:r>
        <w:rPr>
          <w:rFonts w:ascii="Tahoma" w:hAnsi="Tahoma" w:cs="Tahoma" w:eastAsia="Tahoma"/>
          <w:b/>
        </w:rPr>
        <w:t>ห้ามช่วยเขา</w:t>
      </w:r>
      <w:r>
        <w:rPr>
          <w:rFonts w:ascii="Tahoma" w:hAnsi="Tahoma" w:cs="Tahoma" w:eastAsia="Tahoma"/>
        </w:rPr>
        <w:t xml:space="preserve"> นี่คือคำสั่งที่ยากที่สุดในบทนี้และสำคัญที่สุด: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"มันยั่วใจมากๆ ที่จะเข้าไปช่วยผู้เล่นตอนเขาทำผิดอย่างเลี่ยงไม่ได้ แต่ถ้าคุณโผล่ไปช่วยเขาจากความผิดพลาด เขาจะเริ่มพึ่งคุณ เขาจะเรียนรู้ว่าไม่ต้องคิดหนักว่ากฎทำงานแบบนี้หรือแบบนั้น แค่เลือกสักแบบแล้วมองหน้าคุณว่าจะแก้ไหม"</w:t>
      </w:r>
    </w:p>
    <w:p>
      <w:r>
        <w:rPr>
          <w:rFonts w:ascii="Tahoma" w:hAnsi="Tahoma" w:cs="Tahoma" w:eastAsia="Tahoma"/>
        </w:rPr>
        <w:t>ตัวอย่างจริงของ Resonym: ในการทดสอบครั้งหนึ่ง ผู้เล่นเอาโทเคนอาหารทั้งเกมออกมาวางตั้งแต่ต้น เกิดเป็นกองพะเนินน่าเกลียดและเกมที่สนุกน้อยลงมาก เขาปล่อยให้เล่นแบบนั้นทั้งรอบ</w:t>
      </w:r>
    </w:p>
    <w:p>
      <w:r>
        <w:rPr>
          <w:rFonts w:ascii="Tahoma" w:hAnsi="Tahoma" w:cs="Tahoma" w:eastAsia="Tahoma"/>
          <w:b/>
        </w:rPr>
        <w:t>ข้อยกเว้นเดียว:</w:t>
      </w:r>
      <w:r>
        <w:rPr>
          <w:rFonts w:ascii="Tahoma" w:hAnsi="Tahoma" w:cs="Tahoma" w:eastAsia="Tahoma"/>
        </w:rPr>
        <w:t xml:space="preserve"> เข้าไปแทรกเมื่อการอ่านผิดนั้นจะทำให้การทดสอบที่เหลือใช้ไม่ได้ — เมื่อความผิดพลาดปัจจุบันแปลว่าคุณจะไม่มีวันได้สังเกตกฎ </w:t>
      </w:r>
      <w:r>
        <w:rPr>
          <w:rFonts w:ascii="Tahoma" w:hAnsi="Tahoma" w:cs="Tahoma" w:eastAsia="Tahoma"/>
          <w:i/>
        </w:rPr>
        <w:t>อีกข้อ</w:t>
      </w:r>
      <w:r>
        <w:rPr>
          <w:rFonts w:ascii="Tahoma" w:hAnsi="Tahoma" w:cs="Tahoma" w:eastAsia="Tahoma"/>
        </w:rPr>
        <w:t xml:space="preserve"> ที่คุณต้องตรวจ และเมื่อคุณเข้าไปแทรก </w:t>
      </w:r>
      <w:r>
        <w:rPr>
          <w:rFonts w:ascii="Tahoma" w:hAnsi="Tahoma" w:cs="Tahoma" w:eastAsia="Tahoma"/>
          <w:b/>
        </w:rPr>
        <w:t>ให้จดไว้ว่าคุณเข้าไปแทรก</w:t>
      </w:r>
      <w:r>
        <w:rPr>
          <w:rFonts w:ascii="Tahoma" w:hAnsi="Tahoma" w:cs="Tahoma" w:eastAsia="Tahoma"/>
        </w:rPr>
        <w:t xml:space="preserve"> เพราะมันลืมง่ายอย่างน่าประหลาดว่าการทดสอบที่ดู "สะอาด" จริงๆ แล้วไม่สะอาด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14.3 เทคนิคการสังเกต: แกล้งโง่</w:t>
      </w:r>
    </w:p>
    <w:p>
      <w:r>
        <w:rPr>
          <w:rFonts w:ascii="Tahoma" w:hAnsi="Tahoma" w:cs="Tahoma" w:eastAsia="Tahoma"/>
        </w:rPr>
        <w:t xml:space="preserve">ทริกที่นำไปใช้ได้ทันทีที่สุดในงานวิจัยทั้งหมด ให้ผู้ทดสอบคนเดียวสอน </w:t>
      </w:r>
      <w:r>
        <w:rPr>
          <w:rFonts w:ascii="Tahoma" w:hAnsi="Tahoma" w:cs="Tahoma" w:eastAsia="Tahoma"/>
          <w:i/>
        </w:rPr>
        <w:t>คุณ</w:t>
      </w:r>
      <w:r>
        <w:rPr>
          <w:rFonts w:ascii="Tahoma" w:hAnsi="Tahoma" w:cs="Tahoma" w:eastAsia="Tahoma"/>
        </w:rPr>
        <w:t xml:space="preserve"> เล่นเกม แล้วขัดจังหวะตัวเองตลอด: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"แล้วตอนนี้ผมทำอะไร?"</w:t>
      </w:r>
      <w:r>
        <w:rPr>
          <w:rFonts w:ascii="Tahoma" w:hAnsi="Tahoma" w:cs="Tahoma" w:eastAsia="Tahoma"/>
        </w:rPr>
        <w:t xml:space="preserve"> ใช้ที่ทุกจุดเปลี่ยน และใช้อย่างจงใจก่อนถึงกฎที่เคยทำให้ผู้เล่นสะดุดมาก่อน เพราะมันง่ายเกินไปที่จะบังเอิญทำถูกแล้วไม่ได้เรียนรู้อะไรเลย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"ผมควรตัดสินใจยังไงดี?"</w:t>
      </w:r>
      <w:r>
        <w:rPr>
          <w:rFonts w:ascii="Tahoma" w:hAnsi="Tahoma" w:cs="Tahoma" w:eastAsia="Tahoma"/>
        </w:rPr>
        <w:t xml:space="preserve"> เผยว่า rulebook สื่อความรู้สึกถึง </w:t>
      </w:r>
      <w:r>
        <w:rPr>
          <w:rFonts w:ascii="Tahoma" w:hAnsi="Tahoma" w:cs="Tahoma" w:eastAsia="Tahoma"/>
          <w:i/>
        </w:rPr>
        <w:t>เหตุผล</w:t>
      </w:r>
      <w:r>
        <w:rPr>
          <w:rFonts w:ascii="Tahoma" w:hAnsi="Tahoma" w:cs="Tahoma" w:eastAsia="Tahoma"/>
        </w:rPr>
        <w:t xml:space="preserve"> ที่ผู้เล่นจะเลือกทางใดทางหนึ่งหรือไม่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ทำผิดโดยตั้งใจ</w:t>
      </w:r>
      <w:r>
        <w:rPr>
          <w:rFonts w:ascii="Tahoma" w:hAnsi="Tahoma" w:cs="Tahoma" w:eastAsia="Tahoma"/>
        </w:rPr>
        <w:t xml:space="preserve"> ถ้าคุณเห็นใครเข้าใจกฎข้อหนึ่งผิดในรอบก่อน ให้ทำผิดแบบนั้นเอง แล้วดูว่าผู้ทดสอบคนนี้จับได้ไหม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14.4 blind test เวอร์ชันดุ</w:t>
      </w:r>
    </w:p>
    <w:p>
      <w:r>
        <w:rPr>
          <w:rFonts w:ascii="Tahoma" w:hAnsi="Tahoma" w:cs="Tahoma" w:eastAsia="Tahoma"/>
        </w:rPr>
        <w:t>Peter C. Hayward แห่ง Jellybean Games ส่งกฎกับอุปกรณ์ให้กลุ่ม ไปนั่งมุมห้อง แล้วเงียบสนิททั้งรอบ ถ้าติด พวกเขาต้องแก้ความกำกวมกันเองแล้วเล่นต่อ</w:t>
      </w:r>
    </w:p>
    <w:p>
      <w:r>
        <w:rPr>
          <w:rFonts w:ascii="Tahoma" w:hAnsi="Tahoma" w:cs="Tahoma" w:eastAsia="Tahoma"/>
        </w:rPr>
        <w:t xml:space="preserve">เหตุผลสนับสนุนของเขาแข็งแรงจริง: เมื่อนักออกแบบสอนและร่วมเล่น มันเป็นไปไม่ได้ที่จะแยกตัวเกมออกจากการมีอยู่ของนักออกแบบ — การตั้งโทน การแก้ผิดกลางทาง การสาธิตที่ชัดเจน </w:t>
      </w:r>
      <w:r>
        <w:rPr>
          <w:rFonts w:ascii="Tahoma" w:hAnsi="Tahoma" w:cs="Tahoma" w:eastAsia="Tahoma"/>
          <w:i/>
        </w:rPr>
        <w:t>"แต่สำหรับคนอื่นทุกคน ประสบการณ์ของเกมนี้จะไม่มีนักออกแบบอยู่ด้วย"</w:t>
      </w:r>
    </w:p>
    <w:p>
      <w:r>
        <w:rPr>
          <w:rFonts w:ascii="Tahoma" w:hAnsi="Tahoma" w:cs="Tahoma" w:eastAsia="Tahoma"/>
        </w:rPr>
        <w:t xml:space="preserve">คำวิจารณ์จาก Jeff Warrend ก็แฟร์พอกัน: การบังคับให้ผู้ทดสอบดิ้นรนนั้นแพง ไม่น่าพอใจ และไม่น่าเชื่อถือในฐานะวิธีออกแบบ เขายังตั้งข้อสังเกตที่คนมองข้าม: </w:t>
      </w:r>
      <w:r>
        <w:rPr>
          <w:rFonts w:ascii="Tahoma" w:hAnsi="Tahoma" w:cs="Tahoma" w:eastAsia="Tahoma"/>
          <w:i/>
        </w:rPr>
        <w:t>"กลุ่มที่ถูกสอนมักชอบเกมมากกว่ากลุ่มที่ต้องเรียนเอง"</w:t>
      </w:r>
    </w:p>
    <w:p>
      <w:r>
        <w:rPr>
          <w:rFonts w:ascii="Tahoma" w:hAnsi="Tahoma" w:cs="Tahoma" w:eastAsia="Tahoma"/>
        </w:rPr>
        <w:t xml:space="preserve">การสังเคราะห์: </w:t>
      </w:r>
      <w:r>
        <w:rPr>
          <w:rFonts w:ascii="Tahoma" w:hAnsi="Tahoma" w:cs="Tahoma" w:eastAsia="Tahoma"/>
          <w:b/>
        </w:rPr>
        <w:t>การเรียนจากกฎอย่างเดียวคือเงื่อนไขจำเป็นแต่ไม่เพียงพอ</w:t>
      </w:r>
      <w:r>
        <w:rPr>
          <w:rFonts w:ascii="Tahoma" w:hAnsi="Tahoma" w:cs="Tahoma" w:eastAsia="Tahoma"/>
        </w:rPr>
        <w:t xml:space="preserve"> ถ้ากลุ่มเป้าหมายของคุณคือครอบครัวและผู้เล่นทั่วไปที่จะแกะกล่องโดยไม่มีใครสอน — กลุ่มเป้าหมายของ Jellybean — เวอร์ชันดุจำลองความจริงได้เป๊ะ ถ้ากลุ่มเป้าหมายของคุณคือผู้เล่นจริงจังที่จะถูกสอนโดยคนที่อ่านกฎมาแล้ว ขั้นตอนที่อ่อนกว่าทดสอบเส้นทางที่พบบ่อยกว่า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14.5 เครื่องมือเก็บ feedback</w:t>
      </w:r>
    </w:p>
    <w:p>
      <w:r>
        <w:rPr>
          <w:rFonts w:ascii="Tahoma" w:hAnsi="Tahoma" w:cs="Tahoma" w:eastAsia="Tahoma"/>
        </w:rPr>
        <w:t xml:space="preserve">สร้างแบบฟอร์มสั้นๆ เฉพาะเกม แทนการใช้แบบทั่วไป — มีแบบประเมินมาตรฐานที่ถูกวิจารณ์ว่า </w:t>
      </w:r>
      <w:r>
        <w:rPr>
          <w:rFonts w:ascii="Tahoma" w:hAnsi="Tahoma" w:cs="Tahoma" w:eastAsia="Tahoma"/>
          <w:i/>
        </w:rPr>
        <w:t>"เยอะเกินไปและเต็มไปด้วยศัพท์เทคนิคเมื่อให้ผู้เล่นทั่วไปกรอก"</w:t>
      </w:r>
    </w:p>
    <w:p>
      <w:r>
        <w:rPr>
          <w:rFonts w:ascii="Tahoma" w:hAnsi="Tahoma" w:cs="Tahoma" w:eastAsia="Tahoma"/>
        </w:rPr>
        <w:t>ไอเดียการออกแบบสองข้อจากการถกเดียวกัน: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การ์ดใบเล็กวางบนโต๊ะ</w:t>
      </w:r>
      <w:r>
        <w:rPr>
          <w:rFonts w:ascii="Tahoma" w:hAnsi="Tahoma" w:cs="Tahoma" w:eastAsia="Tahoma"/>
        </w:rPr>
        <w:t xml:space="preserve"> ที่ลิสต์ว่าคุณอยากให้ผู้ทดสอบสังเกตอะไร เขาจะได้บันทึกปัญหาในจังหวะที่มันเกิด แทนที่จะนึกย้อนทีหลัง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คำถามปรับเทียบ:</w:t>
      </w:r>
      <w:r>
        <w:rPr>
          <w:rFonts w:ascii="Tahoma" w:hAnsi="Tahoma" w:cs="Tahoma" w:eastAsia="Tahoma"/>
        </w:rPr>
        <w:t xml:space="preserve"> </w:t>
      </w:r>
      <w:r>
        <w:rPr>
          <w:rFonts w:ascii="Tahoma" w:hAnsi="Tahoma" w:cs="Tahoma" w:eastAsia="Tahoma"/>
          <w:i/>
        </w:rPr>
        <w:t>"ให้คะแนน 1–10 คุณชอบเกมแนว worker placement แค่ไหนโดยทั่วไป?"</w:t>
      </w:r>
      <w:r>
        <w:rPr>
          <w:rFonts w:ascii="Tahoma" w:hAnsi="Tahoma" w:cs="Tahoma" w:eastAsia="Tahoma"/>
        </w:rPr>
        <w:t xml:space="preserve"> ตามด้วย </w:t>
      </w:r>
      <w:r>
        <w:rPr>
          <w:rFonts w:ascii="Tahoma" w:hAnsi="Tahoma" w:cs="Tahoma" w:eastAsia="Tahoma"/>
          <w:i/>
        </w:rPr>
        <w:t>"แล้วเกมนี้ล่ะ?"</w:t>
      </w:r>
      <w:r>
        <w:rPr>
          <w:rFonts w:ascii="Tahoma" w:hAnsi="Tahoma" w:cs="Tahoma" w:eastAsia="Tahoma"/>
        </w:rPr>
        <w:t xml:space="preserve"> ช่องว่างระหว่างสองตัวเลขบอกอะไรได้มากกว่าตัวเลขไหนตัวเดียว</w:t>
      </w:r>
    </w:p>
    <w:p>
      <w:r>
        <w:rPr>
          <w:rFonts w:ascii="Tahoma" w:hAnsi="Tahoma" w:cs="Tahoma" w:eastAsia="Tahoma"/>
        </w:rPr>
        <w:t xml:space="preserve">และอีกหนึ่งข้อจาก Entro Games ที่ใช้ตอน </w:t>
      </w:r>
      <w:r>
        <w:rPr>
          <w:rFonts w:ascii="Tahoma" w:hAnsi="Tahoma" w:cs="Tahoma" w:eastAsia="Tahoma"/>
          <w:i/>
        </w:rPr>
        <w:t>จบ</w:t>
      </w:r>
      <w:r>
        <w:rPr>
          <w:rFonts w:ascii="Tahoma" w:hAnsi="Tahoma" w:cs="Tahoma" w:eastAsia="Tahoma"/>
        </w:rPr>
        <w:t xml:space="preserve"> playtest ปกติ: </w:t>
      </w:r>
      <w:r>
        <w:rPr>
          <w:rFonts w:ascii="Tahoma" w:hAnsi="Tahoma" w:cs="Tahoma" w:eastAsia="Tahoma"/>
          <w:b/>
        </w:rPr>
        <w:t>ถามคนชนะว่าเขาจะสอนเกมนี้ยังไง</w:t>
      </w:r>
      <w:r>
        <w:rPr>
          <w:rFonts w:ascii="Tahoma" w:hAnsi="Tahoma" w:cs="Tahoma" w:eastAsia="Tahoma"/>
        </w:rPr>
        <w:t xml:space="preserve"> ลำดับที่เขาพูดออกมาเองคือหลักฐานตรงๆ ว่าโครงสร้างของคุณควรเป็นอย่างไร</w:t>
      </w:r>
    </w:p>
    <w:p>
      <w:r>
        <w:rPr>
          <w:rFonts w:ascii="Tahoma" w:hAnsi="Tahoma" w:cs="Tahoma" w:eastAsia="Tahoma"/>
        </w:rPr>
        <w:br w:type="page"/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ภาค 6 — หลักฐาน</w:t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15. ระบบจำแนกความล้มเหลว</w:t>
      </w:r>
    </w:p>
    <w:p>
      <w:r>
        <w:rPr>
          <w:rFonts w:ascii="Tahoma" w:hAnsi="Tahoma" w:cs="Tahoma" w:eastAsia="Tahoma"/>
        </w:rPr>
        <w:t xml:space="preserve">ความล้มเหลวสิบสองรูปแบบ แต่ละแบบมีตัวอย่างจริงที่ถูกบันทึกไว้ ใช้เป็นเครื่องมือวินิจฉัย: เมื่อมีคนบอกว่า rulebook ของคุณ "งง" คำถามที่มีประโยชน์คือ </w:t>
      </w:r>
      <w:r>
        <w:rPr>
          <w:rFonts w:ascii="Tahoma" w:hAnsi="Tahoma" w:cs="Tahoma" w:eastAsia="Tahoma"/>
          <w:i/>
        </w:rPr>
        <w:t>มันงงแบบไหนในสิบสองแบบนี้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15.1 กฎหายไป</w:t>
      </w:r>
    </w:p>
    <w:p>
      <w:r>
        <w:rPr>
          <w:rFonts w:ascii="Tahoma" w:hAnsi="Tahoma" w:cs="Tahoma" w:eastAsia="Tahoma"/>
        </w:rPr>
        <w:t>ประเภทที่เสียหายที่สุด เพราะผู้เล่นแยกไม่ออกระหว่าง "ไม่ได้เขียน" กับ "เราอ่านข้าม" เขาจึงตั้งกฎบ้านเอง หรือเลิกเล่น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*Imperium: Classics / Legends</w:t>
      </w:r>
      <w:r>
        <w:rPr>
          <w:rFonts w:ascii="Tahoma" w:hAnsi="Tahoma" w:cs="Tahoma" w:eastAsia="Tahoma"/>
        </w:rPr>
        <w:t>* — การ์ดประเภทที่ถูกจั่วบ่อยซึ่งบอทควรทิ้งเฉยๆ ถูกลืมจากกฎทั้งข้อ ผู้เล่นจึงปฏิบัติกับมันเป็นการ์ด "อื่นๆ" แล้วให้บอทได้แอ็กชันเพิ่ม ทำให้เกม solo ยากกว่าที่ออกแบบไว้มากโดยไม่มีใครรู้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*Raising Robots: Pets</w:t>
      </w:r>
      <w:r>
        <w:rPr>
          <w:rFonts w:ascii="Tahoma" w:hAnsi="Tahoma" w:cs="Tahoma" w:eastAsia="Tahoma"/>
        </w:rPr>
        <w:t>* — ไอคอนในดัชนีไม่ตรงกับที่พิมพ์บนการ์ด และไม่เคยระบุว่าหุ่นถูกเปิดใช้ซ้ำได้ไหม หรือแอ็กชันพิเศษต้องทำเมื่อไหร่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*Inferno</w:t>
      </w:r>
      <w:r>
        <w:rPr>
          <w:rFonts w:ascii="Tahoma" w:hAnsi="Tahoma" w:cs="Tahoma" w:eastAsia="Tahoma"/>
        </w:rPr>
        <w:t>* (รีวิวก่อนวางขาย) — ข้อกำหนดการเข้าถึงสถานที่พิเศษเปิดให้ตีความได้สามแบบ และการตั้งเกมโหมด solo ขัดแย้งกับการตั้งเกมปกติที่ขั้นตอนที่ 8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*Triplock</w:t>
      </w:r>
      <w:r>
        <w:rPr>
          <w:rFonts w:ascii="Tahoma" w:hAnsi="Tahoma" w:cs="Tahoma" w:eastAsia="Tahoma"/>
        </w:rPr>
        <w:t>* — กฎกับดักและมาตรการตอบโต้อยู่แค่บนการ์ดอ้างอิง ซึ่งบางกล่องส่งมาโดยการ์ดนั้นอยู่นอกกล่อง</w:t>
      </w:r>
    </w:p>
    <w:p>
      <w:r>
        <w:rPr>
          <w:rFonts w:ascii="Tahoma" w:hAnsi="Tahoma" w:cs="Tahoma" w:eastAsia="Tahoma"/>
          <w:b/>
        </w:rPr>
        <w:t>การตรวจจับ:</w:t>
      </w:r>
      <w:r>
        <w:rPr>
          <w:rFonts w:ascii="Tahoma" w:hAnsi="Tahoma" w:cs="Tahoma" w:eastAsia="Tahoma"/>
        </w:rPr>
        <w:t xml:space="preserve"> blind playtest คือวิธีเดียวที่เชื่อถือได้ Paul Grogan ระบุว่า </w:t>
      </w:r>
      <w:r>
        <w:rPr>
          <w:rFonts w:ascii="Tahoma" w:hAnsi="Tahoma" w:cs="Tahoma" w:eastAsia="Tahoma"/>
          <w:i/>
        </w:rPr>
        <w:t>"การขาด blind playtest จนเกิดสถานการณ์ที่ไม่มีอยู่ใน rulebook"</w:t>
      </w:r>
      <w:r>
        <w:rPr>
          <w:rFonts w:ascii="Tahoma" w:hAnsi="Tahoma" w:cs="Tahoma" w:eastAsia="Tahoma"/>
        </w:rPr>
        <w:t xml:space="preserve"> คือหนึ่งในธงแดงหลักของเขา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15.2 ใช้คำที่ไม่เคยนิยาม เหมือนกับว่านิยามแล้ว</w:t>
      </w:r>
    </w:p>
    <w:p>
      <w:r>
        <w:rPr>
          <w:rFonts w:ascii="Tahoma" w:hAnsi="Tahoma" w:cs="Tahoma" w:eastAsia="Tahoma"/>
          <w:b/>
        </w:rPr>
        <w:t>*Caper</w:t>
      </w:r>
      <w:r>
        <w:rPr>
          <w:rFonts w:ascii="Tahoma" w:hAnsi="Tahoma" w:cs="Tahoma" w:eastAsia="Tahoma"/>
          <w:i/>
        </w:rPr>
        <w:t xml:space="preserve"> คือกรณีศึกษาที่สะอาดที่สุดในงานวิจัยนี้ rulebook ใช้คำว่า </w:t>
      </w:r>
      <w:r>
        <w:rPr>
          <w:rFonts w:ascii="Tahoma" w:hAnsi="Tahoma" w:cs="Tahoma" w:eastAsia="Tahoma"/>
          <w:i/>
        </w:rPr>
        <w:t>"set"</w:t>
      </w:r>
      <w:r>
        <w:rPr>
          <w:rFonts w:ascii="Tahoma" w:hAnsi="Tahoma" w:cs="Tahoma" w:eastAsia="Tahoma"/>
        </w:rPr>
        <w:t>* ตลอดกฎการนับคะแนน โดยไม่เคยนิยามเลย สองกลุ่มที่ไม่รู้จักกันได้ข้อสรุปเดียวกัน — ผิด แต่สมเหตุสมผลอย่างสิ้นเชิง — แล้วเล่นแบบนั้นหลายเดือน หนึ่งในนั้นสมัครบัญชี BGG เพื่อมาบอกเรื่องนี้โดยเฉพาะ สุดท้ายนักออกแบบต้องมาตอบในเธรด คำตัดสินของผู้เล่นคนหนึ่ง: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"การอ้างถึง 'set' หลายครั้งในฐานะเงื่อนไขการนับคะแนน โดยไม่เคยบอกว่า 'set' คืออะไร ต้องเป็นความพลาดด้านกฎที่ใหญ่ที่สุดที่ผมเจอมาสักพัก"</w:t>
      </w:r>
    </w:p>
    <w:p>
      <w:r>
        <w:rPr>
          <w:rFonts w:ascii="Tahoma" w:hAnsi="Tahoma" w:cs="Tahoma" w:eastAsia="Tahoma"/>
        </w:rPr>
        <w:t xml:space="preserve">สังเกตว่าอะไรทำให้กรณีนี้สอนอะไรได้เยอะ: </w:t>
      </w:r>
      <w:r>
        <w:rPr>
          <w:rFonts w:ascii="Tahoma" w:hAnsi="Tahoma" w:cs="Tahoma" w:eastAsia="Tahoma"/>
          <w:b/>
        </w:rPr>
        <w:t>ไม่มีอะไรในประโยคนั้นที่ *ดู* พังเลย</w:t>
      </w:r>
      <w:r>
        <w:rPr>
          <w:rFonts w:ascii="Tahoma" w:hAnsi="Tahoma" w:cs="Tahoma" w:eastAsia="Tahoma"/>
        </w:rPr>
        <w:t xml:space="preserve"> คำว่า "set" เป็นภาษาอังกฤษธรรมดา มันกลายเป็นข้อบกพร่องเพราะเกมให้ความหมายเฉพาะกับมัน แล้วไม่เคยบอก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15.3 กฎกระจายอยู่หลายเอกสาร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*Mage Knight</w:t>
      </w:r>
      <w:r>
        <w:rPr>
          <w:rFonts w:ascii="Tahoma" w:hAnsi="Tahoma" w:cs="Tahoma" w:eastAsia="Tahoma"/>
          <w:i/>
        </w:rPr>
        <w:t xml:space="preserve"> — </w:t>
      </w:r>
      <w:r>
        <w:rPr>
          <w:rFonts w:ascii="Tahoma" w:hAnsi="Tahoma" w:cs="Tahoma" w:eastAsia="Tahoma"/>
        </w:rPr>
        <w:t>"เละเทะ มีกฎอยู่ 3 ที่ ไม่มีความสม่ำเสมอ แย่มาก (แต่เกมดีนะ)"*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*A Feast for Odin</w:t>
      </w:r>
      <w:r>
        <w:rPr>
          <w:rFonts w:ascii="Tahoma" w:hAnsi="Tahoma" w:cs="Tahoma" w:eastAsia="Tahoma"/>
          <w:i/>
        </w:rPr>
        <w:t xml:space="preserve"> และ </w:t>
      </w:r>
      <w:r>
        <w:rPr>
          <w:rFonts w:ascii="Tahoma" w:hAnsi="Tahoma" w:cs="Tahoma" w:eastAsia="Tahoma"/>
          <w:b/>
        </w:rPr>
        <w:t>7 Wonders</w:t>
      </w:r>
      <w:r>
        <w:rPr>
          <w:rFonts w:ascii="Tahoma" w:hAnsi="Tahoma" w:cs="Tahoma" w:eastAsia="Tahoma"/>
          <w:i/>
        </w:rPr>
        <w:t xml:space="preserve"> — </w:t>
      </w:r>
      <w:r>
        <w:rPr>
          <w:rFonts w:ascii="Tahoma" w:hAnsi="Tahoma" w:cs="Tahoma" w:eastAsia="Tahoma"/>
        </w:rPr>
        <w:t>"ผมหยิบเล่มผิดทุกครั้ง"*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*Ulm</w:t>
      </w:r>
      <w:r>
        <w:rPr>
          <w:rFonts w:ascii="Tahoma" w:hAnsi="Tahoma" w:cs="Tahoma" w:eastAsia="Tahoma"/>
          <w:i/>
        </w:rPr>
        <w:t xml:space="preserve"> — </w:t>
      </w:r>
      <w:r>
        <w:rPr>
          <w:rFonts w:ascii="Tahoma" w:hAnsi="Tahoma" w:cs="Tahoma" w:eastAsia="Tahoma"/>
        </w:rPr>
        <w:t>"เขียนไม่ได้แย่นะ แต่การตัดสินใจแยกกฎเป็นสองเล่มมันน่าเสียดายมาก"*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*Gloomhaven: Jaws of the Lion</w:t>
      </w:r>
      <w:r>
        <w:rPr>
          <w:rFonts w:ascii="Tahoma" w:hAnsi="Tahoma" w:cs="Tahoma" w:eastAsia="Tahoma"/>
        </w:rPr>
        <w:t>* — เล่มสอนถือกฎที่อภิธานศัพท์ตกไป</w:t>
      </w:r>
    </w:p>
    <w:p>
      <w:r>
        <w:rPr>
          <w:rFonts w:ascii="Tahoma" w:hAnsi="Tahoma" w:cs="Tahoma" w:eastAsia="Tahoma"/>
        </w:rPr>
        <w:t>เสียงบ่นไม่เคยเกี่ยวกับความยาวรวม มันคือการไม่รู้ว่าจะหยิบเอกสารไหน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15.4 อารมณ์ขันและบรรยากาศปนกับข้อความกฎ</w:t>
      </w:r>
    </w:p>
    <w:p>
      <w:r>
        <w:rPr>
          <w:rFonts w:ascii="Tahoma" w:hAnsi="Tahoma" w:cs="Tahoma" w:eastAsia="Tahoma"/>
        </w:rPr>
        <w:t>หัวข้อที่แตกแยกที่สุดในงานวิจัย และควรค่าแก่การทำความเข้าใจมากกว่าการเลือกข้าง</w:t>
      </w:r>
    </w:p>
    <w:p>
      <w:r>
        <w:rPr>
          <w:rFonts w:ascii="Tahoma" w:hAnsi="Tahoma" w:cs="Tahoma" w:eastAsia="Tahoma"/>
          <w:b/>
        </w:rPr>
        <w:t>ฝ่ายค้าน:</w:t>
      </w:r>
      <w:r>
        <w:rPr>
          <w:rFonts w:ascii="Tahoma" w:hAnsi="Tahoma" w:cs="Tahoma" w:eastAsia="Tahoma"/>
        </w:rPr>
        <w:t xml:space="preserve"> </w:t>
      </w:r>
      <w:r>
        <w:rPr>
          <w:rFonts w:ascii="Tahoma" w:hAnsi="Tahoma" w:cs="Tahoma" w:eastAsia="Tahoma"/>
          <w:i/>
        </w:rPr>
        <w:t>"Dungeon Lords แย่ Galaxy Trucker ก็แย่ ผมชอบ Galaxy Trucker มากนะ แต่กฎมันคือหายนะ การเอากฎปนกับข้อความบรรยากาศไม่ใช่ไอเดียที่ดีเลย"</w:t>
      </w:r>
      <w:r>
        <w:rPr>
          <w:rFonts w:ascii="Tahoma" w:hAnsi="Tahoma" w:cs="Tahoma" w:eastAsia="Tahoma"/>
        </w:rPr>
        <w:t xml:space="preserve"> … </w:t>
      </w:r>
      <w:r>
        <w:rPr>
          <w:rFonts w:ascii="Tahoma" w:hAnsi="Tahoma" w:cs="Tahoma" w:eastAsia="Tahoma"/>
          <w:i/>
        </w:rPr>
        <w:t>"ท่าทีตลกๆ ที่กฎถูกนำเสนอ ทำให้การดึงกฎจริงออกมาเป็นเรื่องเจ็บปวด"</w:t>
      </w:r>
    </w:p>
    <w:p>
      <w:r>
        <w:rPr>
          <w:rFonts w:ascii="Tahoma" w:hAnsi="Tahoma" w:cs="Tahoma" w:eastAsia="Tahoma"/>
          <w:b/>
        </w:rPr>
        <w:t>ฝ่ายสนับสนุน:</w:t>
      </w:r>
      <w:r>
        <w:rPr>
          <w:rFonts w:ascii="Tahoma" w:hAnsi="Tahoma" w:cs="Tahoma" w:eastAsia="Tahoma"/>
        </w:rPr>
        <w:t xml:space="preserve"> </w:t>
      </w:r>
      <w:r>
        <w:rPr>
          <w:rFonts w:ascii="Tahoma" w:hAnsi="Tahoma" w:cs="Tahoma" w:eastAsia="Tahoma"/>
          <w:i/>
        </w:rPr>
        <w:t>"สำหรับผม ไม่มีใครในวงการเขียน rulebook ได้ดีกว่า Vlaada Chvátil เล่มของเขาเขียนในแบบที่สอนให้คุณสอนเกมเป็น มักมีอารมณ์ขันและอ่านลื่นมาก"</w:t>
      </w:r>
      <w:r>
        <w:rPr>
          <w:rFonts w:ascii="Tahoma" w:hAnsi="Tahoma" w:cs="Tahoma" w:eastAsia="Tahoma"/>
        </w:rPr>
        <w:t xml:space="preserve"> และ Stonemaier ก็ลิสต์ </w:t>
      </w:r>
      <w:r>
        <w:rPr>
          <w:rFonts w:ascii="Tahoma" w:hAnsi="Tahoma" w:cs="Tahoma" w:eastAsia="Tahoma"/>
          <w:i/>
        </w:rPr>
        <w:t>Dungeon Lords</w:t>
      </w:r>
      <w:r>
        <w:rPr>
          <w:rFonts w:ascii="Tahoma" w:hAnsi="Tahoma" w:cs="Tahoma" w:eastAsia="Tahoma"/>
        </w:rPr>
        <w:t xml:space="preserve"> ไว้เป็นเล่มที่ควรศึกษา </w:t>
      </w:r>
      <w:r>
        <w:rPr>
          <w:rFonts w:ascii="Tahoma" w:hAnsi="Tahoma" w:cs="Tahoma" w:eastAsia="Tahoma"/>
          <w:i/>
        </w:rPr>
        <w:t>เรื่องอารมณ์ขัน</w:t>
      </w:r>
    </w:p>
    <w:p>
      <w:r>
        <w:rPr>
          <w:rFonts w:ascii="Tahoma" w:hAnsi="Tahoma" w:cs="Tahoma" w:eastAsia="Tahoma"/>
          <w:b/>
        </w:rPr>
        <w:t>ทางออกที่ทั้งสองฝ่ายยอมรับ:</w:t>
      </w:r>
      <w:r>
        <w:rPr>
          <w:rFonts w:ascii="Tahoma" w:hAnsi="Tahoma" w:cs="Tahoma" w:eastAsia="Tahoma"/>
        </w:rPr>
        <w:t xml:space="preserve"> อารมณ์ขันและบรรยากาศอยู่ใน sidebar และกล่องที่ </w:t>
      </w:r>
      <w:r>
        <w:rPr>
          <w:rFonts w:ascii="Tahoma" w:hAnsi="Tahoma" w:cs="Tahoma" w:eastAsia="Tahoma"/>
          <w:b/>
        </w:rPr>
        <w:t>แยกออกทางสายตา</w:t>
      </w:r>
      <w:r>
        <w:rPr>
          <w:rFonts w:ascii="Tahoma" w:hAnsi="Tahoma" w:cs="Tahoma" w:eastAsia="Tahoma"/>
        </w:rPr>
        <w:t xml:space="preserve"> Herc du Preez: </w:t>
      </w:r>
      <w:r>
        <w:rPr>
          <w:rFonts w:ascii="Tahoma" w:hAnsi="Tahoma" w:cs="Tahoma" w:eastAsia="Tahoma"/>
          <w:i/>
        </w:rPr>
        <w:t>"อย่าเอาข้อความตลกหรือองค์ประกอบธีมปนกับกฎ ให้กฎเป็นกฎอย่างเดียว นี่ไม่ได้แปลว่าห้ามมีอารมณ์ขันหรือเรื่องราวใน rulebook — มันควรอยู่ใน sidebar หรือหมายเหตุข้าง เก็บมันแยกกัน"</w:t>
      </w:r>
    </w:p>
    <w:p>
      <w:r>
        <w:rPr>
          <w:rFonts w:ascii="Tahoma" w:hAnsi="Tahoma" w:cs="Tahoma" w:eastAsia="Tahoma"/>
        </w:rPr>
        <w:t xml:space="preserve">การปรับเทียบอย่างซื่อสัตย์ของผู้แสดงความเห็นคนหนึ่ง: </w:t>
      </w:r>
      <w:r>
        <w:rPr>
          <w:rFonts w:ascii="Tahoma" w:hAnsi="Tahoma" w:cs="Tahoma" w:eastAsia="Tahoma"/>
          <w:i/>
        </w:rPr>
        <w:t>"ผมไม่อยากลุยอ่าน rulebook เกมโจรสลัดที่ฟังเหมือนถูกเล่าโดยกัปตันโจรสลัดทั้งเล่ม แต่อารมณ์ขันหยดสองหยดใน Dungeon Lords หรือ Galaxy Trucker ทำให้กฎเข้าใจและจำง่ายขึ้นจริง"</w:t>
      </w:r>
    </w:p>
    <w:p>
      <w:r>
        <w:rPr>
          <w:rFonts w:ascii="Tahoma" w:hAnsi="Tahoma" w:cs="Tahoma" w:eastAsia="Tahoma"/>
        </w:rPr>
        <w:t xml:space="preserve">และมีประโยชน์จริงที่ควรบันทึก: </w:t>
      </w:r>
      <w:r>
        <w:rPr>
          <w:rFonts w:ascii="Tahoma" w:hAnsi="Tahoma" w:cs="Tahoma" w:eastAsia="Tahoma"/>
          <w:i/>
        </w:rPr>
        <w:t>"rulebook ที่ดีทำให้จำกฎง่าย Dungeon Lords มีเรื่องราวที่อธิบายกฎบางข้อและทำให้มันติดหัว"</w:t>
      </w:r>
      <w:r>
        <w:rPr>
          <w:rFonts w:ascii="Tahoma" w:hAnsi="Tahoma" w:cs="Tahoma" w:eastAsia="Tahoma"/>
        </w:rPr>
        <w:t xml:space="preserve"> — </w:t>
      </w:r>
      <w:r>
        <w:rPr>
          <w:rFonts w:ascii="Tahoma" w:hAnsi="Tahoma" w:cs="Tahoma" w:eastAsia="Tahoma"/>
          <w:b/>
        </w:rPr>
        <w:t>บรรยากาศที่ *อธิบาย* กฎมีที่ยืน บรรยากาศที่แค่ *ล้อมรอบ* กฎไม่มี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15.5 ไอคอนเยอะแต่ไม่มีคีย์</w:t>
      </w:r>
    </w:p>
    <w:p>
      <w:r>
        <w:rPr>
          <w:rFonts w:ascii="Tahoma" w:hAnsi="Tahoma" w:cs="Tahoma" w:eastAsia="Tahoma"/>
        </w:rPr>
        <w:t xml:space="preserve">เกมดัดแปลงจาก Heroes of Might &amp; Magic: </w:t>
      </w:r>
      <w:r>
        <w:rPr>
          <w:rFonts w:ascii="Tahoma" w:hAnsi="Tahoma" w:cs="Tahoma" w:eastAsia="Tahoma"/>
          <w:i/>
        </w:rPr>
        <w:t>"ไอคอนกระจายเต็มไปหมด แต่ไม่มีหน้าอ้างอิงท้ายกฎ"</w:t>
      </w:r>
    </w:p>
    <w:p>
      <w:r>
        <w:rPr>
          <w:rFonts w:ascii="Tahoma" w:hAnsi="Tahoma" w:cs="Tahoma" w:eastAsia="Tahoma"/>
        </w:rPr>
        <w:t xml:space="preserve">มีสองกฎที่ตามมา: ทุกไอคอนต้องเข้ารหัสซ้อน (บทที่ 12) และคีย์ไอคอนต้องอยู่ </w:t>
      </w:r>
      <w:r>
        <w:rPr>
          <w:rFonts w:ascii="Tahoma" w:hAnsi="Tahoma" w:cs="Tahoma" w:eastAsia="Tahoma"/>
          <w:b/>
        </w:rPr>
        <w:t>ที่เดียวที่ชัดเจน</w:t>
      </w:r>
      <w:r>
        <w:rPr>
          <w:rFonts w:ascii="Tahoma" w:hAnsi="Tahoma" w:cs="Tahoma" w:eastAsia="Tahoma"/>
        </w:rPr>
        <w:t xml:space="preserve"> ซึ่งปกติคือปกหลัง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15.6 กฎที่ซ่อนอยู่ในตัวอย่าง คำบรรยายภาพ หรือวงเล็บ</w:t>
      </w:r>
    </w:p>
    <w:p>
      <w:r>
        <w:rPr>
          <w:rFonts w:ascii="Tahoma" w:hAnsi="Tahoma" w:cs="Tahoma" w:eastAsia="Tahoma"/>
        </w:rPr>
        <w:t>Paul Grogan ไล่ล่าเรื่องนี้เป็นพิเศษ มันร้ายกาจเพราะผู้อ่านซ้ำข้ามตัวอย่างโดยการออกแบบ กฎที่วางไว้ตรงนั้นจึงล่องหนในทุกรอบการอ่านหลังรอบแรก</w:t>
      </w:r>
    </w:p>
    <w:p>
      <w:r>
        <w:rPr>
          <w:rFonts w:ascii="Tahoma" w:hAnsi="Tahoma" w:cs="Tahoma" w:eastAsia="Tahoma"/>
          <w:b/>
        </w:rPr>
        <w:t>กฎ:</w:t>
      </w:r>
      <w:r>
        <w:rPr>
          <w:rFonts w:ascii="Tahoma" w:hAnsi="Tahoma" w:cs="Tahoma" w:eastAsia="Tahoma"/>
        </w:rPr>
        <w:t xml:space="preserve"> วงเล็บ คำบรรยายภาพ และตัวอย่าง </w:t>
      </w:r>
      <w:r>
        <w:rPr>
          <w:rFonts w:ascii="Tahoma" w:hAnsi="Tahoma" w:cs="Tahoma" w:eastAsia="Tahoma"/>
          <w:i/>
        </w:rPr>
        <w:t>ขยายความ</w:t>
      </w:r>
      <w:r>
        <w:rPr>
          <w:rFonts w:ascii="Tahoma" w:hAnsi="Tahoma" w:cs="Tahoma" w:eastAsia="Tahoma"/>
        </w:rPr>
        <w:t xml:space="preserve"> — มันไม่เคย </w:t>
      </w:r>
      <w:r>
        <w:rPr>
          <w:rFonts w:ascii="Tahoma" w:hAnsi="Tahoma" w:cs="Tahoma" w:eastAsia="Tahoma"/>
          <w:i/>
        </w:rPr>
        <w:t>แนะนำ</w:t>
      </w:r>
      <w:r>
        <w:rPr>
          <w:rFonts w:ascii="Tahoma" w:hAnsi="Tahoma" w:cs="Tahoma" w:eastAsia="Tahoma"/>
        </w:rPr>
        <w:t xml:space="preserve"> กฎใหม่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15.7 การอ้างอิงข้ามที่วนเป็นวงกลม</w:t>
      </w:r>
    </w:p>
    <w:p>
      <w:r>
        <w:rPr>
          <w:rFonts w:ascii="Tahoma" w:hAnsi="Tahoma" w:cs="Tahoma" w:eastAsia="Tahoma"/>
          <w:b/>
        </w:rPr>
        <w:t>*Root</w:t>
      </w:r>
      <w:r>
        <w:rPr>
          <w:rFonts w:ascii="Tahoma" w:hAnsi="Tahoma" w:cs="Tahoma" w:eastAsia="Tahoma"/>
        </w:rPr>
        <w:t>* โดนวิจารณ์เรื่องนี้ซ้ำๆ: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"ผมไม่อยากอ่าน 'ข้อกฎหมาย' ที่ให้กฎผมแล้วบอกให้ย้อนไปดูวรรค 2B ถ้าจำเป็นก็พูดซ้ำเลยสิ"</w:t>
      </w:r>
    </w:p>
    <w:p>
      <w:r>
        <w:rPr>
          <w:rFonts w:ascii="Tahoma" w:hAnsi="Tahoma" w:cs="Tahoma" w:eastAsia="Tahoma"/>
        </w:rPr>
        <w:t xml:space="preserve">Herc du Preez ระบุเวอร์ชันของเขา: </w:t>
      </w:r>
      <w:r>
        <w:rPr>
          <w:rFonts w:ascii="Tahoma" w:hAnsi="Tahoma" w:cs="Tahoma" w:eastAsia="Tahoma"/>
          <w:i/>
        </w:rPr>
        <w:t>"หัวข้อที่อ้างถึงหัวข้ออื่น ที่อ้างถึงหัวข้อที่สาม แล้วย้อนกลับมาหัวข้อแรก"</w:t>
      </w:r>
    </w:p>
    <w:p>
      <w:r>
        <w:rPr>
          <w:rFonts w:ascii="Tahoma" w:hAnsi="Tahoma" w:cs="Tahoma" w:eastAsia="Tahoma"/>
          <w:b/>
        </w:rPr>
        <w:t>กฎ:</w:t>
      </w:r>
      <w:r>
        <w:rPr>
          <w:rFonts w:ascii="Tahoma" w:hAnsi="Tahoma" w:cs="Tahoma" w:eastAsia="Tahoma"/>
        </w:rPr>
        <w:t xml:space="preserve"> อ้างอิง </w:t>
      </w:r>
      <w:r>
        <w:rPr>
          <w:rFonts w:ascii="Tahoma" w:hAnsi="Tahoma" w:cs="Tahoma" w:eastAsia="Tahoma"/>
          <w:i/>
        </w:rPr>
        <w:t>ไปข้างหน้า</w:t>
      </w:r>
      <w:r>
        <w:rPr>
          <w:rFonts w:ascii="Tahoma" w:hAnsi="Tahoma" w:cs="Tahoma" w:eastAsia="Tahoma"/>
        </w:rPr>
        <w:t xml:space="preserve"> หารายละเอียด ไม่วนลูป และระบุเป้าหมายอย่างชัดเจนเสมอ (</w:t>
      </w:r>
      <w:r>
        <w:rPr>
          <w:rFonts w:ascii="Tahoma" w:hAnsi="Tahoma" w:cs="Tahoma" w:eastAsia="Tahoma"/>
          <w:i/>
        </w:rPr>
        <w:t>ดู หัวข้อการเชื่อมต่อ หน้า 34</w:t>
      </w:r>
      <w:r>
        <w:rPr>
          <w:rFonts w:ascii="Tahoma" w:hAnsi="Tahoma" w:cs="Tahoma" w:eastAsia="Tahoma"/>
        </w:rPr>
        <w:t xml:space="preserve">) เมื่อกฎสั้น </w:t>
      </w:r>
      <w:r>
        <w:rPr>
          <w:rFonts w:ascii="Tahoma" w:hAnsi="Tahoma" w:cs="Tahoma" w:eastAsia="Tahoma"/>
          <w:b/>
        </w:rPr>
        <w:t>ให้พูดซ้ำแทนที่จะอ้างอิง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15.8 errata ไม่จบสิ้นและเวอร์ชันหลุด</w:t>
      </w:r>
    </w:p>
    <w:p>
      <w:r>
        <w:rPr>
          <w:rFonts w:ascii="Tahoma" w:hAnsi="Tahoma" w:cs="Tahoma" w:eastAsia="Tahoma"/>
          <w:b/>
        </w:rPr>
        <w:t>*Coffee Traders</w:t>
      </w:r>
      <w:r>
        <w:rPr>
          <w:rFonts w:ascii="Tahoma" w:hAnsi="Tahoma" w:cs="Tahoma" w:eastAsia="Tahoma"/>
          <w:i/>
        </w:rPr>
        <w:t xml:space="preserve"> คือกรณีหลัก: rulebook 1.0 </w:t>
      </w:r>
      <w:r>
        <w:rPr>
          <w:rFonts w:ascii="Tahoma" w:hAnsi="Tahoma" w:cs="Tahoma" w:eastAsia="Tahoma"/>
        </w:rPr>
        <w:t>"งงจนสำนักพิมพ์ Capstone Games ตัดสินใจเขียนใหม่อีกรอบเพียงสองปีหลังวางขาย"* rulebook 1.5 แก้ได้จริง — แต่เล่มจริงทำให้เจ้าของเสียเพิ่ม 7 ดอลลาร์ บนเกมราคาเกิน 100 ดอลลาร์</w:t>
      </w:r>
    </w:p>
    <w:p>
      <w:r>
        <w:rPr>
          <w:rFonts w:ascii="Tahoma" w:hAnsi="Tahoma" w:cs="Tahoma" w:eastAsia="Tahoma"/>
        </w:rPr>
        <w:t xml:space="preserve">rulebook ฉบับแรกของ </w:t>
      </w:r>
      <w:r>
        <w:rPr>
          <w:rFonts w:ascii="Tahoma" w:hAnsi="Tahoma" w:cs="Tahoma" w:eastAsia="Tahoma"/>
          <w:b/>
        </w:rPr>
        <w:t>*Agricola</w:t>
      </w:r>
      <w:r>
        <w:rPr>
          <w:rFonts w:ascii="Tahoma" w:hAnsi="Tahoma" w:cs="Tahoma" w:eastAsia="Tahoma"/>
          <w:i/>
        </w:rPr>
        <w:t xml:space="preserve"> ถูกอธิบายกว้างขวางว่าแย่มาก และดีขึ้นอย่างมีนัยสำคัญในฉบับหลัง การพิมพ์ซ้ำคือกลไกแพตช์ของวงการ และมันช้า: </w:t>
      </w:r>
      <w:r>
        <w:rPr>
          <w:rFonts w:ascii="Tahoma" w:hAnsi="Tahoma" w:cs="Tahoma" w:eastAsia="Tahoma"/>
        </w:rPr>
        <w:t>"คุณอาจต้องรอเกินสิบปีโดยหวังว่าการพิมพ์ซ้ำจะแก้ปัญหาที่เห็นชัด"*</w:t>
      </w:r>
    </w:p>
    <w:p>
      <w:r>
        <w:rPr>
          <w:rFonts w:ascii="Tahoma" w:hAnsi="Tahoma" w:cs="Tahoma" w:eastAsia="Tahoma"/>
          <w:b/>
        </w:rPr>
        <w:t>การบรรเทา:</w:t>
      </w:r>
      <w:r>
        <w:rPr>
          <w:rFonts w:ascii="Tahoma" w:hAnsi="Tahoma" w:cs="Tahoma" w:eastAsia="Tahoma"/>
        </w:rPr>
        <w:t xml:space="preserve"> ใส่เลขเวอร์ชันและวันที่ทุกเล่ม ทำหน้า living rules สาธารณะพร้อม changelog ที่มีวันที่ และปล่อย PDF ที่แก้แล้วฟรี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15.9 ตัวเลขไม่ตรงกันข้ามเอกสาร</w:t>
      </w:r>
    </w:p>
    <w:p>
      <w:r>
        <w:rPr>
          <w:rFonts w:ascii="Tahoma" w:hAnsi="Tahoma" w:cs="Tahoma" w:eastAsia="Tahoma"/>
        </w:rPr>
        <w:t xml:space="preserve">errata สาธารณะของ </w:t>
      </w:r>
      <w:r>
        <w:rPr>
          <w:rFonts w:ascii="Tahoma" w:hAnsi="Tahoma" w:cs="Tahoma" w:eastAsia="Tahoma"/>
          <w:b/>
        </w:rPr>
        <w:t>*Obsession</w:t>
      </w:r>
      <w:r>
        <w:rPr>
          <w:rFonts w:ascii="Tahoma" w:hAnsi="Tahoma" w:cs="Tahoma" w:eastAsia="Tahoma"/>
          <w:i/>
        </w:rPr>
        <w:t xml:space="preserve"> คือเช็กลิสต์ QA ชั้นดีในรูปแบบกลับด้าน จำนวนอุปกรณ์ผิดทั้งใน rulebook และอภิธานศัพท์ (การ์ดธีมเขียน 4 จริง 10; เหรียญ £100 เขียน 30 จริง 35; การ์ดแขกทั่วไปเขียน 30 จริง 35 — อันหลังเพราะเพิ่มการ์ดห้าใบ </w:t>
      </w:r>
      <w:r>
        <w:rPr>
          <w:rFonts w:ascii="Tahoma" w:hAnsi="Tahoma" w:cs="Tahoma" w:eastAsia="Tahoma"/>
        </w:rPr>
        <w:t>หลัง* ส่ง rulebook ไปแล้ว) และ player aid ระบุชื่อเสียง 2 สำหรับแอ็กชันที่กระดานและกฎบอกว่า 4</w:t>
      </w:r>
    </w:p>
    <w:p>
      <w:r>
        <w:rPr>
          <w:rFonts w:ascii="Tahoma" w:hAnsi="Tahoma" w:cs="Tahoma" w:eastAsia="Tahoma"/>
          <w:b/>
        </w:rPr>
        <w:t>การบรรเทา:</w:t>
      </w:r>
      <w:r>
        <w:rPr>
          <w:rFonts w:ascii="Tahoma" w:hAnsi="Tahoma" w:cs="Tahoma" w:eastAsia="Tahoma"/>
        </w:rPr>
        <w:t xml:space="preserve"> ตรวจทุกตัวเลขในรายการอุปกรณ์เทียบกับของที่จะพิมพ์จริง และตรวจซ้ำหลังการเปลี่ยนอุปกรณ์นาทีสุดท้าย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15.10 อ่านไม่ออกเพราะการออกแบบ</w:t>
      </w:r>
    </w:p>
    <w:p>
      <w:r>
        <w:rPr>
          <w:rFonts w:ascii="Tahoma" w:hAnsi="Tahoma" w:cs="Tahoma" w:eastAsia="Tahoma"/>
        </w:rPr>
        <w:t xml:space="preserve">กฎพิมพ์บนแผนที่สมบัติปลอม กฎบนภาพเข้ม ฟอนต์ประดับขนาดเล็ก แต่ละอันปรากฏในเธรด rulebook แย่ที่สุด ผูกกับเกมที่ผู้อ่าน </w:t>
      </w:r>
      <w:r>
        <w:rPr>
          <w:rFonts w:ascii="Tahoma" w:hAnsi="Tahoma" w:cs="Tahoma" w:eastAsia="Tahoma"/>
          <w:i/>
        </w:rPr>
        <w:t>ชอบ</w:t>
      </w:r>
      <w:r>
        <w:rPr>
          <w:rFonts w:ascii="Tahoma" w:hAnsi="Tahoma" w:cs="Tahoma" w:eastAsia="Tahoma"/>
        </w:rPr>
        <w:t xml:space="preserve"> แล้วเก็บขึ้นชั้นไปอยู่ดี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"กฎอยู่บนแผนที่สมบัติปลอมงี่เง่า... เฮ้อ ผมต้องเขียนใบ 'quick start' เอง ทั้งที่รักเกมนี้มาก!"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15.11 อธิบายมากเกินไป</w:t>
      </w:r>
    </w:p>
    <w:p>
      <w:r>
        <w:rPr>
          <w:rFonts w:ascii="Tahoma" w:hAnsi="Tahoma" w:cs="Tahoma" w:eastAsia="Tahoma"/>
        </w:rPr>
        <w:t xml:space="preserve">ควรพูดถึงอย่างจริงจัง เพราะนี่คือความล้มเหลวที่ </w:t>
      </w:r>
      <w:r>
        <w:rPr>
          <w:rFonts w:ascii="Tahoma" w:hAnsi="Tahoma" w:cs="Tahoma" w:eastAsia="Tahoma"/>
          <w:i/>
        </w:rPr>
        <w:t>คำแนะนำที่ดี</w:t>
      </w:r>
      <w:r>
        <w:rPr>
          <w:rFonts w:ascii="Tahoma" w:hAnsi="Tahoma" w:cs="Tahoma" w:eastAsia="Tahoma"/>
        </w:rPr>
        <w:t xml:space="preserve"> เป็นสาเหตุ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"[rulebook ที่อัดตัวอย่างกับภาพเต็มไปหมด] ผมว่าน่ารำคาญมาก เพราะมันทำให้หนังสือบวม และไร้ประโยชน์เพราะข้อมูลส่วนใหญ่จะถูกเมินหลังจากกฎถูกจำได้แล้ว ตัวร้ายที่สุดคือ 24 หน้าสำหรับเกมที่ยัดครึ่งเดียวยังไม่เต็ม"</w:t>
      </w:r>
    </w:p>
    <w:p>
      <w:r>
        <w:rPr>
          <w:rFonts w:ascii="Tahoma" w:hAnsi="Tahoma" w:cs="Tahoma" w:eastAsia="Tahoma"/>
        </w:rPr>
        <w:t xml:space="preserve">และ FFG โดนวิจารณ์เรื่องนี้โดยเฉพาะ: </w:t>
      </w:r>
      <w:r>
        <w:rPr>
          <w:rFonts w:ascii="Tahoma" w:hAnsi="Tahoma" w:cs="Tahoma" w:eastAsia="Tahoma"/>
          <w:i/>
        </w:rPr>
        <w:t>"ขึ้นชื่อเรื่องการอธิบายกฎที่ไม่ได้ซับซ้อนมากเกินความจำเป็น และทำให้ rulebook บวมเป็น 40 หน้าด้วยตัวอย่าง — แล้วทุกเล่มก็ยังต้องมี FAQ อยู่ดี"</w:t>
      </w:r>
    </w:p>
    <w:p>
      <w:r>
        <w:rPr>
          <w:rFonts w:ascii="Tahoma" w:hAnsi="Tahoma" w:cs="Tahoma" w:eastAsia="Tahoma"/>
        </w:rPr>
        <w:t xml:space="preserve">สังเกตความชอบที่เข้ากันได้จากฝ่ายตรงข้าม: </w:t>
      </w:r>
      <w:r>
        <w:rPr>
          <w:rFonts w:ascii="Tahoma" w:hAnsi="Tahoma" w:cs="Tahoma" w:eastAsia="Tahoma"/>
          <w:i/>
        </w:rPr>
        <w:t>"ผมยอมพลิก 20 หน้าแล้วกวาดตาเห็นเนื้อหาแต่ละหน้าในพริบตา ดีกว่าต้องลุยผ่าน 10 หน้าที่เป็นกำแพงตัวอักษร"</w:t>
      </w:r>
      <w:r>
        <w:rPr>
          <w:rFonts w:ascii="Tahoma" w:hAnsi="Tahoma" w:cs="Tahoma" w:eastAsia="Tahoma"/>
        </w:rPr>
        <w:t xml:space="preserve"> </w:t>
      </w:r>
      <w:r>
        <w:rPr>
          <w:rFonts w:ascii="Tahoma" w:hAnsi="Tahoma" w:cs="Tahoma" w:eastAsia="Tahoma"/>
          <w:b/>
        </w:rPr>
        <w:t>จำนวนหน้าไม่ใช่เสียงบ่น ความหนาแน่นต่างหาก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15.12 เวอร์ชันและภาคเสริมปนกันมั่ว</w:t>
      </w:r>
    </w:p>
    <w:p>
      <w:r>
        <w:rPr>
          <w:rFonts w:ascii="Tahoma" w:hAnsi="Tahoma" w:cs="Tahoma" w:eastAsia="Tahoma"/>
          <w:b/>
        </w:rPr>
        <w:t>*Vinhos Deluxe</w:t>
      </w:r>
      <w:r>
        <w:rPr>
          <w:rFonts w:ascii="Tahoma" w:hAnsi="Tahoma" w:cs="Tahoma" w:eastAsia="Tahoma"/>
        </w:rPr>
        <w:t>* พร้อมภาคเสริม Kickstarter คือตัวอย่างที่ถูกระบุชื่อ: edition, variant และ stretch goal รวมกันแบบไม่มีระบบในเล่มเดียว โดยบางเนื้อหาอยู่แค่บนกระดาษแผ่นหลวม</w:t>
      </w:r>
    </w:p>
    <w:p>
      <w:r>
        <w:rPr>
          <w:rFonts w:ascii="Tahoma" w:hAnsi="Tahoma" w:cs="Tahoma" w:eastAsia="Tahoma"/>
          <w:b/>
        </w:rPr>
        <w:t>กฎ (Curby):</w:t>
      </w:r>
      <w:r>
        <w:rPr>
          <w:rFonts w:ascii="Tahoma" w:hAnsi="Tahoma" w:cs="Tahoma" w:eastAsia="Tahoma"/>
        </w:rPr>
        <w:t xml:space="preserve"> rulebook ของเกมหลักอธิบายแค่เกมหลัก ภาคเสริมมีเอกสารเสริมของตัวเอง สำหรับแฟรนไชส์ที่มีภาคเสริมเยอะ เอกสารอ้างอิงรวมแยกต่างหากที่ครอบคลุมทุกอย่างสามารถดูแลและแจกจ่ายได้ — แต่ rulebook เกมหลักไม่ควรทำให้ผู้เล่นใหม่รู้สึกว่ากำลังอ่านเนื้อหาที่เขาไม่ได้เป็นเจ้าของ</w:t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16. กรณีศึกษา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16.1 rulebook ที่ควรศึกษา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เกม / สำนักพิมพ์</w:t>
            </w:r>
          </w:p>
        </w:tc>
        <w:tc>
          <w:tcPr>
            <w:tcW w:type="dxa" w:w="468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ศึกษาเรื่อง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Fantasy Flight (Marvel Champions, Arkham Horror LCG)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โมเดลสองเล่มที่ทำได้ถูกต้อง: Learn to Play แบบย่อ + Rules Reference ที่มีดัชนี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Root (Leder Games)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เล่มพาเล่นที่ทำให้เกมทรงเกมสงครามเข้าสู่กระแสหลัก และเอกสารอ้างอิงที่บอกคุณเองว่าควรอ่านเล่มไหนตามสไตล์การเรียน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Arcs (Leder Games)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น้ำเสียง อบอุ่น ซื่อสัตย์ สบายๆ ("เกมแรกจะยาวและน่าเบื่อ") คำอธิบายอุปกรณ์ตามบริบท และแม้แต่ไดอะแกรมวิธีเก็บของกลับกล่อง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ซีรีส์ Alea (Puerto Rico, San Juan, Castles of Burgundy)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สรุปข้างขอบ: กฎเต็มในคอลัมน์ สรุปหนึ่งบรรทัดที่ขอบ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Puerto Rico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การจัดการเคสขอบ: คำอธิบายของอาคารแต่ละหลังอยู่ใต้คำบรรยายโดยตรง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Dominion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วินัยคำเฉพาะ — สี่คำที่ใช้อย่างสม่ำเสมอสุดขีด — บวกภาคผนวกต่อการ์ดที่ครอบคลุมคอมโบแปลกและข้ามภาคเสริม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rulebook ของ Uwe Rosenberg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ลำดับการนำเสนอ ตัวอย่างแนบเกือบทุกแนวคิด ก้อนที่ย่อยง่าย และกล่องเคล็ดลับ "Uwe Says"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เกมของ Vital Lacerda (บก. Paul Grogan)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ความหนาแน่นของตัวอย่างบนเกมที่หนักจริง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Gloomhaven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ดัชนีแบบภาพ — วางภาพไว้ข้างคำนิยามสำหรับกฎเชิงพื้นที่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Gloomhaven: Jaws of the Lion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การออกแบบ tutorial (พร้อมข้อควรระวังเรื่องเอกสารอ้างอิงจาก 15.3)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Combat Commander / Here I Stand (Ed Beach, Chad Jensen)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งานฝีมือเอกสารอ้างอิงเกมสงคราม: หัวข้อมีหมายเลข ไม่มีน้ำ มีทั้งสารบัญ อภิธานศัพท์ และดัชนี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Twilight Struggle Deluxe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การนำทางด้วยหมายเลขหัวข้อที่ทำให้เปิดหาเร็ว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Splendor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สี่หน้า ครบถ้วน พิสูจน์ว่าเบาบางก็เพียงพอได้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Roll Player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หัวข้อย่อยเล็กจำนวนมาก แทนหัวข้อใหญ่ไม่กี่อัน หลังปกเป็นสรุปย่อ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Attika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หัวข้อชัด ตัวหนามีวินัย การแบ่งสองคอลัมน์ที่สะท้อนทางเลือกสองทาง และรายการ "สิ่งที่คนมักลืม" ปิดท้าย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Belfort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 xml:space="preserve">ทำให้เกมที่มีชิ้นส่วนเคลื่อนไหวเยอะ </w:t>
            </w:r>
            <w:r>
              <w:rPr>
                <w:rFonts w:ascii="Tahoma" w:hAnsi="Tahoma" w:cs="Tahoma" w:eastAsia="Tahoma"/>
                <w:i/>
                <w:sz w:val="18"/>
              </w:rPr>
              <w:t>รู้สึก</w:t>
            </w:r>
            <w:r>
              <w:rPr>
                <w:rFonts w:ascii="Tahoma" w:hAnsi="Tahoma" w:cs="Tahoma" w:eastAsia="Tahoma"/>
                <w:sz w:val="18"/>
              </w:rPr>
              <w:t xml:space="preserve"> ง่ายกว่าที่เป็นจริง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เกมของ Splotter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การย่อยความซับซ้อน บวก player aid ที่ดีจนแทบไม่ต้องเปิดหนังสือ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Raptor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การคาดการณ์ทุกคำถามที่ผู้เล่นอาจมี ในแบบที่จัดระเบียบดี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Merchants &amp; Marauders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rulebook กับ player aid ทำงานเป็นคู่หู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Mechanica / Surrealist Dinner Party (Resonym)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วิศวกรรมความสนใจ — ข้อความจางและกลับหัวเพื่อกันผู้เล่นใหม่อ่านส่วนขั้นสูง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Ark Nova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ภาคผนวกเฉพาะการ์ดเรียงตามตัวอักษร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Brass: Birmingham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หัวข้อสั้น "กฎที่มักถูกลืม"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Dune: Imperium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หน้าสัญลักษณ์หน้าเดียว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Galactic Cruise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การจัดระเบียบ (ตัวเลือกของ Stonemaier)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Barcelona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บริบททางประวัติศาสตร์ที่ผสานเข้ามาโดยไม่เบียดกฎ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Origin Story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รองรับจำนวนผู้เล่นและระดับประสบการณ์ที่หลากหลายในเล่มเดียว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Dawn of the Zeds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สถาปัตยกรรมหลายเล่ม</w:t>
            </w:r>
          </w:p>
        </w:tc>
      </w:tr>
    </w:tbl>
    <w:p/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16.2 rulebook ที่ควรศึกษาในฐานะคำเตือน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เกม</w:t>
            </w:r>
          </w:p>
        </w:tc>
        <w:tc>
          <w:tcPr>
            <w:tcW w:type="dxa" w:w="468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ความล้มเหลวหลัก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Robinson Crusoe (ฉบับแรก)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ข้อผิดพลาดที่นักออกแบบยอมรับเอง คำอธิบายแอ็กชันคลุมเครือ งานกราฟิกไม่สม่ำเสมอ จนเกิดระบบนิเวศ FAQ และฉบับเขียนใหม่โดยแฟนทั้งระบบ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First Martians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ถูกบรรณาธิการอาชีพระบุว่าตายเพราะ rulebook มีคำถามกฎและ errata เป็นร้อยโพสต์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Batman: Gotham City Chronicles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ถูก Paul Grogan ระบุชื่อเช่นกัน มี errata และ FAQ บน BGG เจ็ดหน้า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Mice and Mystics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ไม่มีดัชนี — ในเกมที่คนชอบ นี่เพียงอย่างเดียวคือเสียงบ่น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Space Base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ไม่มีดัชนีที่ใช้ได้ ปฏิสัมพันธ์ระหว่างการ์ดไม่เรียงตามตัวอักษร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Kemet: Blood and Sand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กฎสำคัญซ่อนอยู่ในรายการอุปกรณ์ ถ้อยคำขัดแย้ง กล่องตัวอย่างที่ทำให้กฎง่ายๆ ยากขึ้น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Coffee Traders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ข้อผิดพลาดและคำศัพท์ไม่สม่ำเสมอ รุนแรงพอที่จะบังคับให้สำนักพิมพ์เขียนใหม่สองปีให้หลัง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Pathfinder ACG: Rise of the Runelords (พิมพ์ครั้งแรก)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ใช้ศัพท์ก่อนนิยาม และมีเธรดถามกฎบน BGG กว่า 1,500 เธรด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Heroes of Normandie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โครงสร้างขาดเป็นท่อน บวกการแปลที่ไม่ดี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Space Hulk: Death Angel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แค่ไม่กี่หน้า แต่ผู้เล่นหาไม่เจอว่าตั้งเกมยังไง — ความสั้นไม่ใช่ความชัดเจน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Mage Knight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กฎแยกอยู่สามเอกสาร รวมถึงการ์ดอ้างอิงที่ถือกฎซึ่งไม่มีที่อื่น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Galaxy Trucker / สไตล์ CGE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อารมณ์ขันปนกับกฎ น่ารื่นรมย์ครั้งเดียว ทรมานตอนใช้อ้างอิง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Root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อ้างอิงข้ามสไตล์ข้อกฎหมาย ส่งผู้อ่านกลับไปหาวรรคที่มีหมายเลข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Caper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คำหลักในการนับคะแนน ("set") ถูกใช้ตลอดโดยไม่เคยนิยาม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Myth (2014)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ระดมทุนได้กว่า 900,000 ดอลลาร์ ผู้เล่นใช้เวลาถอดรหัสกฎมากกว่าเล่น จนเกิดฉบับเขียนใหม่โดยแฟน 72 หน้า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Perdition's Mouth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รวมส่วน Overview กับ Setup ไอคอนและ sidebar ล้น — ถูกวิจารณ์สาธารณะโดยคนเขียน rulebook ของมันเอง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Sword &amp; Sorcery: Immortal Souls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มีแค่สารบัญตามหัวข้อ ผู้เล่นสร้างดัชนีคำสำคัญเองเป็นสิบๆ ชั่วโมง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Race for the Galaxy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ตัวอักษรเนื้อหาราว 6–8 pt อ่านออก แต่เป็นจุดอ้างอิงของ "เล็กเกินไป" ในวงการ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Killer Bunnies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ฟอนต์ประดับเส้นบาง ขนาดเล็ก ตัวอักษรชิด ตัดขอบด้วยสี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Star Fleet Battles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กฎถูกเจือจางด้วยประโยคสั้น ไอเดียกลยุทธ์ และความคิดแวบๆ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Advanced Squad Leader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ประโยคเดียวยาวเป็นย่อหน้า ครบถ้วน แต่เรียนไม่ได้</w:t>
            </w:r>
          </w:p>
        </w:tc>
      </w:tr>
    </w:tbl>
    <w:p/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16.3 เรื่องเตือนใจที่ควรอ่านเต็มๆ</w:t>
      </w:r>
    </w:p>
    <w:p>
      <w:r>
        <w:rPr>
          <w:rFonts w:ascii="Tahoma" w:hAnsi="Tahoma" w:cs="Tahoma" w:eastAsia="Tahoma"/>
        </w:rPr>
        <w:t xml:space="preserve">เอกสารชิ้นเดียวที่มีค่าที่สุดในงานวิจัยนี้คือบทความ </w:t>
      </w:r>
      <w:r>
        <w:rPr>
          <w:rFonts w:ascii="Tahoma" w:hAnsi="Tahoma" w:cs="Tahoma" w:eastAsia="Tahoma"/>
          <w:i/>
        </w:rPr>
        <w:t>Every Board Game Rulebook Is Awful</w:t>
      </w:r>
      <w:r>
        <w:rPr>
          <w:rFonts w:ascii="Tahoma" w:hAnsi="Tahoma" w:cs="Tahoma" w:eastAsia="Tahoma"/>
        </w:rPr>
        <w:t xml:space="preserve"> ของ Dean Ray Johnson — ไม่ใช่เพราะข้อสรุปของมัน แต่เพราะมันคือคนเขียน rulebook ที่มาผ่าตัดความล้มเหลวของตัวเองต่อหน้าสาธารณะ</w:t>
      </w:r>
    </w:p>
    <w:p>
      <w:r>
        <w:rPr>
          <w:rFonts w:ascii="Tahoma" w:hAnsi="Tahoma" w:cs="Tahoma" w:eastAsia="Tahoma"/>
        </w:rPr>
        <w:t xml:space="preserve">เขาเขียน rulebook ของ </w:t>
      </w:r>
      <w:r>
        <w:rPr>
          <w:rFonts w:ascii="Tahoma" w:hAnsi="Tahoma" w:cs="Tahoma" w:eastAsia="Tahoma"/>
          <w:i/>
        </w:rPr>
        <w:t>Myth</w:t>
      </w:r>
      <w:r>
        <w:rPr>
          <w:rFonts w:ascii="Tahoma" w:hAnsi="Tahoma" w:cs="Tahoma" w:eastAsia="Tahoma"/>
        </w:rPr>
        <w:t xml:space="preserve"> ใหม่เพื่อฝึกงานเขียนเชิงเทคนิค ผลลัพธ์คือ 72 หน้า อัดแน่นด้วยข้อความบรรยากาศ และแยกขั้นตอนของรอบเกมไปคนละบท แฟนเกมชอบมาก — ยอดดาวน์โหลดราว 4,900 ครั้ง แล้ววันหนึ่งเพื่อนขอให้เขาสอน </w:t>
      </w:r>
      <w:r>
        <w:rPr>
          <w:rFonts w:ascii="Tahoma" w:hAnsi="Tahoma" w:cs="Tahoma" w:eastAsia="Tahoma"/>
          <w:i/>
        </w:rPr>
        <w:t>Myth</w:t>
      </w:r>
      <w:r>
        <w:rPr>
          <w:rFonts w:ascii="Tahoma" w:hAnsi="Tahoma" w:cs="Tahoma" w:eastAsia="Tahoma"/>
        </w:rPr>
        <w:t xml:space="preserve"> จากคู่มือของตัวเอง และเขาทำไม่ได้: </w:t>
      </w:r>
      <w:r>
        <w:rPr>
          <w:rFonts w:ascii="Tahoma" w:hAnsi="Tahoma" w:cs="Tahoma" w:eastAsia="Tahoma"/>
          <w:i/>
        </w:rPr>
        <w:t>"ผมใช้เวลาหลายนาทีสะดุดกับหน้าที่ผมเขียนเอง"</w:t>
      </w:r>
    </w:p>
    <w:p>
      <w:r>
        <w:rPr>
          <w:rFonts w:ascii="Tahoma" w:hAnsi="Tahoma" w:cs="Tahoma" w:eastAsia="Tahoma"/>
        </w:rPr>
        <w:t xml:space="preserve">เขาเขียน </w:t>
      </w:r>
      <w:r>
        <w:rPr>
          <w:rFonts w:ascii="Tahoma" w:hAnsi="Tahoma" w:cs="Tahoma" w:eastAsia="Tahoma"/>
          <w:i/>
        </w:rPr>
        <w:t>Heroes of Normandie</w:t>
      </w:r>
      <w:r>
        <w:rPr>
          <w:rFonts w:ascii="Tahoma" w:hAnsi="Tahoma" w:cs="Tahoma" w:eastAsia="Tahoma"/>
        </w:rPr>
        <w:t xml:space="preserve"> ใหม่เป็นลำดับถัดมา คราวนี้ทำเป็นคู่มืออ้างอิง แล้วรวมส่วน Overview กับ Setup เข้าด้วยกัน — </w:t>
      </w:r>
      <w:r>
        <w:rPr>
          <w:rFonts w:ascii="Tahoma" w:hAnsi="Tahoma" w:cs="Tahoma" w:eastAsia="Tahoma"/>
          <w:i/>
        </w:rPr>
        <w:t>"ทำไมไม่อธิบายว่าชิ้นส่วนทำอะไร ในที่เดียวกับที่บอกว่าวางมันตรงไหนล่ะ?"</w:t>
      </w:r>
      <w:r>
        <w:rPr>
          <w:rFonts w:ascii="Tahoma" w:hAnsi="Tahoma" w:cs="Tahoma" w:eastAsia="Tahoma"/>
        </w:rPr>
        <w:t xml:space="preserve"> แฟนเกมชอบอีก (ยอดโหลดราว 4,800) และเขาก็เกือบสอนเกมจากมันไม่ได้อีกครั้ง</w:t>
      </w:r>
    </w:p>
    <w:p>
      <w:r>
        <w:rPr>
          <w:rFonts w:ascii="Tahoma" w:hAnsi="Tahoma" w:cs="Tahoma" w:eastAsia="Tahoma"/>
        </w:rPr>
        <w:t xml:space="preserve">จากนั้นสำนักพิมพ์จ้างเขาเขียน rulebook ให้ </w:t>
      </w:r>
      <w:r>
        <w:rPr>
          <w:rFonts w:ascii="Tahoma" w:hAnsi="Tahoma" w:cs="Tahoma" w:eastAsia="Tahoma"/>
          <w:i/>
        </w:rPr>
        <w:t>Perdition's Mouth</w:t>
      </w:r>
      <w:r>
        <w:rPr>
          <w:rFonts w:ascii="Tahoma" w:hAnsi="Tahoma" w:cs="Tahoma" w:eastAsia="Tahoma"/>
        </w:rPr>
        <w:t xml:space="preserve"> เขาแบกความผิดพลาดทั้งสองอันติดตัวไปด้วย คำตัดสินของ Tom Vasel ต่อเกมที่ออกวางขาย: </w:t>
      </w:r>
      <w:r>
        <w:rPr>
          <w:rFonts w:ascii="Tahoma" w:hAnsi="Tahoma" w:cs="Tahoma" w:eastAsia="Tahoma"/>
          <w:i/>
        </w:rPr>
        <w:t>"rulebook ไม่ค่อยใช้งานได้เลย ผมว่ามันซับซ้อนเกินจำเป็นมาก กว่าจะเข้าใจว่าเล่นยังไงก็ใช้เวลาพอสมควร"</w:t>
      </w:r>
    </w:p>
    <w:p>
      <w:r>
        <w:rPr>
          <w:rFonts w:ascii="Tahoma" w:hAnsi="Tahoma" w:cs="Tahoma" w:eastAsia="Tahoma"/>
          <w:b/>
        </w:rPr>
        <w:t>บทเรียนสามข้อ และมันราคาถูกมากเมื่อเรียนจากเงินที่คนอื่นจ่ายไปแล้ว: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คำชมไม่ใช่หลักฐาน</w:t>
      </w:r>
      <w:r>
        <w:rPr>
          <w:rFonts w:ascii="Tahoma" w:hAnsi="Tahoma" w:cs="Tahoma" w:eastAsia="Tahoma"/>
        </w:rPr>
        <w:t xml:space="preserve"> rulebook ทุกเล่มที่ว่ามาได้คำชมจากคนที่ดาวน์โหลดมัน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บททดสอบคือการสอน ไม่ใช่การอ่าน</w:t>
      </w:r>
      <w:r>
        <w:rPr>
          <w:rFonts w:ascii="Tahoma" w:hAnsi="Tahoma" w:cs="Tahoma" w:eastAsia="Tahoma"/>
        </w:rPr>
        <w:t xml:space="preserve"> ลองสอนเกมของคุณจาก rulebook ของคุณเอง แบบสดๆ ถ้าคุณสะดุด คนอื่นก็จะสะดุด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Setup กับ Overview เป็นคนละงาน</w:t>
      </w:r>
      <w:r>
        <w:rPr>
          <w:rFonts w:ascii="Tahoma" w:hAnsi="Tahoma" w:cs="Tahoma" w:eastAsia="Tahoma"/>
        </w:rPr>
        <w:t xml:space="preserve"> Overview สร้างแบบจำลองในหัว Setup จัดโต๊ะ การรวมสองอันแปลว่าคุณกำลังสอนภาพรวมตามลำดับการตั้งเกม ซึ่งแทบไม่เคยเป็นลำดับที่ถูกต้อง</w:t>
      </w:r>
    </w:p>
    <w:p>
      <w:r>
        <w:rPr>
          <w:rFonts w:ascii="Tahoma" w:hAnsi="Tahoma" w:cs="Tahoma" w:eastAsia="Tahoma"/>
        </w:rPr>
        <w:br w:type="page"/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ภาค 7 — Template และเครื่องมือ</w:t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17. Template ที่ใช้ได้ทันที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17.1 โครงร่าง rulebook หลัก</w:t>
      </w:r>
    </w:p>
    <w:p>
      <w:r>
        <w:rPr>
          <w:rFonts w:ascii="Tahoma" w:hAnsi="Tahoma" w:cs="Tahoma" w:eastAsia="Tahoma"/>
        </w:rPr>
        <w:t xml:space="preserve">คัดลอกลงเอกสารเปล่าแล้วเริ่มเติม ลบส่วนที่เกมของคุณไม่ต้องการ — ประเด็นคือทำให้การละเว้นเป็นการ </w:t>
      </w:r>
      <w:r>
        <w:rPr>
          <w:rFonts w:ascii="Tahoma" w:hAnsi="Tahoma" w:cs="Tahoma" w:eastAsia="Tahoma"/>
          <w:b/>
        </w:rPr>
        <w:t>ตัดสินใจ</w:t>
      </w:r>
      <w:r>
        <w:rPr>
          <w:rFonts w:ascii="Tahoma" w:hAnsi="Tahoma" w:cs="Tahoma" w:eastAsia="Tahoma"/>
        </w:rPr>
        <w:t xml:space="preserve"> ไม่ใช่การลืม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>[ชื่อเกม]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>[หนึ่งบรรทัด: เกมแบบไหน สำหรับใคร]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>[N] ผู้เล่น · [N]–[N] นาที · อายุ [N]+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>1. เกริ่นนำ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หนึ่งย่อหน้า คุณเป็นใคร? อยู่ที่ไหนเมื่อไหร่?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พยายามทำอะไร และทำไม? จะทำยังไงโดยคร่าว?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>2. เป้าหมายของเกม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หนึ่งถึงสองประโยค ระบุเงื่อนไขชนะให้ชัดเจน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>3. อุปกรณ์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มีภาพประกอบ ทุกชิ้น จำนวนที่แน่นอน ชื่อของมัน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[ไดอะแกรมกายวิภาค ถ้าการ์ด/แผ่นมีข้อมูลหลายจุด]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>4. การตั้งเกม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ขั้นตอนเป็นข้อ ตามลำดับการหยิบจับจริง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ระบุให้ชัดว่าอะไรหงาย/คว่ำ และอะไรเปิดเผย/เป็นความลับ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[ไดอะแกรมสถานะโต๊ะที่ตั้งเสร็จแล้ว พร้อมป้ายกำกับ]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การเลือกผู้เล่นเริ่ม: [กฎ]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>5. ภาพรวมการเล่น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Bullet list ว่าหนึ่งรอบ/เทิร์นมีอะไรบ้าง ไม่มีรายละเอียด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เกมเล่น [N] รอบ / จนกระทั่ง [เงื่อนไข]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>6. การเล่นแบบละเอียด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6.1 [เฟส / แอ็กชัน A] — เฉพาะกรณีทั่วไป ข้อยกเว้นแยกไว้ในกล่อง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6.2 [เฟส / แอ็กชัน B]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6.3 [เฟส / แอ็กชัน C]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[ตัวอย่างที่ครอบคลุมปฏิสัมพันธ์ที่ไม่ชัดเจน]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>7. จบรอบ (ถ้ามี)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ขั้นตอนเก็บกวาดและรีเซ็ต ตามลำดับ ตรวจเงื่อนไขจบเกม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>8. จบเกม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ตัวกระตุ้น: [อะไรทำให้จบ]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หลังจากนั้น: [เล่นรอบให้จบไหม? ทุกคนได้เทิร์นเท่ากันไหม?]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>9. การนับคะแนนและผู้ชนะ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ขั้นตอนการนับคะแนนเป็นข้อ ตามลำดับที่คิด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กฎตัดสินเสมอ: [ตัวตัดสินที่ 1, ที่ 2]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[ตัวอย่างการนับคะแนนจริง]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>10. ภาคผนวก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 คำอธิบายการ์ด / แอ็กชัน / ความสามารถ เรียงตามตัวอักษร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 กฎที่คนมักลืม (เขียนจากบันทึก blind playtest ของคุณ)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>11. อภิธานศัพท์ (ปกหลังด้านใน)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>12. ดัชนี (ถ้าเกิน ~12 หน้า)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>13. ปกหลังด้านนอก: ลำดับเทิร์น · คีย์ไอคอน · จำนวนตั้งเกมตามจำนวนผู้เล่น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>---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>rulebook เวอร์ชัน [x.y] · [วันที่] · Living rules: [url]</w:t>
      </w:r>
    </w:p>
    <w:p/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17.2 Style guide ของโปรเจกต์คุณ</w:t>
      </w:r>
    </w:p>
    <w:p>
      <w:r>
        <w:rPr>
          <w:rFonts w:ascii="Tahoma" w:hAnsi="Tahoma" w:cs="Tahoma" w:eastAsia="Tahoma"/>
        </w:rPr>
        <w:t>กรอกก่อนเริ่มเขียน ใช้เวลาสิบห้านาที และป้องกันข้อบกพร่องด้านความสม่ำเสมอได้เกือบทั้งหมด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การตัดสินใจ</w:t>
            </w:r>
          </w:p>
        </w:tc>
        <w:tc>
          <w:tcPr>
            <w:tcW w:type="dxa" w:w="468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ตัวเลือกของคุณ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บุรุษ (ที่ 2 / ที่ 3)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Voice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Active เป็นค่าตั้งต้น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สรรพนามแทนผู้เล่น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เอกพจน์เป็นกลาง; ระบุ "ผู้เล่นคนนั้น" เมื่อกำกวม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นโยบายตัวพิมพ์ใหญ่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เฉพาะอุปกรณ์ การกระทำ และค่าจริงในเกม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ตัวหนาใช้กับ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คำเฉพาะตรงจุดที่นิยาม; หัวข้อ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ตัวเอียงใช้กับ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ตัวอย่าง คำบรรยายภาพ บรรยากาศ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ขีดเส้นใต้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ไม่ใช้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ตัวเลข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ใช้ตัวเลขสำหรับจำนวนในเกม; สะกดเป็นคำที่ต้นประโยคและในบรรยากาศ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ลำดับชั้นเวลา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เทิร์น → รอบ → [ยุค/ฤดู]; เฟสแบ่งย่อย [เทิร์น/รอบ]; ขั้นแบ่งย่อยเฟส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gain / take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gain = จากกองไม่จำกัด; take = จากกองจำกัดหรือจากผู้เล่น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ลำดับทรัพยากรมาตรฐาน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ลำดับสีผู้เล่นมาตรฐาน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คำเรียกอุปกรณ์ (mat / board / card / tile)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รูปแบบการอ้างอิงข้ามหัวข้อ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 xml:space="preserve">(ดู </w:t>
            </w:r>
            <w:r>
              <w:rPr>
                <w:rFonts w:ascii="Tahoma" w:hAnsi="Tahoma" w:cs="Tahoma" w:eastAsia="Tahoma"/>
                <w:i/>
                <w:sz w:val="18"/>
              </w:rPr>
              <w:t>ชื่อหัวข้อ</w:t>
            </w:r>
            <w:r>
              <w:rPr>
                <w:rFonts w:ascii="Tahoma" w:hAnsi="Tahoma" w:cs="Tahoma" w:eastAsia="Tahoma"/>
                <w:sz w:val="18"/>
              </w:rPr>
              <w:t>, น. N)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คำต้องห้าม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ควร; แค่/เพียงแค่; และคำพ้องของคำเฉพาะทุกคำ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คำที่ต้องตรวจซ้ำ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ยกเว้น; จำไว้ว่า; ต้อง</w:t>
            </w:r>
          </w:p>
        </w:tc>
      </w:tr>
    </w:tbl>
    <w:p/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17.3 ทะเบียนคำเฉพาะ</w:t>
      </w:r>
    </w:p>
    <w:p>
      <w:r>
        <w:rPr>
          <w:rFonts w:ascii="Tahoma" w:hAnsi="Tahoma" w:cs="Tahoma" w:eastAsia="Tahoma"/>
        </w:rPr>
        <w:t>หนึ่งแถวต่อหนึ่งคำในเกม นี่คือเกราะป้องกันการใช้คำพ้อง และคือสิ่งที่คุณส่งให้นักแปล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คำเฉพาะ</w:t>
            </w:r>
          </w:p>
        </w:tc>
        <w:tc>
          <w:tcPr>
            <w:tcW w:type="dxa" w:w="1872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นิยาม (หนึ่งประโยค)</w:t>
            </w:r>
          </w:p>
        </w:tc>
        <w:tc>
          <w:tcPr>
            <w:tcW w:type="dxa" w:w="1872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ไอคอน</w:t>
            </w:r>
          </w:p>
        </w:tc>
        <w:tc>
          <w:tcPr>
            <w:tcW w:type="dxa" w:w="1872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นิยามครั้งแรกหน้า</w:t>
            </w:r>
          </w:p>
        </w:tc>
        <w:tc>
          <w:tcPr>
            <w:tcW w:type="dxa" w:w="1872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ห้ามเรียกว่า</w:t>
            </w:r>
          </w:p>
        </w:tc>
      </w:tr>
      <w:tr>
        <w:tc>
          <w:tcPr>
            <w:tcW w:type="dxa" w:w="1872"/>
          </w:tcPr>
          <w:p>
            <w:r>
              <w:rPr>
                <w:rFonts w:ascii="Tahoma" w:hAnsi="Tahoma" w:cs="Tahoma" w:eastAsia="Tahoma"/>
                <w:sz w:val="18"/>
              </w:rPr>
            </w:r>
          </w:p>
        </w:tc>
        <w:tc>
          <w:tcPr>
            <w:tcW w:type="dxa" w:w="1872"/>
          </w:tcPr>
          <w:p>
            <w:r>
              <w:rPr>
                <w:rFonts w:ascii="Tahoma" w:hAnsi="Tahoma" w:cs="Tahoma" w:eastAsia="Tahoma"/>
                <w:sz w:val="18"/>
              </w:rPr>
            </w:r>
          </w:p>
        </w:tc>
        <w:tc>
          <w:tcPr>
            <w:tcW w:type="dxa" w:w="1872"/>
          </w:tcPr>
          <w:p>
            <w:r>
              <w:rPr>
                <w:rFonts w:ascii="Tahoma" w:hAnsi="Tahoma" w:cs="Tahoma" w:eastAsia="Tahoma"/>
                <w:sz w:val="18"/>
              </w:rPr>
            </w:r>
          </w:p>
        </w:tc>
        <w:tc>
          <w:tcPr>
            <w:tcW w:type="dxa" w:w="1872"/>
          </w:tcPr>
          <w:p>
            <w:r>
              <w:rPr>
                <w:rFonts w:ascii="Tahoma" w:hAnsi="Tahoma" w:cs="Tahoma" w:eastAsia="Tahoma"/>
                <w:sz w:val="18"/>
              </w:rPr>
            </w:r>
          </w:p>
        </w:tc>
        <w:tc>
          <w:tcPr>
            <w:tcW w:type="dxa" w:w="1872"/>
          </w:tcPr>
          <w:p>
            <w:r>
              <w:rPr>
                <w:rFonts w:ascii="Tahoma" w:hAnsi="Tahoma" w:cs="Tahoma" w:eastAsia="Tahoma"/>
                <w:sz w:val="18"/>
              </w:rPr>
            </w:r>
          </w:p>
        </w:tc>
      </w:tr>
    </w:tbl>
    <w:p/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17.4 ขั้นตอน blind playtest</w:t>
      </w:r>
    </w:p>
    <w:p>
      <w:r>
        <w:rPr>
          <w:rFonts w:ascii="Tahoma" w:hAnsi="Tahoma" w:cs="Tahoma" w:eastAsia="Tahoma"/>
          <w:b/>
        </w:rPr>
        <w:t>ก่อนเริ่ม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บันทึกเลขเวอร์ชันและวันที่ของ rulebook แล้ว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ผู้ทดสอบไม่เคยเห็นเกมนี้มาก่อน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มีอย่างน้อยหนึ่งรอบกับคนที่ไม่เล่นบอร์ดเกมหรือไม่ใช่เจ้าของภาษา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บอกผู้ทดสอบแล้ว: ห้ามดูวิดีโอ how-to-play ห้ามถามนักออกแบบ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พูดสคริปต์เตือนแล้ว: </w:t>
      </w:r>
      <w:r>
        <w:rPr>
          <w:rFonts w:ascii="Tahoma" w:hAnsi="Tahoma" w:cs="Tahoma" w:eastAsia="Tahoma"/>
          <w:i/>
        </w:rPr>
        <w:t>"ความงงเป็นความผิดของเรา ไม่ใช่ของคุณ บอกผมได้เลย ผมจะจดไว้แต่ช่วยไม่ได้"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ใบสังเกตการณ์พร้อม พร้อมรายชื่อกฎที่คุณสงสัยว่าอ่อน</w:t>
      </w:r>
    </w:p>
    <w:p>
      <w:r>
        <w:rPr>
          <w:rFonts w:ascii="Tahoma" w:hAnsi="Tahoma" w:cs="Tahoma" w:eastAsia="Tahoma"/>
          <w:b/>
        </w:rPr>
        <w:t>ระหว่างเล่น</w:t>
      </w:r>
      <w:r>
        <w:rPr>
          <w:rFonts w:ascii="Tahoma" w:hAnsi="Tahoma" w:cs="Tahoma" w:eastAsia="Tahoma"/>
        </w:rPr>
        <w:t xml:space="preserve"> — บันทึก ห้ามช่วย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เวลา</w:t>
            </w:r>
          </w:p>
        </w:tc>
        <w:tc>
          <w:tcPr>
            <w:tcW w:type="dxa" w:w="234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กฎ / หน้า</w:t>
            </w:r>
          </w:p>
        </w:tc>
        <w:tc>
          <w:tcPr>
            <w:tcW w:type="dxa" w:w="234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เกิดอะไรขึ้น</w:t>
            </w:r>
          </w:p>
        </w:tc>
        <w:tc>
          <w:tcPr>
            <w:tcW w:type="dxa" w:w="234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อ่านผิด / กฎหาย / ปัญหาเลย์เอาต์?</w:t>
            </w:r>
          </w:p>
        </w:tc>
      </w:tr>
      <w:tr>
        <w:tc>
          <w:tcPr>
            <w:tcW w:type="dxa" w:w="2340"/>
          </w:tcPr>
          <w:p>
            <w:r>
              <w:rPr>
                <w:rFonts w:ascii="Tahoma" w:hAnsi="Tahoma" w:cs="Tahoma" w:eastAsia="Tahoma"/>
                <w:sz w:val="18"/>
              </w:rPr>
            </w:r>
          </w:p>
        </w:tc>
        <w:tc>
          <w:tcPr>
            <w:tcW w:type="dxa" w:w="2340"/>
          </w:tcPr>
          <w:p>
            <w:r>
              <w:rPr>
                <w:rFonts w:ascii="Tahoma" w:hAnsi="Tahoma" w:cs="Tahoma" w:eastAsia="Tahoma"/>
                <w:sz w:val="18"/>
              </w:rPr>
            </w:r>
          </w:p>
        </w:tc>
        <w:tc>
          <w:tcPr>
            <w:tcW w:type="dxa" w:w="2340"/>
          </w:tcPr>
          <w:p>
            <w:r>
              <w:rPr>
                <w:rFonts w:ascii="Tahoma" w:hAnsi="Tahoma" w:cs="Tahoma" w:eastAsia="Tahoma"/>
                <w:sz w:val="18"/>
              </w:rPr>
            </w:r>
          </w:p>
        </w:tc>
        <w:tc>
          <w:tcPr>
            <w:tcW w:type="dxa" w:w="2340"/>
          </w:tcPr>
          <w:p>
            <w:r>
              <w:rPr>
                <w:rFonts w:ascii="Tahoma" w:hAnsi="Tahoma" w:cs="Tahoma" w:eastAsia="Tahoma"/>
                <w:sz w:val="18"/>
              </w:rPr>
            </w:r>
          </w:p>
        </w:tc>
      </w:tr>
    </w:tbl>
    <w:p/>
    <w:p>
      <w:pPr>
        <w:pStyle w:val="ListBullet"/>
        <w:spacing w:after="60"/>
      </w:pPr>
      <w:r>
        <w:rPr>
          <w:rFonts w:ascii="Tahoma" w:hAnsi="Tahoma" w:cs="Tahoma" w:eastAsia="Tahoma"/>
        </w:rPr>
        <w:t>จดทุกครั้งที่ผู้ทดสอบพลิกกลับหน้า และพลิกไปหน้าไหน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จดทุกคำถามที่ถามออกมาดังๆ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จดทุกกฎที่ถูกเล่นผิด ไม่ว่าจะมีใครสังเกตเห็นหรือไม่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จดทุกครั้งที่คุณเข้าไปแทรก และเหตุผล</w:t>
      </w:r>
    </w:p>
    <w:p>
      <w:r>
        <w:rPr>
          <w:rFonts w:ascii="Tahoma" w:hAnsi="Tahoma" w:cs="Tahoma" w:eastAsia="Tahoma"/>
          <w:b/>
        </w:rPr>
        <w:t>หลังจบ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ตั้งแต่แกะกล่องถึงเทิร์นแรกที่มีความหมาย ใช้เวลาเท่าไหร่?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กฎข้อไหนถูกเล่นผิด? แล้ว rulebook เขียนกฎแต่ละข้อไว้ตรงไหน?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กฎข้อไหนถูกเปิดหากลางเกม และการเปิดหาใช้เวลานานแค่ไหน?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ถามคนชนะ: </w:t>
      </w:r>
      <w:r>
        <w:rPr>
          <w:rFonts w:ascii="Tahoma" w:hAnsi="Tahoma" w:cs="Tahoma" w:eastAsia="Tahoma"/>
          <w:i/>
        </w:rPr>
        <w:t>"ถ้าคุณจะสอนเกมนี้ คุณจะสอนยังไง?"</w:t>
      </w:r>
      <w:r>
        <w:rPr>
          <w:rFonts w:ascii="Tahoma" w:hAnsi="Tahoma" w:cs="Tahoma" w:eastAsia="Tahoma"/>
        </w:rPr>
        <w:t xml:space="preserve"> แล้วจดลำดับที่เขาพูด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คำถามไหนถูกถามโดยผู้ทดสอบมากกว่าหนึ่งคน? </w:t>
      </w:r>
      <w:r>
        <w:rPr>
          <w:rFonts w:ascii="Tahoma" w:hAnsi="Tahoma" w:cs="Tahoma" w:eastAsia="Tahoma"/>
          <w:b/>
        </w:rPr>
        <w:t>นั่นคือข้อบกพร่อง</w:t>
      </w:r>
      <w:r>
        <w:rPr>
          <w:rFonts w:ascii="Tahoma" w:hAnsi="Tahoma" w:cs="Tahoma" w:eastAsia="Tahoma"/>
        </w:rPr>
        <w:t xml:space="preserve"> ส่วนความงงที่เกิดครั้งเดียวอาจเป็นสัญญาณรบกวน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17.5 เช็กลิสต์ QA ก่อนส่งโรงพิมพ์</w:t>
      </w:r>
    </w:p>
    <w:p>
      <w:r>
        <w:rPr>
          <w:rFonts w:ascii="Tahoma" w:hAnsi="Tahoma" w:cs="Tahoma" w:eastAsia="Tahoma"/>
          <w:b/>
        </w:rPr>
        <w:t>ความครบถ้วนของเนื้อหา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อุปกรณ์ทุกชิ้นในกล่องอยู่ในรายการพร้อมภาพ และจำนวนถูกต้อง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กฎทุกข้อที่พิมพ์บนการ์ด กระดาน แผ่น หรือ player aid มีอยู่ใน rulebook ด้วย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การตั้งเกมระบุครบทุกจำนวนผู้เล่นที่รองรับ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กฎที่ใช้คำว่า "มากที่สุด / น้อยที่สุด / อันดับหนึ่ง" มีกฎตัดสินเสมอครบ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โหมด solo, co-op และ variant มีการตั้งเกมและเงื่อนไขจบครบถ้วน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 xml:space="preserve">ระบุทั้งตัวกระตุ้นจบเกม </w:t>
      </w:r>
      <w:r>
        <w:rPr>
          <w:rFonts w:ascii="Tahoma" w:hAnsi="Tahoma" w:cs="Tahoma" w:eastAsia="Tahoma"/>
          <w:b/>
        </w:rPr>
        <w:t>และ</w:t>
      </w:r>
      <w:r>
        <w:rPr>
          <w:rFonts w:ascii="Tahoma" w:hAnsi="Tahoma" w:cs="Tahoma" w:eastAsia="Tahoma"/>
        </w:rPr>
        <w:t xml:space="preserve"> ลำดับสิ่งที่เกิดขึ้นหลังจากนั้น</w:t>
      </w:r>
    </w:p>
    <w:p>
      <w:r>
        <w:rPr>
          <w:rFonts w:ascii="Tahoma" w:hAnsi="Tahoma" w:cs="Tahoma" w:eastAsia="Tahoma"/>
          <w:b/>
        </w:rPr>
        <w:t>โครงสร้าง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เป้าหมายปรากฏก่อนกฎละเอียด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ไม่มีคำไหนถูกใช้ก่อนถูกนิยาม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การอ้างอิงไปข้างหน้าทุกอันระบุหัวข้อและหน้า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ข้อยกเว้นอยู่ข้างกฎของมัน หรือในส่วนที่ทำเครื่องหมายไว้ ไม่ปนในกระแสหลัก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กฎแต่ละข้ออยู่ใต้หัวข้อที่ผู้เล่นที่งงจะเปิดหาจริง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อ่านรวดเดียวตามลำดับแล้วเข้าใจเกมได้</w:t>
      </w:r>
    </w:p>
    <w:p>
      <w:r>
        <w:rPr>
          <w:rFonts w:ascii="Tahoma" w:hAnsi="Tahoma" w:cs="Tahoma" w:eastAsia="Tahoma"/>
          <w:b/>
        </w:rPr>
        <w:t>ภาษา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หนึ่งแนวคิด = หนึ่งคำ ทุกที่ รวมทั้งบนการ์ดและในสื่อโฆษณา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ผลที่ทำงานเหมือนกันถูกเขียนด้วยถ้อยคำเดียวกัน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เงื่อนไขมาก่อนผลลัพธ์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ไม่มีประโยคไหนสอบตกกฎลมหายใจเดียว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ลบ "ควร" หมดแล้ว; ตรวจ "ยกเว้น" และ "จำไว้ว่า" ในฐานะสัญญาณดีไซน์แล้ว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ชุดที่ปรากฏซ้ำเรียงลำดับเดียวกันเสมอ</w:t>
      </w:r>
    </w:p>
    <w:p>
      <w:r>
        <w:rPr>
          <w:rFonts w:ascii="Tahoma" w:hAnsi="Tahoma" w:cs="Tahoma" w:eastAsia="Tahoma"/>
          <w:b/>
        </w:rPr>
        <w:t>ตัวอย่างและภาพ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ทุกตัวอย่างครอบคลุมอย่างน้อยหนึ่งกรณีที่ไม่ชัดเจน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ไม่มีกฎไหนอยู่แค่ในตัวอย่าง คำบรรยายภาพ หรือวงเล็บ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ตัวอย่างบอกชัดว่าอะไรเป็นแค่รายละเอียดสมมติ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มีไดอะแกรมการตั้งเกมพร้อมป้ายกำกับ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ชิ้นส่วนที่มีข้อมูลแน่นมีไดอะแกรมกายวิภาค</w:t>
      </w:r>
    </w:p>
    <w:p>
      <w:r>
        <w:rPr>
          <w:rFonts w:ascii="Tahoma" w:hAnsi="Tahoma" w:cs="Tahoma" w:eastAsia="Tahoma"/>
          <w:b/>
        </w:rPr>
        <w:t>ระบบอ้างอิง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มีสารบัญ และมีดัชนีถ้าเกิน ~12 หน้า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คีย์ไอคอนอยู่ที่เดียวที่ชัดเจน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ปกหลังมีลำดับเทิร์น คีย์ไอคอน และ/หรือ สรุปการตั้งเกม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มีรายการ "กฎที่คนมักลืม"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rulebook มีเลขเวอร์ชันและวันที่</w:t>
      </w:r>
    </w:p>
    <w:p>
      <w:r>
        <w:rPr>
          <w:rFonts w:ascii="Tahoma" w:hAnsi="Tahoma" w:cs="Tahoma" w:eastAsia="Tahoma"/>
          <w:b/>
        </w:rPr>
        <w:t>ตัวอักษรและงานพิมพ์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ตัวอักษรเนื้อหา ≥ 10 pt และตรวจตัวเล็กสุดในแสงสลัวแล้ว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ความต่างสี ≥ 4.5:1 และหน้ายังอ่านได้เมื่อแปลงเป็นขาวดำ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ไม่มีข้อความกฎบนภาพ พื้นผิว หรือพื้นสีเข้ม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ไม่มีที่ไหนใช้สีอย่างเดียวสื่อความหมาย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ไม่มีข้อความกฎขีดเส้นใต้ และตัวพิมพ์ใหญ่ทั้งหมดใช้แค่ไม่กี่จุด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หัวข้อสั้นไม่ขาดข้ามหน้า และหัวข้อสองหน้าอยู่บนหน้าคู่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จำนวนหน้าหารด้วย 4 ลงตัว</w:t>
      </w:r>
    </w:p>
    <w:p>
      <w:r>
        <w:rPr>
          <w:rFonts w:ascii="Tahoma" w:hAnsi="Tahoma" w:cs="Tahoma" w:eastAsia="Tahoma"/>
          <w:b/>
        </w:rPr>
        <w:t>การทดสอบและการส่งมอบ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blind playtest เต็มรูปแบบอย่างน้อยหนึ่งครั้ง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อย่างน้อยหนึ่งครั้งกับคนที่ไม่เล่นบอร์ดเกมหรือไม่ใช่เจ้าของภาษา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ทดสอบจับเวลาการเปิดหาบนเล่มตัวอย่างก่อนผลิตผ่านแล้ว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อ่าน rulebook ย้อนหลังทีละหัวข้อแล้ว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ส่ง style guide ที่เขียนไว้ให้บรรณาธิการและคนพิสูจน์อักษรแล้ว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แก้ข้อความก่อนจัดหน้า และพิสูจน์อักษรหลังจัดหน้า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คำสั่งถึงนักออกแบบกราฟิกแยกจากข้อความกฎอย่างไม่มีทางสับสน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เวอร์ชัน rulebook ตรงกับเวอร์ชันอุปกรณ์ที่กำลังจะพิมพ์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วางแผน PDF ที่ค้นหาได้ และหน้า living rules แล้ว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17.6 ฉบับหน้าเดียว</w:t>
      </w:r>
    </w:p>
    <w:p>
      <w:r>
        <w:rPr>
          <w:rFonts w:ascii="Tahoma" w:hAnsi="Tahoma" w:cs="Tahoma" w:eastAsia="Tahoma"/>
        </w:rPr>
        <w:t>ถ้าจำอย่างอื่นไม่ได้เลย: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บอกเป้าหมายก่อนบอกกฎ</w:t>
      </w:r>
      <w:r>
        <w:rPr>
          <w:rFonts w:ascii="Tahoma" w:hAnsi="Tahoma" w:cs="Tahoma" w:eastAsia="Tahoma"/>
        </w:rPr>
        <w:t xml:space="preserve"> เป้าหมายคือตัวเกม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ห้ามใช้คำก่อนนิยามคำนั้น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หนึ่งแนวคิด หนึ่งคำ ตลอดไป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เงื่อนไขมาก่อนผลลัพธ์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รายการอุปกรณ์ต้องมีภาพ และการตั้งเกมต้องมีไดอะแกรมที่มีป้ายกำกับ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ตัวอย่างมีไว้แก้ความกำกวม ไม่ใช่สาธิตสิ่งที่ชัดอยู่แล้ว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ห้ามซ่อนกฎในตัวอย่าง คำบรรยายภาพ หรือวงเล็บ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วางกฎไว้ที่ผู้เล่นที่งงจะเปิดหา ไม่ใช่ที่มันเป็นจริงครั้งแรก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ใช้ปกหลัง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Blind test กับคนที่ไม่เคยเห็นเกม — แล้วห้ามช่วยเขา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เขียน style guide ก่อนเขียนกฎ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ถ้าการอธิบายแนวคิดเล็กๆ กินเต็มหน้า ให้แก้ดีไซน์ ไม่ใช่แก้ย่อหน้า</w:t>
      </w:r>
    </w:p>
    <w:p>
      <w:r>
        <w:rPr>
          <w:rFonts w:ascii="Tahoma" w:hAnsi="Tahoma" w:cs="Tahoma" w:eastAsia="Tahoma"/>
        </w:rPr>
        <w:br w:type="page"/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ภาคผนวก ก — แหล่งข้อมูลหลัก</w:t>
      </w:r>
    </w:p>
    <w:p>
      <w:r>
        <w:rPr>
          <w:rFonts w:ascii="Tahoma" w:hAnsi="Tahoma" w:cs="Tahoma" w:eastAsia="Tahoma"/>
        </w:rPr>
        <w:t xml:space="preserve">รายชื่อแหล่งข้อมูลทั้งหมด พร้อม URL ที่คลิกได้ ช่วงปี และป้ายหัวข้อ อยู่ในไฟล์ Excel ที่มาด้วยกัน </w:t>
      </w:r>
      <w:r>
        <w:rPr>
          <w:rFonts w:ascii="Consolas" w:hAnsi="Consolas" w:cs="Consolas" w:eastAsia="Consolas"/>
          <w:sz w:val="19"/>
        </w:rPr>
        <w:t>ฐานข้อมูลงานวิจัย Rulebook.xlsx</w:t>
      </w:r>
      <w:r>
        <w:rPr>
          <w:rFonts w:ascii="Tahoma" w:hAnsi="Tahoma" w:cs="Tahoma" w:eastAsia="Tahoma"/>
        </w:rPr>
        <w:t xml:space="preserve"> (ชีต </w:t>
      </w:r>
      <w:r>
        <w:rPr>
          <w:rFonts w:ascii="Consolas" w:hAnsi="Consolas" w:cs="Consolas" w:eastAsia="Consolas"/>
          <w:sz w:val="19"/>
        </w:rPr>
        <w:t>01_แหล่งข้อมูล</w:t>
      </w:r>
      <w:r>
        <w:rPr>
          <w:rFonts w:ascii="Tahoma" w:hAnsi="Tahoma" w:cs="Tahoma" w:eastAsia="Tahoma"/>
        </w:rPr>
        <w:t>) แหล่งที่แบกน้ำหนักมากที่สุดสำหรับคู่มือเล่มนี้คือ:</w:t>
      </w:r>
    </w:p>
    <w:p>
      <w:r>
        <w:rPr>
          <w:rFonts w:ascii="Tahoma" w:hAnsi="Tahoma" w:cs="Tahoma" w:eastAsia="Tahoma"/>
          <w:b/>
        </w:rPr>
        <w:t>Style guide และแนวปฏิบัติอาชีพ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Michael "Curby" Lee — </w:t>
      </w:r>
      <w:r>
        <w:rPr>
          <w:rFonts w:ascii="Tahoma" w:hAnsi="Tahoma" w:cs="Tahoma" w:eastAsia="Tahoma"/>
          <w:i/>
        </w:rPr>
        <w:t>Board Game Editing Style Guide</w:t>
      </w:r>
      <w:r>
        <w:rPr>
          <w:rFonts w:ascii="Tahoma" w:hAnsi="Tahoma" w:cs="Tahoma" w:eastAsia="Tahoma"/>
        </w:rPr>
        <w:t xml:space="preserve"> (~13,000 คำ, CC-BY-NC-SA) — cur.by/styleguide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Michael Lee — editing.curby.net (บริการแก้ไข ขั้นตอนทำงาน ขอบเขต)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Jamey Stegmaier — </w:t>
      </w:r>
      <w:r>
        <w:rPr>
          <w:rFonts w:ascii="Tahoma" w:hAnsi="Tahoma" w:cs="Tahoma" w:eastAsia="Tahoma"/>
          <w:i/>
        </w:rPr>
        <w:t>What Makes a Great Rulebook?</w:t>
      </w:r>
      <w:r>
        <w:rPr>
          <w:rFonts w:ascii="Tahoma" w:hAnsi="Tahoma" w:cs="Tahoma" w:eastAsia="Tahoma"/>
        </w:rPr>
        <w:t xml:space="preserve"> — Stonemaier Games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Jamey Stegmaier — </w:t>
      </w:r>
      <w:r>
        <w:rPr>
          <w:rFonts w:ascii="Tahoma" w:hAnsi="Tahoma" w:cs="Tahoma" w:eastAsia="Tahoma"/>
          <w:i/>
        </w:rPr>
        <w:t>The Stonemaier Games Style Guide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Jamey Stegmaier — </w:t>
      </w:r>
      <w:r>
        <w:rPr>
          <w:rFonts w:ascii="Tahoma" w:hAnsi="Tahoma" w:cs="Tahoma" w:eastAsia="Tahoma"/>
          <w:i/>
        </w:rPr>
        <w:t>How Do You Measure Accessibility?</w:t>
      </w:r>
      <w:r>
        <w:rPr>
          <w:rFonts w:ascii="Tahoma" w:hAnsi="Tahoma" w:cs="Tahoma" w:eastAsia="Tahoma"/>
        </w:rPr>
        <w:t xml:space="preserve"> — Stonemaier Games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Kathleen Mercury — </w:t>
      </w:r>
      <w:r>
        <w:rPr>
          <w:rFonts w:ascii="Tahoma" w:hAnsi="Tahoma" w:cs="Tahoma" w:eastAsia="Tahoma"/>
          <w:i/>
        </w:rPr>
        <w:t>Writing Rules</w:t>
      </w:r>
      <w:r>
        <w:rPr>
          <w:rFonts w:ascii="Tahoma" w:hAnsi="Tahoma" w:cs="Tahoma" w:eastAsia="Tahoma"/>
        </w:rPr>
        <w:t xml:space="preserve"> (template และ style guide)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Paul Grogan (Gaming Rules!) ให้สัมภาษณ์ใน </w:t>
      </w:r>
      <w:r>
        <w:rPr>
          <w:rFonts w:ascii="Tahoma" w:hAnsi="Tahoma" w:cs="Tahoma" w:eastAsia="Tahoma"/>
          <w:i/>
        </w:rPr>
        <w:t>Playing By The Rules</w:t>
      </w:r>
      <w:r>
        <w:rPr>
          <w:rFonts w:ascii="Tahoma" w:hAnsi="Tahoma" w:cs="Tahoma" w:eastAsia="Tahoma"/>
        </w:rPr>
        <w:t xml:space="preserve"> — Punchboard</w:t>
      </w:r>
    </w:p>
    <w:p>
      <w:r>
        <w:rPr>
          <w:rFonts w:ascii="Tahoma" w:hAnsi="Tahoma" w:cs="Tahoma" w:eastAsia="Tahoma"/>
          <w:b/>
        </w:rPr>
        <w:t>คู่มือจากคนทำงานจริง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Resonym — </w:t>
      </w:r>
      <w:r>
        <w:rPr>
          <w:rFonts w:ascii="Tahoma" w:hAnsi="Tahoma" w:cs="Tahoma" w:eastAsia="Tahoma"/>
          <w:i/>
        </w:rPr>
        <w:t>Writing Rulebooks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Meeple Mountain — </w:t>
      </w:r>
      <w:r>
        <w:rPr>
          <w:rFonts w:ascii="Tahoma" w:hAnsi="Tahoma" w:cs="Tahoma" w:eastAsia="Tahoma"/>
          <w:i/>
        </w:rPr>
        <w:t>Top Six Rules for Rulebook Writing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I Slay the Dragon — </w:t>
      </w:r>
      <w:r>
        <w:rPr>
          <w:rFonts w:ascii="Tahoma" w:hAnsi="Tahoma" w:cs="Tahoma" w:eastAsia="Tahoma"/>
          <w:i/>
        </w:rPr>
        <w:t>Laying Down the Law: a guide to rulebook writing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Brandon the Game Dev — </w:t>
      </w:r>
      <w:r>
        <w:rPr>
          <w:rFonts w:ascii="Tahoma" w:hAnsi="Tahoma" w:cs="Tahoma" w:eastAsia="Tahoma"/>
          <w:i/>
        </w:rPr>
        <w:t>How to Make the Perfect Board Game Rule Book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Entro Games — </w:t>
      </w:r>
      <w:r>
        <w:rPr>
          <w:rFonts w:ascii="Tahoma" w:hAnsi="Tahoma" w:cs="Tahoma" w:eastAsia="Tahoma"/>
          <w:i/>
        </w:rPr>
        <w:t>How to Write a Rulebook for Your Board Game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Board Game Design Lab — ชุดบทความ </w:t>
      </w:r>
      <w:r>
        <w:rPr>
          <w:rFonts w:ascii="Tahoma" w:hAnsi="Tahoma" w:cs="Tahoma" w:eastAsia="Tahoma"/>
          <w:i/>
        </w:rPr>
        <w:t>Writing Rules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Cardboard Edison — </w:t>
      </w:r>
      <w:r>
        <w:rPr>
          <w:rFonts w:ascii="Tahoma" w:hAnsi="Tahoma" w:cs="Tahoma" w:eastAsia="Tahoma"/>
          <w:i/>
        </w:rPr>
        <w:t>Best Practices</w:t>
      </w:r>
      <w:r>
        <w:rPr>
          <w:rFonts w:ascii="Tahoma" w:hAnsi="Tahoma" w:cs="Tahoma" w:eastAsia="Tahoma"/>
        </w:rPr>
        <w:t xml:space="preserve"> และบทความเรื่องการเขียนกฎ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Diátaxis — กรอบการทำงานเชิงระบบสำหรับเอกสารเทคนิค</w:t>
      </w:r>
    </w:p>
    <w:p>
      <w:r>
        <w:rPr>
          <w:rFonts w:ascii="Tahoma" w:hAnsi="Tahoma" w:cs="Tahoma" w:eastAsia="Tahoma"/>
          <w:b/>
        </w:rPr>
        <w:t>BoardGameGeek — งานฝีมือและกระบวนการ</w:t>
      </w:r>
    </w:p>
    <w:p>
      <w:pPr>
        <w:pStyle w:val="ListBullet"/>
        <w:spacing w:after="60"/>
      </w:pPr>
      <w:r>
        <w:rPr>
          <w:rFonts w:ascii="Tahoma" w:hAnsi="Tahoma" w:cs="Tahoma" w:eastAsia="Tahoma"/>
          <w:i/>
        </w:rPr>
        <w:t>Rulebook Editing Style Guide</w:t>
      </w:r>
      <w:r>
        <w:rPr>
          <w:rFonts w:ascii="Tahoma" w:hAnsi="Tahoma" w:cs="Tahoma" w:eastAsia="Tahoma"/>
        </w:rPr>
        <w:t xml:space="preserve"> (เธรด 2527114)</w:t>
      </w:r>
    </w:p>
    <w:p>
      <w:pPr>
        <w:pStyle w:val="ListBullet"/>
        <w:spacing w:after="60"/>
      </w:pPr>
      <w:r>
        <w:rPr>
          <w:rFonts w:ascii="Tahoma" w:hAnsi="Tahoma" w:cs="Tahoma" w:eastAsia="Tahoma"/>
          <w:i/>
        </w:rPr>
        <w:t>Rules Writing 101 (with an example)</w:t>
      </w:r>
      <w:r>
        <w:rPr>
          <w:rFonts w:ascii="Tahoma" w:hAnsi="Tahoma" w:cs="Tahoma" w:eastAsia="Tahoma"/>
        </w:rPr>
        <w:t xml:space="preserve"> (เธรด 1552162)</w:t>
      </w:r>
    </w:p>
    <w:p>
      <w:pPr>
        <w:pStyle w:val="ListBullet"/>
        <w:spacing w:after="60"/>
      </w:pPr>
      <w:r>
        <w:rPr>
          <w:rFonts w:ascii="Tahoma" w:hAnsi="Tahoma" w:cs="Tahoma" w:eastAsia="Tahoma"/>
          <w:i/>
        </w:rPr>
        <w:t>The Boardtastic Guide to Explaining Rules... Good</w:t>
      </w:r>
      <w:r>
        <w:rPr>
          <w:rFonts w:ascii="Tahoma" w:hAnsi="Tahoma" w:cs="Tahoma" w:eastAsia="Tahoma"/>
        </w:rPr>
        <w:t xml:space="preserve"> (เธรด 918830)</w:t>
      </w:r>
    </w:p>
    <w:p>
      <w:pPr>
        <w:pStyle w:val="ListBullet"/>
        <w:spacing w:after="60"/>
      </w:pPr>
      <w:r>
        <w:rPr>
          <w:rFonts w:ascii="Tahoma" w:hAnsi="Tahoma" w:cs="Tahoma" w:eastAsia="Tahoma"/>
          <w:i/>
        </w:rPr>
        <w:t>In-depth information about designing a good rulebook</w:t>
      </w:r>
      <w:r>
        <w:rPr>
          <w:rFonts w:ascii="Tahoma" w:hAnsi="Tahoma" w:cs="Tahoma" w:eastAsia="Tahoma"/>
        </w:rPr>
        <w:t xml:space="preserve"> (เธรด 897413)</w:t>
      </w:r>
    </w:p>
    <w:p>
      <w:pPr>
        <w:pStyle w:val="ListBullet"/>
        <w:spacing w:after="60"/>
      </w:pPr>
      <w:r>
        <w:rPr>
          <w:rFonts w:ascii="Tahoma" w:hAnsi="Tahoma" w:cs="Tahoma" w:eastAsia="Tahoma"/>
          <w:i/>
        </w:rPr>
        <w:t>What makes a good rulebook?</w:t>
      </w:r>
      <w:r>
        <w:rPr>
          <w:rFonts w:ascii="Tahoma" w:hAnsi="Tahoma" w:cs="Tahoma" w:eastAsia="Tahoma"/>
        </w:rPr>
        <w:t xml:space="preserve"> (เธรด 2784900)</w:t>
      </w:r>
    </w:p>
    <w:p>
      <w:pPr>
        <w:pStyle w:val="ListBullet"/>
        <w:spacing w:after="60"/>
      </w:pPr>
      <w:r>
        <w:rPr>
          <w:rFonts w:ascii="Tahoma" w:hAnsi="Tahoma" w:cs="Tahoma" w:eastAsia="Tahoma"/>
          <w:i/>
        </w:rPr>
        <w:t>Examples of well-written game rules?</w:t>
      </w:r>
      <w:r>
        <w:rPr>
          <w:rFonts w:ascii="Tahoma" w:hAnsi="Tahoma" w:cs="Tahoma" w:eastAsia="Tahoma"/>
        </w:rPr>
        <w:t xml:space="preserve"> (เธรด 286303)</w:t>
      </w:r>
    </w:p>
    <w:p>
      <w:pPr>
        <w:pStyle w:val="ListBullet"/>
        <w:spacing w:after="60"/>
      </w:pPr>
      <w:r>
        <w:rPr>
          <w:rFonts w:ascii="Tahoma" w:hAnsi="Tahoma" w:cs="Tahoma" w:eastAsia="Tahoma"/>
          <w:i/>
        </w:rPr>
        <w:t>Good Rulebooks</w:t>
      </w:r>
      <w:r>
        <w:rPr>
          <w:rFonts w:ascii="Tahoma" w:hAnsi="Tahoma" w:cs="Tahoma" w:eastAsia="Tahoma"/>
        </w:rPr>
        <w:t xml:space="preserve"> (2644979) · </w:t>
      </w:r>
      <w:r>
        <w:rPr>
          <w:rFonts w:ascii="Tahoma" w:hAnsi="Tahoma" w:cs="Tahoma" w:eastAsia="Tahoma"/>
          <w:i/>
        </w:rPr>
        <w:t>Best Written Rulebooks as of 2019</w:t>
      </w:r>
      <w:r>
        <w:rPr>
          <w:rFonts w:ascii="Tahoma" w:hAnsi="Tahoma" w:cs="Tahoma" w:eastAsia="Tahoma"/>
        </w:rPr>
        <w:t xml:space="preserve"> (2323149)</w:t>
      </w:r>
    </w:p>
    <w:p>
      <w:pPr>
        <w:pStyle w:val="ListBullet"/>
        <w:spacing w:after="60"/>
      </w:pPr>
      <w:r>
        <w:rPr>
          <w:rFonts w:ascii="Tahoma" w:hAnsi="Tahoma" w:cs="Tahoma" w:eastAsia="Tahoma"/>
          <w:i/>
        </w:rPr>
        <w:t>Blind playtest preparation</w:t>
      </w:r>
      <w:r>
        <w:rPr>
          <w:rFonts w:ascii="Tahoma" w:hAnsi="Tahoma" w:cs="Tahoma" w:eastAsia="Tahoma"/>
        </w:rPr>
        <w:t xml:space="preserve"> (2513759) · </w:t>
      </w:r>
      <w:r>
        <w:rPr>
          <w:rFonts w:ascii="Tahoma" w:hAnsi="Tahoma" w:cs="Tahoma" w:eastAsia="Tahoma"/>
          <w:i/>
        </w:rPr>
        <w:t>How do you go about blind playtesting?</w:t>
      </w:r>
      <w:r>
        <w:rPr>
          <w:rFonts w:ascii="Tahoma" w:hAnsi="Tahoma" w:cs="Tahoma" w:eastAsia="Tahoma"/>
        </w:rPr>
        <w:t xml:space="preserve"> (989999)</w:t>
      </w:r>
    </w:p>
    <w:p>
      <w:pPr>
        <w:pStyle w:val="ListBullet"/>
        <w:spacing w:after="60"/>
      </w:pPr>
      <w:r>
        <w:rPr>
          <w:rFonts w:ascii="Tahoma" w:hAnsi="Tahoma" w:cs="Tahoma" w:eastAsia="Tahoma"/>
          <w:i/>
        </w:rPr>
        <w:t>Blind playtesting reconsidered</w:t>
      </w:r>
      <w:r>
        <w:rPr>
          <w:rFonts w:ascii="Tahoma" w:hAnsi="Tahoma" w:cs="Tahoma" w:eastAsia="Tahoma"/>
        </w:rPr>
        <w:t xml:space="preserve"> — Jeff's World of Game Design</w:t>
      </w:r>
    </w:p>
    <w:p>
      <w:pPr>
        <w:pStyle w:val="ListBullet"/>
        <w:spacing w:after="60"/>
      </w:pPr>
      <w:r>
        <w:rPr>
          <w:rFonts w:ascii="Tahoma" w:hAnsi="Tahoma" w:cs="Tahoma" w:eastAsia="Tahoma"/>
          <w:i/>
        </w:rPr>
        <w:t>Tutorializing</w:t>
      </w:r>
      <w:r>
        <w:rPr>
          <w:rFonts w:ascii="Tahoma" w:hAnsi="Tahoma" w:cs="Tahoma" w:eastAsia="Tahoma"/>
        </w:rPr>
        <w:t xml:space="preserve"> (2581878) · </w:t>
      </w:r>
      <w:r>
        <w:rPr>
          <w:rFonts w:ascii="Tahoma" w:hAnsi="Tahoma" w:cs="Tahoma" w:eastAsia="Tahoma"/>
          <w:i/>
        </w:rPr>
        <w:t>Tutorial differences between videogames and board games</w:t>
      </w:r>
      <w:r>
        <w:rPr>
          <w:rFonts w:ascii="Tahoma" w:hAnsi="Tahoma" w:cs="Tahoma" w:eastAsia="Tahoma"/>
        </w:rPr>
        <w:t xml:space="preserve"> (2681026)</w:t>
      </w:r>
    </w:p>
    <w:p>
      <w:pPr>
        <w:pStyle w:val="ListBullet"/>
        <w:spacing w:after="60"/>
      </w:pPr>
      <w:r>
        <w:rPr>
          <w:rFonts w:ascii="Tahoma" w:hAnsi="Tahoma" w:cs="Tahoma" w:eastAsia="Tahoma"/>
          <w:i/>
        </w:rPr>
        <w:t>Rulebooks and text comprehension: a history of misunderstandings</w:t>
      </w:r>
      <w:r>
        <w:rPr>
          <w:rFonts w:ascii="Tahoma" w:hAnsi="Tahoma" w:cs="Tahoma" w:eastAsia="Tahoma"/>
        </w:rPr>
        <w:t xml:space="preserve"> (3538423)</w:t>
      </w:r>
    </w:p>
    <w:p>
      <w:pPr>
        <w:pStyle w:val="ListBullet"/>
        <w:spacing w:after="60"/>
      </w:pPr>
      <w:r>
        <w:rPr>
          <w:rFonts w:ascii="Tahoma" w:hAnsi="Tahoma" w:cs="Tahoma" w:eastAsia="Tahoma"/>
          <w:i/>
        </w:rPr>
        <w:t>Writing Rules — facing up to breaking the rules</w:t>
      </w:r>
      <w:r>
        <w:rPr>
          <w:rFonts w:ascii="Tahoma" w:hAnsi="Tahoma" w:cs="Tahoma" w:eastAsia="Tahoma"/>
        </w:rPr>
        <w:t xml:space="preserve"> — Andy Van Zandt</w:t>
      </w:r>
    </w:p>
    <w:p>
      <w:pPr>
        <w:pStyle w:val="ListBullet"/>
        <w:spacing w:after="60"/>
      </w:pPr>
      <w:r>
        <w:rPr>
          <w:rFonts w:ascii="Tahoma" w:hAnsi="Tahoma" w:cs="Tahoma" w:eastAsia="Tahoma"/>
          <w:i/>
        </w:rPr>
        <w:t>Every Board Game Rulebook is Awful</w:t>
      </w:r>
      <w:r>
        <w:rPr>
          <w:rFonts w:ascii="Tahoma" w:hAnsi="Tahoma" w:cs="Tahoma" w:eastAsia="Tahoma"/>
        </w:rPr>
        <w:t xml:space="preserve"> — Dean Ray Johnson</w:t>
      </w:r>
    </w:p>
    <w:p>
      <w:pPr>
        <w:pStyle w:val="ListBullet"/>
        <w:spacing w:after="60"/>
      </w:pPr>
      <w:r>
        <w:rPr>
          <w:rFonts w:ascii="Tahoma" w:hAnsi="Tahoma" w:cs="Tahoma" w:eastAsia="Tahoma"/>
          <w:i/>
        </w:rPr>
        <w:t>Comprehensibility of Game Rulebooks</w:t>
      </w:r>
      <w:r>
        <w:rPr>
          <w:rFonts w:ascii="Tahoma" w:hAnsi="Tahoma" w:cs="Tahoma" w:eastAsia="Tahoma"/>
        </w:rPr>
        <w:t xml:space="preserve"> — David Niecikowski (ประกาศสอบวิทยานิพนธ์ + เช็กลิสต์ฟรี)</w:t>
      </w:r>
    </w:p>
    <w:p>
      <w:r>
        <w:rPr>
          <w:rFonts w:ascii="Tahoma" w:hAnsi="Tahoma" w:cs="Tahoma" w:eastAsia="Tahoma"/>
          <w:b/>
        </w:rPr>
        <w:t>คำวิจารณ์และกรณีศึกษา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Going Analog — </w:t>
      </w:r>
      <w:r>
        <w:rPr>
          <w:rFonts w:ascii="Tahoma" w:hAnsi="Tahoma" w:cs="Tahoma" w:eastAsia="Tahoma"/>
          <w:i/>
        </w:rPr>
        <w:t>4 terrible board game rulebooks that really don't rule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BGG — </w:t>
      </w:r>
      <w:r>
        <w:rPr>
          <w:rFonts w:ascii="Tahoma" w:hAnsi="Tahoma" w:cs="Tahoma" w:eastAsia="Tahoma"/>
          <w:i/>
        </w:rPr>
        <w:t>Worst rulebook ever!</w:t>
      </w:r>
      <w:r>
        <w:rPr>
          <w:rFonts w:ascii="Tahoma" w:hAnsi="Tahoma" w:cs="Tahoma" w:eastAsia="Tahoma"/>
        </w:rPr>
        <w:t xml:space="preserve"> (1554960) · </w:t>
      </w:r>
      <w:r>
        <w:rPr>
          <w:rFonts w:ascii="Tahoma" w:hAnsi="Tahoma" w:cs="Tahoma" w:eastAsia="Tahoma"/>
          <w:i/>
        </w:rPr>
        <w:t>Worst/Best written rules</w:t>
      </w:r>
      <w:r>
        <w:rPr>
          <w:rFonts w:ascii="Tahoma" w:hAnsi="Tahoma" w:cs="Tahoma" w:eastAsia="Tahoma"/>
        </w:rPr>
        <w:t xml:space="preserve"> (1949478)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BGG — </w:t>
      </w:r>
      <w:r>
        <w:rPr>
          <w:rFonts w:ascii="Tahoma" w:hAnsi="Tahoma" w:cs="Tahoma" w:eastAsia="Tahoma"/>
          <w:i/>
        </w:rPr>
        <w:t>Clarity in the Rulebook</w:t>
      </w:r>
      <w:r>
        <w:rPr>
          <w:rFonts w:ascii="Tahoma" w:hAnsi="Tahoma" w:cs="Tahoma" w:eastAsia="Tahoma"/>
        </w:rPr>
        <w:t xml:space="preserve"> (Caper, 2395671)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BGG — </w:t>
      </w:r>
      <w:r>
        <w:rPr>
          <w:rFonts w:ascii="Tahoma" w:hAnsi="Tahoma" w:cs="Tahoma" w:eastAsia="Tahoma"/>
          <w:i/>
        </w:rPr>
        <w:t>Sometimes finding the rulebook organization annoying</w:t>
      </w:r>
      <w:r>
        <w:rPr>
          <w:rFonts w:ascii="Tahoma" w:hAnsi="Tahoma" w:cs="Tahoma" w:eastAsia="Tahoma"/>
        </w:rPr>
        <w:t xml:space="preserve"> (Jaws of the Lion, 2455924)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BGG — เธรด errata ของ </w:t>
      </w:r>
      <w:r>
        <w:rPr>
          <w:rFonts w:ascii="Tahoma" w:hAnsi="Tahoma" w:cs="Tahoma" w:eastAsia="Tahoma"/>
          <w:i/>
        </w:rPr>
        <w:t>Obsession Rulebook and Glossary</w:t>
      </w:r>
      <w:r>
        <w:rPr>
          <w:rFonts w:ascii="Tahoma" w:hAnsi="Tahoma" w:cs="Tahoma" w:eastAsia="Tahoma"/>
        </w:rPr>
        <w:t xml:space="preserve"> (2003488)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BGG — </w:t>
      </w:r>
      <w:r>
        <w:rPr>
          <w:rFonts w:ascii="Tahoma" w:hAnsi="Tahoma" w:cs="Tahoma" w:eastAsia="Tahoma"/>
          <w:i/>
        </w:rPr>
        <w:t>Rules Missing from the Rulebook</w:t>
      </w:r>
      <w:r>
        <w:rPr>
          <w:rFonts w:ascii="Tahoma" w:hAnsi="Tahoma" w:cs="Tahoma" w:eastAsia="Tahoma"/>
        </w:rPr>
        <w:t xml:space="preserve"> (Inferno, 3258804) · </w:t>
      </w:r>
      <w:r>
        <w:rPr>
          <w:rFonts w:ascii="Tahoma" w:hAnsi="Tahoma" w:cs="Tahoma" w:eastAsia="Tahoma"/>
          <w:i/>
        </w:rPr>
        <w:t>Pets Rule Book is missing crucial info</w:t>
      </w:r>
      <w:r>
        <w:rPr>
          <w:rFonts w:ascii="Tahoma" w:hAnsi="Tahoma" w:cs="Tahoma" w:eastAsia="Tahoma"/>
        </w:rPr>
        <w:t xml:space="preserve"> (3271735)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The Esoteric Order of Gamers — สรุปกฎที่แฟนทำ (Robinson Crusoe และเกมอื่น)</w:t>
      </w:r>
    </w:p>
    <w:p>
      <w:r>
        <w:rPr>
          <w:rFonts w:ascii="Tahoma" w:hAnsi="Tahoma" w:cs="Tahoma" w:eastAsia="Tahoma"/>
          <w:b/>
        </w:rPr>
        <w:t>การออกแบบ การเข้าถึง และการผลิต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MINIFINITI — </w:t>
      </w:r>
      <w:r>
        <w:rPr>
          <w:rFonts w:ascii="Tahoma" w:hAnsi="Tahoma" w:cs="Tahoma" w:eastAsia="Tahoma"/>
          <w:i/>
        </w:rPr>
        <w:t>Rulebook Design: Contrast and Readability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Kylin Manufactory — </w:t>
      </w:r>
      <w:r>
        <w:rPr>
          <w:rFonts w:ascii="Tahoma" w:hAnsi="Tahoma" w:cs="Tahoma" w:eastAsia="Tahoma"/>
          <w:i/>
        </w:rPr>
        <w:t>Board Game Rulebook Editing: A Step-by-Step Guide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QinPrinting — </w:t>
      </w:r>
      <w:r>
        <w:rPr>
          <w:rFonts w:ascii="Tahoma" w:hAnsi="Tahoma" w:cs="Tahoma" w:eastAsia="Tahoma"/>
          <w:i/>
        </w:rPr>
        <w:t>How to Write a Board Game Rule Book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Brain Games — </w:t>
      </w:r>
      <w:r>
        <w:rPr>
          <w:rFonts w:ascii="Tahoma" w:hAnsi="Tahoma" w:cs="Tahoma" w:eastAsia="Tahoma"/>
          <w:i/>
        </w:rPr>
        <w:t>Player Aids vs Rulebooks: Key Differences</w:t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ภาคผนวก ข — การอ้างอิงและสัญญาอนุญาต</w:t>
      </w:r>
    </w:p>
    <w:p>
      <w:r>
        <w:rPr>
          <w:rFonts w:ascii="Tahoma" w:hAnsi="Tahoma" w:cs="Tahoma" w:eastAsia="Tahoma"/>
          <w:i/>
        </w:rPr>
        <w:t>Board Game Editing Style Guide</w:t>
      </w:r>
      <w:r>
        <w:rPr>
          <w:rFonts w:ascii="Tahoma" w:hAnsi="Tahoma" w:cs="Tahoma" w:eastAsia="Tahoma"/>
        </w:rPr>
        <w:t xml:space="preserve"> ของ Michael Lee เผยแพร่ภายใต้สัญญาอนุญาต Creative Commons แบบ Attribution-NonCommercial-ShareAlike เนื้อหาที่ต่อยอดจากมันในคู่มือเล่มนี้ — โดยเฉพาะแนวทางเรื่อง framing, templating, คำกริยาช่วย และการเลือกใช้คำในบทที่ 6 และ 7 — ถูกอ้างอิงถึงเขาทั้งในเล่มนี้และในฐานข้อมูลที่มาด้วยกัน</w:t>
      </w:r>
    </w:p>
    <w:p>
      <w:r>
        <w:rPr>
          <w:rFonts w:ascii="Tahoma" w:hAnsi="Tahoma" w:cs="Tahoma" w:eastAsia="Tahoma"/>
        </w:rPr>
        <w:t>แหล่งอื่นทั้งหมดถูกสรุปและอ้างอิง ไม่ได้คัดลอกมาทั้งชิ้น คำพูดที่ยกมาเป็นข้อความสั้นเพื่อการอ้างอิงและวิจารณ์ กรุณาตาม URL ในไฟล์ Excel ไปอ่านบริบทเต็ม</w:t>
      </w:r>
    </w:p>
    <w:sectPr w:rsidR="00FC693F" w:rsidRPr="0006063C" w:rsidSect="00034616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Tahoma" w:hAnsi="Tahoma" w:cs="Tahoma" w:eastAsia="Tahom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Tahoma" w:hAnsi="Tahoma" w:cs="Tahoma" w:eastAsia="Tahoma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Tahoma" w:hAnsi="Tahoma" w:cs="Tahoma" w:eastAsia="Tahoma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Tahoma" w:hAnsi="Tahoma" w:cs="Tahoma" w:eastAsia="Tahoma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