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rFonts w:ascii="Tahoma" w:hAnsi="Tahoma" w:cs="Tahoma" w:eastAsia="Tahoma"/>
          <w:b/>
          <w:color w:val="1F3864"/>
          <w:sz w:val="60"/>
        </w:rPr>
        <w:t>เขียน Rulebook ให้คนอยากอ่าน</w:t>
      </w:r>
    </w:p>
    <w:p>
      <w:pPr>
        <w:jc w:val="center"/>
      </w:pPr>
      <w:r>
        <w:rPr>
          <w:rFonts w:ascii="Tahoma" w:hAnsi="Tahoma" w:cs="Tahoma" w:eastAsia="Tahoma"/>
          <w:color w:val="595959"/>
          <w:sz w:val="28"/>
        </w:rPr>
        <w:t>บันทึกจากการอ่านฟอรั่มบอร์ดเกม 106 แหล่ง แล้วเรียบเรียงใหม่</w:t>
      </w:r>
    </w:p>
    <w:p/>
    <w:p>
      <w:pPr>
        <w:jc w:val="center"/>
      </w:pPr>
      <w:r>
        <w:rPr>
          <w:rFonts w:ascii="Tahoma" w:hAnsi="Tahoma" w:cs="Tahoma" w:eastAsia="Tahoma"/>
          <w:i/>
          <w:color w:val="595959"/>
          <w:sz w:val="21"/>
        </w:rPr>
        <w:t>สำหรับนักออกแบบบอร์ดเกม ทั้งมือใหม่และมือเก๋า</w:t>
      </w:r>
    </w:p>
    <w:p/>
    <w:p/>
    <w:p>
      <w:pPr>
        <w:jc w:val="center"/>
      </w:pPr>
      <w:r>
        <w:rPr>
          <w:rFonts w:ascii="Tahoma" w:hAnsi="Tahoma" w:cs="Tahoma" w:eastAsia="Tahoma"/>
          <w:color w:val="595959"/>
          <w:sz w:val="19"/>
        </w:rPr>
        <w:t>ไฟล์ข้อมูลประกอบ: Rulebook_Research_Database.xlsx</w:t>
      </w:r>
    </w:p>
    <w:p>
      <w:pPr>
        <w:jc w:val="center"/>
      </w:pPr>
      <w:r>
        <w:rPr>
          <w:rFonts w:ascii="Tahoma" w:hAnsi="Tahoma" w:cs="Tahoma" w:eastAsia="Tahoma"/>
          <w:color w:val="595959"/>
          <w:sz w:val="19"/>
        </w:rPr>
        <w:t>เรียบเรียง กันยายน 2026</w:t>
      </w:r>
    </w:p>
    <w:p>
      <w:r>
        <w:rPr>
          <w:rFonts w:ascii="Tahoma" w:hAnsi="Tahoma" w:cs="Tahoma" w:eastAsia="Tahoma"/>
        </w:rPr>
        <w:br w:type="page"/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ก่อนจะเริ่ม</w:t>
      </w:r>
    </w:p>
    <w:p>
      <w:r>
        <w:rPr>
          <w:rFonts w:ascii="Tahoma" w:hAnsi="Tahoma" w:cs="Tahoma" w:eastAsia="Tahoma"/>
        </w:rPr>
        <w:t>สวัสดีครับ</w:t>
      </w:r>
    </w:p>
    <w:p>
      <w:r>
        <w:rPr>
          <w:rFonts w:ascii="Tahoma" w:hAnsi="Tahoma" w:cs="Tahoma" w:eastAsia="Tahoma"/>
        </w:rPr>
        <w:t>เล่มนี้ไม่ใช่ตำรา ไม่ใช่คู่มือทางการ และไม่ได้ตั้งใจให้อ่านรวดเดียวจบ</w:t>
      </w:r>
    </w:p>
    <w:p>
      <w:r>
        <w:rPr>
          <w:rFonts w:ascii="Tahoma" w:hAnsi="Tahoma" w:cs="Tahoma" w:eastAsia="Tahoma"/>
        </w:rPr>
        <w:t>มันคือบันทึกจากการนั่งอ่านฟอรั่ม BoardGameGeek, บล็อกนักออกแบบ, style guide ของสำนักพิมพ์ และบทสัมภาษณ์บรรณาธิการ rulebook อาชีพ รวมแล้วราว 106 แหล่ง แล้วเอามาเรียบเรียงใหม่เป็นภาษาคน</w:t>
      </w:r>
    </w:p>
    <w:p>
      <w:r>
        <w:rPr>
          <w:rFonts w:ascii="Tahoma" w:hAnsi="Tahoma" w:cs="Tahoma" w:eastAsia="Tahoma"/>
        </w:rPr>
        <w:t>ทำไมต้องทำ? เพราะเรื่อง rulebook มันแปลกอยู่อย่างหนึ่ง — ทุกคนบ่นเรื่องนี้ตลอดเวลา แต่แทบไม่มีใครสอนกันจริงจัง ในฟอรั่มมีเธรด "rulebook เกมนี้ห่วยมาก" เป็นร้อย แต่เธรด "เขียน rulebook ยังไงให้ดี" นับได้ไม่กี่อัน มีคนพูดประโยคนี้ไว้ใน BGG แล้วผมชอบมาก: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"มีโพสต์ 'rulebook แย่' เยอะแยะ แต่โพสต์ 'สอนทำ rulebook ให้ดี' มีน้อยมาก"</w:t>
      </w:r>
    </w:p>
    <w:p>
      <w:r>
        <w:rPr>
          <w:rFonts w:ascii="Tahoma" w:hAnsi="Tahoma" w:cs="Tahoma" w:eastAsia="Tahoma"/>
        </w:rPr>
        <w:t>เล่มนี้เลยพยายามเป็นอย่างหลัง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เขียนให้ใครอ่าน</w:t>
      </w:r>
    </w:p>
    <w:p>
      <w:r>
        <w:rPr>
          <w:rFonts w:ascii="Tahoma" w:hAnsi="Tahoma" w:cs="Tahoma" w:eastAsia="Tahoma"/>
          <w:b/>
        </w:rPr>
        <w:t>ถ้าคุณเพิ่งเริ่มออกแบบเกม</w:t>
      </w:r>
      <w:r>
        <w:rPr>
          <w:rFonts w:ascii="Tahoma" w:hAnsi="Tahoma" w:cs="Tahoma" w:eastAsia="Tahoma"/>
        </w:rPr>
        <w:t xml:space="preserve"> — อ่านตั้งแต่บทที่ 1 ไปเรื่อยๆ จะเจอเรื่องที่ทำให้คุณประหยัดเวลาไปหลายเดือน โดยเฉพาะบทที่ 3 (เรื่องลำดับ) กับบทที่ 9 (เรื่อง blind test)</w:t>
      </w:r>
    </w:p>
    <w:p>
      <w:r>
        <w:rPr>
          <w:rFonts w:ascii="Tahoma" w:hAnsi="Tahoma" w:cs="Tahoma" w:eastAsia="Tahoma"/>
          <w:b/>
        </w:rPr>
        <w:t>ถ้าคุณทำเกมมาหลายตัวแล้ว</w:t>
      </w:r>
      <w:r>
        <w:rPr>
          <w:rFonts w:ascii="Tahoma" w:hAnsi="Tahoma" w:cs="Tahoma" w:eastAsia="Tahoma"/>
        </w:rPr>
        <w:t xml:space="preserve"> — ข้ามไปบทที่ 5 (ภาษา), บทที่ 6 (คำศัพท์), แล้วก็บทที่ 10 (รายการความพัง) ได้เลย ผมเดาว่าบทที่ 10 จะทำให้คุณนึกถึงเกมของตัวเองอย่างน้อยหนึ่งข้อ</w:t>
      </w:r>
    </w:p>
    <w:p>
      <w:r>
        <w:rPr>
          <w:rFonts w:ascii="Tahoma" w:hAnsi="Tahoma" w:cs="Tahoma" w:eastAsia="Tahoma"/>
          <w:b/>
        </w:rPr>
        <w:t>ถ้าคุณกำลังจะส่งเกมให้สำนักพิมพ์</w:t>
      </w:r>
      <w:r>
        <w:rPr>
          <w:rFonts w:ascii="Tahoma" w:hAnsi="Tahoma" w:cs="Tahoma" w:eastAsia="Tahoma"/>
        </w:rPr>
        <w:t xml:space="preserve"> — อ่านบทที่ 9 กับ 11 ก่อน แล้วค่อยย้อนกลับมา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สิ่งที่ควรรู้ก่อน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ข้อมูลส่วนใหญ่มาจากวงการบอร์ดเกมตะวันตก ตัวอย่างเกมจึงเป็นเกมฝรั่งเกือบทั้งหมด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ความเห็นในฟอรั่มคือความเห็น มีเกมหลายเกมที่อยู่ทั้งในลิสต์ "ดีมาก" และ "แย่มาก" พร้อมกัน เพราะคนอ่านต่างกัน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ทุกอย่างในเล่มนี้มีที่มา ถ้าอยากตามกลับไปอ่านต้นทาง มีไฟล์ Excel แนบไปด้วยพร้อมลิงก์ทุกอัน</w:t>
      </w:r>
    </w:p>
    <w:p>
      <w:r>
        <w:rPr>
          <w:rFonts w:ascii="Tahoma" w:hAnsi="Tahoma" w:cs="Tahoma" w:eastAsia="Tahoma"/>
        </w:rPr>
        <w:t>เอาล่ะ เริ่มกันเลย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1. เรื่องที่ต้องยอมรับก่อน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rulebook คือเกม ไม่ใช่เอกสารประกอบ</w:t>
      </w:r>
    </w:p>
    <w:p>
      <w:r>
        <w:rPr>
          <w:rFonts w:ascii="Tahoma" w:hAnsi="Tahoma" w:cs="Tahoma" w:eastAsia="Tahoma"/>
        </w:rPr>
        <w:t>ลองคิดเล่นๆ ถ้าเอา rulebook ออกจากกล่อง เหลืออะไร?</w:t>
      </w:r>
    </w:p>
    <w:p>
      <w:r>
        <w:rPr>
          <w:rFonts w:ascii="Tahoma" w:hAnsi="Tahoma" w:cs="Tahoma" w:eastAsia="Tahoma"/>
        </w:rPr>
        <w:t>เหลือกองไม้ กองกระดาษ การ์ดสวยๆ แต่ไม่เหลือ "เกม" คุณอาจจะประดิษฐ์เกมใหม่จากชิ้นส่วนพวกนั้นได้ แต่มันจะไม่ใช่เกมที่นักออกแบบทำไว้</w:t>
      </w:r>
    </w:p>
    <w:p>
      <w:r>
        <w:rPr>
          <w:rFonts w:ascii="Tahoma" w:hAnsi="Tahoma" w:cs="Tahoma" w:eastAsia="Tahoma"/>
        </w:rPr>
        <w:t xml:space="preserve">มีบทความหนึ่งจาก Punchboard พูดไว้ตรงๆ ว่า </w:t>
      </w:r>
      <w:r>
        <w:rPr>
          <w:rFonts w:ascii="Tahoma" w:hAnsi="Tahoma" w:cs="Tahoma" w:eastAsia="Tahoma"/>
          <w:i/>
        </w:rPr>
        <w:t>"ถ้าไม่มีกฎ สิ่งที่คุณมีก็แค่กล่องที่เต็มไปด้วยชิ้นส่วน"</w:t>
      </w:r>
    </w:p>
    <w:p>
      <w:r>
        <w:rPr>
          <w:rFonts w:ascii="Tahoma" w:hAnsi="Tahoma" w:cs="Tahoma" w:eastAsia="Tahoma"/>
        </w:rPr>
        <w:t xml:space="preserve">แล้วมีอีกมุมที่ผมว่าคมกว่านั้น — </w:t>
      </w:r>
      <w:r>
        <w:rPr>
          <w:rFonts w:ascii="Tahoma" w:hAnsi="Tahoma" w:cs="Tahoma" w:eastAsia="Tahoma"/>
          <w:b/>
        </w:rPr>
        <w:t>บอร์ดเกมไม่มี interface ร่วมกันเลย</w:t>
      </w:r>
      <w:r>
        <w:rPr>
          <w:rFonts w:ascii="Tahoma" w:hAnsi="Tahoma" w:cs="Tahoma" w:eastAsia="Tahoma"/>
        </w:rPr>
        <w:t xml:space="preserve"> วิดีโอเกมมีจอกับจอย เว็บมีเบราว์เซอร์ แต่บอร์ดเกมนับพันเกมไม่มีอะไรเหมือนกันสักอย่าง </w:t>
      </w:r>
      <w:r>
        <w:rPr>
          <w:rFonts w:ascii="Tahoma" w:hAnsi="Tahoma" w:cs="Tahoma" w:eastAsia="Tahoma"/>
          <w:b/>
        </w:rPr>
        <w:t>ยกเว้นคู่มือ</w:t>
      </w:r>
      <w:r>
        <w:rPr>
          <w:rFonts w:ascii="Tahoma" w:hAnsi="Tahoma" w:cs="Tahoma" w:eastAsia="Tahoma"/>
        </w:rPr>
        <w:t xml:space="preserve"> นักวิจารณ์คนหนึ่งชื่อ Michael Heron เลยสรุปว่า คู่มือคือ "จุดที่เข้าไม่ถึงร่วมกันของบอร์ดเกมทั้งวงการ"</w:t>
      </w:r>
    </w:p>
    <w:p>
      <w:r>
        <w:rPr>
          <w:rFonts w:ascii="Tahoma" w:hAnsi="Tahoma" w:cs="Tahoma" w:eastAsia="Tahoma"/>
        </w:rPr>
        <w:t>แปลว่า ถ้าคุณเขียน rulebook ไม่ดี คุณไม่ได้แค่ทำเอกสารพลาด คุณกำลังปิดประตูใส่คน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มันทำให้เกมตายได้จริง — มีหลักฐาน</w:t>
      </w:r>
    </w:p>
    <w:p>
      <w:r>
        <w:rPr>
          <w:rFonts w:ascii="Tahoma" w:hAnsi="Tahoma" w:cs="Tahoma" w:eastAsia="Tahoma"/>
        </w:rPr>
        <w:t>ผมไม่ได้พูดเวอร์ ลองดูของจริง:</w:t>
      </w:r>
    </w:p>
    <w:p>
      <w:r>
        <w:rPr>
          <w:rFonts w:ascii="Tahoma" w:hAnsi="Tahoma" w:cs="Tahoma" w:eastAsia="Tahoma"/>
          <w:b/>
        </w:rPr>
        <w:t>บรรณาธิการอาชีพระบุชื่อเกมที่ตายเพราะคู่มือ</w:t>
      </w:r>
      <w:r>
        <w:rPr>
          <w:rFonts w:ascii="Tahoma" w:hAnsi="Tahoma" w:cs="Tahoma" w:eastAsia="Tahoma"/>
        </w:rPr>
        <w:t xml:space="preserve"> — Paul Grogan จาก Gaming Rules! เคยแก้ rulebook มาแล้วราวร้อยเล่ม รวมถึงเกมหนักๆ ของ Vital Lacerda พอถูกถามตรงๆ ว่ามีเกมไหนที่คู่มือแย่จนทำเกมพัง เขาตอบว่า: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"มีหลายตัวอย่างเลยที่ rulebook ห่วยฆ่าเกมทิ้ง — First Martians, Batman Gotham City Chronicles และอีกเยอะ"</w:t>
      </w:r>
    </w:p>
    <w:p>
      <w:r>
        <w:rPr>
          <w:rFonts w:ascii="Tahoma" w:hAnsi="Tahoma" w:cs="Tahoma" w:eastAsia="Tahoma"/>
          <w:b/>
        </w:rPr>
        <w:t>คณะกรรมการรางวัลปัดเกมตกเพราะคู่มือ</w:t>
      </w:r>
      <w:r>
        <w:rPr>
          <w:rFonts w:ascii="Tahoma" w:hAnsi="Tahoma" w:cs="Tahoma" w:eastAsia="Tahoma"/>
        </w:rPr>
        <w:t xml:space="preserve"> — Spiel des Jahres ซึ่งเป็นรางวัลใหญ่สุดของวงการ ออกแถลงการณ์ว่า: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"ปีนี้เราต้องตัดเกมที่ดีมากๆ ออกไปหลายเกม เพียงเพราะคู่มือของมันไม่ถึงมาตรฐานที่เราคาดหวัง พวกเราไม่อยากเป็น beta-tester ให้คู่มือที่จะดีขึ้นตอนพิมพ์ครั้งที่สองอีกแล้ว"</w:t>
      </w:r>
    </w:p>
    <w:p>
      <w:r>
        <w:rPr>
          <w:rFonts w:ascii="Tahoma" w:hAnsi="Tahoma" w:cs="Tahoma" w:eastAsia="Tahoma"/>
          <w:b/>
        </w:rPr>
        <w:t>คนซื้อใช้มันตัดสินใจ</w:t>
      </w:r>
      <w:r>
        <w:rPr>
          <w:rFonts w:ascii="Tahoma" w:hAnsi="Tahoma" w:cs="Tahoma" w:eastAsia="Tahoma"/>
        </w:rPr>
        <w:t xml:space="preserve"> — ในฟอรั่มมีคนพูดตรงๆ ว่า "ผมมีแนวโน้มจะไม่ซื้อเกม ถ้ารีวิวบ่นเรื่อง rulebook" และอีกคนย้อนคนที่บอกว่า rulebook ไม่สำคัญว่า </w:t>
      </w:r>
      <w:r>
        <w:rPr>
          <w:rFonts w:ascii="Tahoma" w:hAnsi="Tahoma" w:cs="Tahoma" w:eastAsia="Tahoma"/>
          <w:i/>
        </w:rPr>
        <w:t>"แล้วคุณจะรู้ได้ยังไงว่าเกมสนุก ถ้าไม่มีคู่มือที่บอกวิธีเล่นได้ดีพอ?"</w:t>
      </w:r>
    </w:p>
    <w:p>
      <w:r>
        <w:rPr>
          <w:rFonts w:ascii="Tahoma" w:hAnsi="Tahoma" w:cs="Tahoma" w:eastAsia="Tahoma"/>
          <w:b/>
        </w:rPr>
        <w:t>มันคือเรื่องการเข้าถึง</w:t>
      </w:r>
      <w:r>
        <w:rPr>
          <w:rFonts w:ascii="Tahoma" w:hAnsi="Tahoma" w:cs="Tahoma" w:eastAsia="Tahoma"/>
        </w:rPr>
        <w:t xml:space="preserve"> — ประโยคนี้ผมอยากให้ทุกคนจำ มาจากผู้เล่นคนหนึ่งในกลุ่ม solo: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"สายตาผมไม่ค่อยดี ถ้า rulebook ไม่มี layout ที่อ่านได้ ไม่มีลำดับข้อมูลที่ชัด ไม่มีไดอะแกรมพอ ไม่มี index มันก็ไร้ประโยชน์สำหรับผม และถ้าผมหาทางอื่นเรียนเกมไม่ได้ ผมก็เล่นเกมนั้นไม่ได้เลย"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แต่ก็มีอีกด้านนะ</w:t>
      </w:r>
    </w:p>
    <w:p>
      <w:r>
        <w:rPr>
          <w:rFonts w:ascii="Tahoma" w:hAnsi="Tahoma" w:cs="Tahoma" w:eastAsia="Tahoma"/>
        </w:rPr>
        <w:t xml:space="preserve">มีเธรดยาวมากใน BGG ชื่อประมาณว่า </w:t>
      </w:r>
      <w:r>
        <w:rPr>
          <w:rFonts w:ascii="Tahoma" w:hAnsi="Tahoma" w:cs="Tahoma" w:eastAsia="Tahoma"/>
          <w:i/>
        </w:rPr>
        <w:t>"rulebook กับความเข้าใจในการอ่าน: ประวัติศาสตร์ของความเข้าใจผิด"</w:t>
      </w:r>
      <w:r>
        <w:rPr>
          <w:rFonts w:ascii="Tahoma" w:hAnsi="Tahoma" w:cs="Tahoma" w:eastAsia="Tahoma"/>
        </w:rPr>
        <w:t xml:space="preserve"> เขียนโดยคนที่เล่นบอร์ดเกมมา 50 ปี มีเกมพันกว่ากล่อง และเคยเป็นคนตรวจ rulebook ให้สำนักพิมพ์</w:t>
      </w:r>
    </w:p>
    <w:p>
      <w:r>
        <w:rPr>
          <w:rFonts w:ascii="Tahoma" w:hAnsi="Tahoma" w:cs="Tahoma" w:eastAsia="Tahoma"/>
        </w:rPr>
        <w:t xml:space="preserve">เขาบอกว่า หลายครั้งที่คนบ่นว่า "rulebook ไม่ชัด" จริงๆ แล้วคำตอบอยู่ในหน้า 14 นั่นแหละ แค่คนอ่านข้ามไป เขาสังเกตว่าในฟอรั่ม คำถามกฎมักถูกตอบด้วยการยกข้อความจาก rulebook มาแปะ แล้วคนถามก็ตอบว่า </w:t>
      </w:r>
      <w:r>
        <w:rPr>
          <w:rFonts w:ascii="Tahoma" w:hAnsi="Tahoma" w:cs="Tahoma" w:eastAsia="Tahoma"/>
          <w:i/>
        </w:rPr>
        <w:t>"อ๋อ ขอโทษ ผมไม่เห็นตรงนั้น"</w:t>
      </w:r>
    </w:p>
    <w:p>
      <w:r>
        <w:rPr>
          <w:rFonts w:ascii="Tahoma" w:hAnsi="Tahoma" w:cs="Tahoma" w:eastAsia="Tahoma"/>
        </w:rPr>
        <w:t>เขาถามต่อว่า นี่เป็นเพราะโลกเร็วเกินไปหรือเปล่า? คนไม่มีเวลาอ่านแล้วหรือ? หรือติดนิสัยพึ่ง how-to-play video มากไป?</w:t>
      </w:r>
    </w:p>
    <w:p>
      <w:r>
        <w:rPr>
          <w:rFonts w:ascii="Tahoma" w:hAnsi="Tahoma" w:cs="Tahoma" w:eastAsia="Tahoma"/>
          <w:b/>
        </w:rPr>
        <w:t>ผมว่าทั้งสองฝ่ายถูก</w:t>
      </w:r>
      <w:r>
        <w:rPr>
          <w:rFonts w:ascii="Tahoma" w:hAnsi="Tahoma" w:cs="Tahoma" w:eastAsia="Tahoma"/>
        </w:rPr>
        <w:t xml:space="preserve"> และข้อสรุปที่ใช้ได้จริงคือแบบนี้: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คุณไม่มีสิทธิ์ออกแบบเพื่อ "คนอ่านในอุดมคติ" คนอ่านของคุณบางคนจะอ่านผ่านๆ บางคนอ่านตอนตีสอง บางคนอ่านเป็นภาษาที่สอง บางคนอ่านโดยมีเพื่อนสามคนนั่งรออยู่ </w:t>
      </w:r>
      <w:r>
        <w:rPr>
          <w:rFonts w:ascii="Tahoma" w:hAnsi="Tahoma" w:cs="Tahoma" w:eastAsia="Tahoma"/>
          <w:b/>
          <w:i/>
          <w:color w:val="2F2F2F"/>
          <w:sz w:val="20"/>
        </w:rPr>
        <w:t>rulebook ที่ใช้ได้เฉพาะกับคนอ่านละเอียด คือ rulebook ที่ใช้ได้กับลูกค้าส่วนน้อย</w:t>
      </w:r>
    </w:p>
    <w:p>
      <w:r>
        <w:rPr>
          <w:rFonts w:ascii="Tahoma" w:hAnsi="Tahoma" w:cs="Tahoma" w:eastAsia="Tahoma"/>
        </w:rPr>
        <w:t>มีอีกสองข้อที่ตามมาจากตรงนี้ และมันสำคัญ: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คำถามซ้ำๆ เรื่องกฎเดียวกัน คือข้อมูล ไม่ใช่เสียงบ่น</w:t>
      </w:r>
      <w:r>
        <w:rPr>
          <w:rFonts w:ascii="Tahoma" w:hAnsi="Tahoma" w:cs="Tahoma" w:eastAsia="Tahoma"/>
        </w:rPr>
        <w:t xml:space="preserve"> — "ถ้าคุณเข้าไปดูกระทู้ถามกฎในหน้าเกมบน BGG คุณจะเห็นกฎข้อเดิมถูกถามซ้ำแล้วซ้ำอีก นั่นแปลว่า rulebook ไม่ชัดตรงนั้น"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ไม่มีใครตั้งกระทู้ว่า "กฎชัดดี ขอบคุณครับ"</w:t>
      </w:r>
      <w:r>
        <w:rPr>
          <w:rFonts w:ascii="Tahoma" w:hAnsi="Tahoma" w:cs="Tahoma" w:eastAsia="Tahoma"/>
        </w:rPr>
        <w:t xml:space="preserve"> — จำนวนกระทู้ถามกฎเป็นตัวอย่างที่เอนเอียง ใช้เป็นสัญญาณได้ แต่อย่าใช้เป็นคำตัดสิน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2. คุณกำลังเขียนให้ใครอ่าน (คำตอบไม่ใช่ "ผู้เล่น")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คนอ่านสามแบบ ที่ต้องการคนละอย่าง</w:t>
      </w:r>
    </w:p>
    <w:p>
      <w:r>
        <w:rPr>
          <w:rFonts w:ascii="Tahoma" w:hAnsi="Tahoma" w:cs="Tahoma" w:eastAsia="Tahoma"/>
        </w:rPr>
        <w:t>rulebook เล่มเดียวต้องรับใช้คนอย่างน้อยสามกลุ่ม แล้วสามกลุ่มนี้ต้องการสิ่งที่ขัดกันเอง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ใคร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อยู่ในสถานการณ์ไหน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ต้องการอะไร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คนเรียนใหม่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เพิ่งแกะกล่อง ไม่เคยเห็นเกมนี้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สอนเป็นลำดับ ให้บริบทก่อนรายละเอียด มีตัวอย่าง มีภาพ setup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คนกำลังเล่นอยู่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เพื่อนสามคนนั่งรอ มีคำถามหนึ่งข้อ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เข้าถึงแบบสุ่ม — index, หัวข้อที่เขาจะเปิดหา, สรุปหลังปก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คนกลับมาเล่นอีก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เคยเล่นครั้งเดียว เมื่อหกเดือนก่อน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ทบทวนเร็ว — ลำดับเทิร์น, จำนวน setup, กฎที่คนมักลืม</w:t>
            </w:r>
          </w:p>
        </w:tc>
      </w:tr>
    </w:tbl>
    <w:p/>
    <w:p>
      <w:r>
        <w:rPr>
          <w:rFonts w:ascii="Tahoma" w:hAnsi="Tahoma" w:cs="Tahoma" w:eastAsia="Tahoma"/>
        </w:rPr>
        <w:t>Michael Lee (บรรณาธิการ rulebook อาชีพที่แก้เกมมาแล้วร้อยกว่าเกม) เพิ่มอีกหลายกลุ่ม — คนที่กำลังจะสอนเกมให้กลุ่มตัวเอง, คนที่อยากรู้ว่า edition ใหม่เปลี่ยนอะไร, คนที่แค่อยากดูภาพ setup</w:t>
      </w:r>
    </w:p>
    <w:p>
      <w:r>
        <w:rPr>
          <w:rFonts w:ascii="Tahoma" w:hAnsi="Tahoma" w:cs="Tahoma" w:eastAsia="Tahoma"/>
        </w:rPr>
        <w:t xml:space="preserve">แล้วเขาสรุปว่า </w:t>
      </w:r>
      <w:r>
        <w:rPr>
          <w:rFonts w:ascii="Tahoma" w:hAnsi="Tahoma" w:cs="Tahoma" w:eastAsia="Tahoma"/>
          <w:i/>
        </w:rPr>
        <w:t>"คนอ่านคนเดียวกันอาจมีเป้าหมายต่างกันทุกครั้งที่หยิบ rulebook ขึ้นมา"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ความจริงที่เปลี่ยนวิธีเขียน</w:t>
      </w:r>
    </w:p>
    <w:p>
      <w:r>
        <w:rPr>
          <w:rFonts w:ascii="Tahoma" w:hAnsi="Tahoma" w:cs="Tahoma" w:eastAsia="Tahoma"/>
        </w:rPr>
        <w:t>อันนี้สำคัญมาก อ่านช้าๆ: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"ในความเป็นจริง คนส่วนใหญ่ไม่ได้เรียนบอร์ดเกมจาก rulebook หรือจากวิดีโอ แต่เรียนจากการที่มีคนสอน </w:t>
      </w:r>
      <w:r>
        <w:rPr>
          <w:rFonts w:ascii="Tahoma" w:hAnsi="Tahoma" w:cs="Tahoma" w:eastAsia="Tahoma"/>
          <w:b/>
          <w:i/>
          <w:color w:val="2F2F2F"/>
          <w:sz w:val="20"/>
        </w:rPr>
        <w:t>หน้าที่ของ rulebook คือจุดปฏิกิริยาลูกโซ่นั้นให้ติด และตอบคำถามที่โผล่มาระหว่างเล่น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r>
        <w:rPr>
          <w:rFonts w:ascii="Tahoma" w:hAnsi="Tahoma" w:cs="Tahoma" w:eastAsia="Tahoma"/>
        </w:rPr>
        <w:t>เพราะฉะนั้น rulebook ของคุณมีสองงาน และไม่มีงานไหนคือ "สอนทุกคนให้เล่นเป็น"</w:t>
      </w:r>
    </w:p>
    <w:p>
      <w:r>
        <w:rPr>
          <w:rFonts w:ascii="Tahoma" w:hAnsi="Tahoma" w:cs="Tahoma" w:eastAsia="Tahoma"/>
          <w:b/>
        </w:rPr>
        <w:t>งานที่ 1: ทำให้คนหนึ่งคนกลายเป็นครูได้</w:t>
      </w:r>
      <w:r>
        <w:rPr>
          <w:rFonts w:ascii="Tahoma" w:hAnsi="Tahoma" w:cs="Tahoma" w:eastAsia="Tahoma"/>
        </w:rPr>
        <w:t xml:space="preserve"> — คนคนนั้นจะอ่านละเอียด แล้วลุกขึ้นไปอธิบายเกมของคุณให้เพื่อนสามคนที่ไม่ได้อ่านอะไรเลย เพราะฉะนั้นเขียนให้การอ่านจบแล้ว </w:t>
      </w:r>
      <w:r>
        <w:rPr>
          <w:rFonts w:ascii="Tahoma" w:hAnsi="Tahoma" w:cs="Tahoma" w:eastAsia="Tahoma"/>
          <w:b/>
        </w:rPr>
        <w:t>สอนต่อได้</w:t>
      </w:r>
      <w:r>
        <w:rPr>
          <w:rFonts w:ascii="Tahoma" w:hAnsi="Tahoma" w:cs="Tahoma" w:eastAsia="Tahoma"/>
        </w:rPr>
        <w:t xml:space="preserve"> ไม่ใช่แค่ </w:t>
      </w:r>
      <w:r>
        <w:rPr>
          <w:rFonts w:ascii="Tahoma" w:hAnsi="Tahoma" w:cs="Tahoma" w:eastAsia="Tahoma"/>
          <w:b/>
        </w:rPr>
        <w:t>เข้าใจ</w:t>
      </w:r>
    </w:p>
    <w:p>
      <w:r>
        <w:rPr>
          <w:rFonts w:ascii="Tahoma" w:hAnsi="Tahoma" w:cs="Tahoma" w:eastAsia="Tahoma"/>
          <w:b/>
        </w:rPr>
        <w:t>งานที่ 2: ตอบคำถามเร็ว กลางเกม ภายใต้แรงกดดันทางสังคม</w:t>
      </w:r>
      <w:r>
        <w:rPr>
          <w:rFonts w:ascii="Tahoma" w:hAnsi="Tahoma" w:cs="Tahoma" w:eastAsia="Tahoma"/>
        </w:rPr>
        <w:t xml:space="preserve"> — นี่คือเรื่องของการ "ค้นหา" ไม่ใช่การ "สอน" และนี่คืองานที่ rulebook ส่วนใหญ่พัง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เขียนชื่อคนอ่านลงกระดาษก่อน</w:t>
      </w:r>
    </w:p>
    <w:p>
      <w:r>
        <w:rPr>
          <w:rFonts w:ascii="Tahoma" w:hAnsi="Tahoma" w:cs="Tahoma" w:eastAsia="Tahoma"/>
        </w:rPr>
        <w:t>นักออกแบบชื่อ J C Lawrence พูดแบบไม่ประนีประนอม: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"รู้จักผู้อ่านของคุณ ถ้าผู้อ่านของคุณไม่รวมคนเล่นเกมเบาที่กำลังหัดเล่น คุณก็ไม่จำเป็นต้องพูดกับเขาในกฎของคุณ เขียนกฎให้ผู้อ่านที่คุณแคร์"</w:t>
      </w:r>
    </w:p>
    <w:p>
      <w:r>
        <w:rPr>
          <w:rFonts w:ascii="Tahoma" w:hAnsi="Tahoma" w:cs="Tahoma" w:eastAsia="Tahoma"/>
        </w:rPr>
        <w:t xml:space="preserve">อีกฝั่งคือ BA Games ที่บอกว่า คุณเป็นทุกอย่างให้ทุกคนไม่ได้จริงๆ เพราะฉะนั้นให้พึ่ง </w:t>
      </w:r>
      <w:r>
        <w:rPr>
          <w:rFonts w:ascii="Tahoma" w:hAnsi="Tahoma" w:cs="Tahoma" w:eastAsia="Tahoma"/>
          <w:b/>
        </w:rPr>
        <w:t>ธรรมเนียมของวงการ</w:t>
      </w:r>
      <w:r>
        <w:rPr>
          <w:rFonts w:ascii="Tahoma" w:hAnsi="Tahoma" w:cs="Tahoma" w:eastAsia="Tahoma"/>
        </w:rPr>
        <w:t xml:space="preserve"> — รูปแบบที่คนอ่านคาดหวังอยู่แล้ว — แล้วเก็บความคิดสร้างสรรค์ของคุณไว้ใช้กับตัวเกม ไม่ใช่โครงสร้างคู่มือ</w:t>
      </w:r>
    </w:p>
    <w:p>
      <w:r>
        <w:rPr>
          <w:rFonts w:ascii="Tahoma" w:hAnsi="Tahoma" w:cs="Tahoma" w:eastAsia="Tahoma"/>
          <w:b/>
        </w:rPr>
        <w:t>ทำจริง:</w:t>
      </w:r>
      <w:r>
        <w:rPr>
          <w:rFonts w:ascii="Tahoma" w:hAnsi="Tahoma" w:cs="Tahoma" w:eastAsia="Tahoma"/>
        </w:rPr>
        <w:t xml:space="preserve"> เขียนหนึ่งประโยคว่าคนอ่านของคุณเป็นใคร เช่น </w:t>
      </w:r>
      <w:r>
        <w:rPr>
          <w:rFonts w:ascii="Tahoma" w:hAnsi="Tahoma" w:cs="Tahoma" w:eastAsia="Tahoma"/>
          <w:i/>
        </w:rPr>
        <w:t>"คนที่มีบอร์ดเกม 40 กล่อง อ่านคนเดียวตอนห้าทุ่ม แล้วจะสอนคนไม่เล่นเกมสามคนวันเสาร์"</w:t>
      </w:r>
      <w:r>
        <w:rPr>
          <w:rFonts w:ascii="Tahoma" w:hAnsi="Tahoma" w:cs="Tahoma" w:eastAsia="Tahoma"/>
        </w:rPr>
        <w:t xml:space="preserve"> หลังจากนั้นทุกการตัดสินใจ — ระดับศัพท์เฉพาะ, จำนวนตัวอย่าง, จำนวนหน้า — จะตัดสินได้จากประโยคนั้น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3. เรื่องลำดับ (บทที่แก้ปัญหาได้เยอะที่สุด)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ลำดับมาตรฐาน</w:t>
      </w:r>
    </w:p>
    <w:p>
      <w:r>
        <w:rPr>
          <w:rFonts w:ascii="Tahoma" w:hAnsi="Tahoma" w:cs="Tahoma" w:eastAsia="Tahoma"/>
        </w:rPr>
        <w:t>ผมเอา template จาก 10 แหล่งมาวางเทียบกัน ปรากฏว่ามันต่างกันแค่ขอบๆ แต่ตรงกลางเหมือนกันเกือบหมด สรุปได้ว่า: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ปก</w:t>
      </w:r>
      <w:r>
        <w:rPr>
          <w:rFonts w:ascii="Tahoma" w:hAnsi="Tahoma" w:cs="Tahoma" w:eastAsia="Tahoma"/>
        </w:rPr>
        <w:t xml:space="preserve"> — ชื่อเกม, จำนวนผู้เล่น, เวลา, อายุ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เกริ่นธีม</w:t>
      </w:r>
      <w:r>
        <w:rPr>
          <w:rFonts w:ascii="Tahoma" w:hAnsi="Tahoma" w:cs="Tahoma" w:eastAsia="Tahoma"/>
        </w:rPr>
        <w:t xml:space="preserve"> — ย่อหน้าเดียว สร้างคำนามของเกม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เป้าหมาย / ชนะยังไง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b/>
        </w:rPr>
        <w:t>ก่อน</w:t>
      </w:r>
      <w:r>
        <w:rPr>
          <w:rFonts w:ascii="Tahoma" w:hAnsi="Tahoma" w:cs="Tahoma" w:eastAsia="Tahoma"/>
        </w:rPr>
        <w:t xml:space="preserve"> กฎละเอียด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รายการอุปกรณ์พร้อมภาพ</w:t>
      </w:r>
      <w:r>
        <w:rPr>
          <w:rFonts w:ascii="Tahoma" w:hAnsi="Tahoma" w:cs="Tahoma" w:eastAsia="Tahoma"/>
        </w:rPr>
        <w:t xml:space="preserve"> — ทุกชิ้น มีภาพ มีชื่อ มีจำนวน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การตั้งเกม</w:t>
      </w:r>
      <w:r>
        <w:rPr>
          <w:rFonts w:ascii="Tahoma" w:hAnsi="Tahoma" w:cs="Tahoma" w:eastAsia="Tahoma"/>
        </w:rPr>
        <w:t xml:space="preserve"> — ขั้นตอนเป็นข้อ + ไดอะแกรมโต๊ะที่ตั้งเสร็จแล้ว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ภาพรวมการเล่น</w:t>
      </w:r>
      <w:r>
        <w:rPr>
          <w:rFonts w:ascii="Tahoma" w:hAnsi="Tahoma" w:cs="Tahoma" w:eastAsia="Tahoma"/>
        </w:rPr>
        <w:t xml:space="preserve"> — รูปร่างของรอบ/เทิร์น เป็น bullet ไม่มีรายละเอียด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การเล่นแบบละเอียด</w:t>
      </w:r>
      <w:r>
        <w:rPr>
          <w:rFonts w:ascii="Tahoma" w:hAnsi="Tahoma" w:cs="Tahoma" w:eastAsia="Tahoma"/>
        </w:rPr>
        <w:t xml:space="preserve"> — ทีละเฟส ตามลำดับที่เกิดจริง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เงื่อนไขจบเกม</w:t>
      </w:r>
      <w:r>
        <w:rPr>
          <w:rFonts w:ascii="Tahoma" w:hAnsi="Tahoma" w:cs="Tahoma" w:eastAsia="Tahoma"/>
        </w:rPr>
        <w:t xml:space="preserve"> — อะไรทำให้จบ และหลังจากนั้นทำอะไร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การนับคะแนนและผู้ชนะ</w:t>
      </w:r>
      <w:r>
        <w:rPr>
          <w:rFonts w:ascii="Tahoma" w:hAnsi="Tahoma" w:cs="Tahoma" w:eastAsia="Tahoma"/>
        </w:rPr>
        <w:t xml:space="preserve"> — รวมกฎเสมอ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ภาคผนวก</w:t>
      </w:r>
      <w:r>
        <w:rPr>
          <w:rFonts w:ascii="Tahoma" w:hAnsi="Tahoma" w:cs="Tahoma" w:eastAsia="Tahoma"/>
        </w:rPr>
        <w:t xml:space="preserve"> — คำอธิบายการ์ด, เคสพิเศษ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อภิธานศัพท์ / index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หลังปก</w:t>
      </w:r>
      <w:r>
        <w:rPr>
          <w:rFonts w:ascii="Tahoma" w:hAnsi="Tahoma" w:cs="Tahoma" w:eastAsia="Tahoma"/>
        </w:rPr>
        <w:t xml:space="preserve"> — ลำดับเทิร์น, คีย์ไอคอน, สรุป setup</w:t>
      </w:r>
    </w:p>
    <w:p>
      <w:r>
        <w:rPr>
          <w:rFonts w:ascii="Tahoma" w:hAnsi="Tahoma" w:cs="Tahoma" w:eastAsia="Tahoma"/>
        </w:rPr>
        <w:t xml:space="preserve">เหตุผลเบื้องหลังลำดับนี้ Michael Lee อธิบายไว้สวยมาก — </w:t>
      </w:r>
      <w:r>
        <w:rPr>
          <w:rFonts w:ascii="Tahoma" w:hAnsi="Tahoma" w:cs="Tahoma" w:eastAsia="Tahoma"/>
          <w:b/>
        </w:rPr>
        <w:t>rulebook คือการสร้างคลังคำ แล้วเอาไปใช้</w:t>
      </w:r>
      <w:r>
        <w:rPr>
          <w:rFonts w:ascii="Tahoma" w:hAnsi="Tahoma" w:cs="Tahoma" w:eastAsia="Tahoma"/>
        </w:rPr>
        <w:t xml:space="preserve"> ธีมสร้างคำนาม, เป้าหมายสร้างคำนามธรรม (แต้ม, อิทธิพล), รายการอุปกรณ์สร้างชื่อของจริง, setup สร้างชื่อพื้นที่ (กองจั่ว, ตลาด) พอถึงส่วนกฎ คุณถึงใช้คำพวกนี้ได้โดยไม่ต้องหยุดอธิบาย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สามลำดับที่มักจะผิด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อย่าเปิดด้วย Setup</w:t>
      </w:r>
    </w:p>
    <w:p>
      <w:r>
        <w:rPr>
          <w:rFonts w:ascii="Tahoma" w:hAnsi="Tahoma" w:cs="Tahoma" w:eastAsia="Tahoma"/>
        </w:rPr>
        <w:t>อันนี้ผมอยากให้อ่านเต็มๆ เพราะมันคือความรู้สึกจริงของคนอ่าน: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"rulebook ทั่วไปเริ่มด้วย set-up — อย่าทำแบบนั้นเลยครับ ผมไม่รู้ว่าชิ้นส่วนพวกนี้คืออะไร ไม่รู้ว่าแยกกองไปทำไม ผมไม่มีบริบทอะไรเลย บอกธีมผมก่อน บอกเป้าหมาย บอกภาพรวม แล้วค่อยลงรายละเอียด... ลองคิดว่าคุณจะเล่าเรื่องยังไง คุณคงไม่กระโดดเข้ารายละเอียดยิบย่อยก่อนที่คนฟังจะรู้จักเรื่องใช่ไหม?"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อย่าซ่อนเงื่อนไขชนะไว้ท้ายเล่ม</w:t>
      </w:r>
    </w:p>
    <w:p>
      <w:r>
        <w:rPr>
          <w:rFonts w:ascii="Tahoma" w:hAnsi="Tahoma" w:cs="Tahoma" w:eastAsia="Tahoma"/>
        </w:rPr>
        <w:t>Herc du Preez วาง "เงื่อนไขชนะ" ไว้ก่อนกฎอย่างตั้งใจ เหตุผลของเขา: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"มันทำให้คนอ่านมีเป้าหมายอยู่ในหัวตลอดเวลาที่อ่านกฎที่เหลือ การมีเป้าหมายในหัวให้บริบทกับทุกการกระทำในเกม </w:t>
      </w:r>
      <w:r>
        <w:rPr>
          <w:rFonts w:ascii="Tahoma" w:hAnsi="Tahoma" w:cs="Tahoma" w:eastAsia="Tahoma"/>
          <w:b/>
          <w:i/>
          <w:color w:val="2F2F2F"/>
          <w:sz w:val="20"/>
        </w:rPr>
        <w:t>เป้าหมายคือตัวเกม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อย่าตามลำดับเวลาแบบทื่อๆ</w:t>
      </w:r>
    </w:p>
    <w:p>
      <w:r>
        <w:rPr>
          <w:rFonts w:ascii="Tahoma" w:hAnsi="Tahoma" w:cs="Tahoma" w:eastAsia="Tahoma"/>
        </w:rPr>
        <w:t>บางเกม ถ้าเข้าใจเฟสที่ 8 ก่อน เฟส 1-7 จะเข้าใจง่ายขึ้นมาก</w:t>
      </w:r>
    </w:p>
    <w:p>
      <w:r>
        <w:rPr>
          <w:rFonts w:ascii="Tahoma" w:hAnsi="Tahoma" w:cs="Tahoma" w:eastAsia="Tahoma"/>
        </w:rPr>
        <w:t xml:space="preserve">ตัวอย่างจาก BGG คือเกม Dune — การรบอยู่เกือบท้ายรอบ แต่เฟสประมูลกับเฟสเครื่องเทศจะเข้าใจไม่ได้เลย ถ้าไม่รู้ก่อนว่าการ์ดกับเครื่องเทศ </w:t>
      </w:r>
      <w:r>
        <w:rPr>
          <w:rFonts w:ascii="Tahoma" w:hAnsi="Tahoma" w:cs="Tahoma" w:eastAsia="Tahoma"/>
          <w:b/>
        </w:rPr>
        <w:t>เอาไปทำอะไร</w:t>
      </w:r>
      <w:r>
        <w:rPr>
          <w:rFonts w:ascii="Tahoma" w:hAnsi="Tahoma" w:cs="Tahoma" w:eastAsia="Tahoma"/>
        </w:rPr>
        <w:t xml:space="preserve"> คนเล่าเลยเลือกสอนการรบก่อน แล้วค่อยบอกว่า "เออ ลำดับเฟสจริงๆ เป็นแบบนี้นะ"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"หนังสือไม่จำเป็นต้องตามลำดับเวลาของเฟสในเกม มันต้องตามลำดับของการซึมซับความเข้าใจ จากหยาบไปละเอียด"</w:t>
      </w:r>
    </w:p>
    <w:p>
      <w:r>
        <w:rPr>
          <w:rFonts w:ascii="Tahoma" w:hAnsi="Tahoma" w:cs="Tahoma" w:eastAsia="Tahoma"/>
        </w:rPr>
        <w:t xml:space="preserve">Jamey Stegmaier แห่ง Stonemaier ยืนยันว่านี่คือเรื่องปกติในวงอาชีพ พอมีคนถามว่าเขายืดหยุ่นแค่ไหนถ้าเกมต้องการลำดับแปลกๆ เขาตอบว่า </w:t>
      </w:r>
      <w:r>
        <w:rPr>
          <w:rFonts w:ascii="Tahoma" w:hAnsi="Tahoma" w:cs="Tahoma" w:eastAsia="Tahoma"/>
          <w:i/>
        </w:rPr>
        <w:t>"แน่นอน ผมทำแบบนั้นกับ Vantage และเกมอื่นๆ มาแล้ว"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ความหนาคือข้อความ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"ผมพยายามทำให้ความยาวของ rulebook สะท้อนความซับซ้อนของเกม โดยใช้อุปกรณ์อื่นช่วยแบ่งเบา"</w:t>
      </w:r>
    </w:p>
    <w:p>
      <w:r>
        <w:rPr>
          <w:rFonts w:ascii="Tahoma" w:hAnsi="Tahoma" w:cs="Tahoma" w:eastAsia="Tahoma"/>
        </w:rPr>
        <w:t>ตอน Jamey เขียน rulebook ของ Tokaido Duo ใหม่ เขาดึงคำอธิบายตัวละครออกไปทำเป็น player aid สองใบ — ใช้ระหว่างเล่นสะดวกกว่า และซื่อสัตย์กับน้ำหนักจริงของเกมมากกว่า</w:t>
      </w:r>
    </w:p>
    <w:p>
      <w:r>
        <w:rPr>
          <w:rFonts w:ascii="Tahoma" w:hAnsi="Tahoma" w:cs="Tahoma" w:eastAsia="Tahoma"/>
          <w:b/>
        </w:rPr>
        <w:t>rulebook หนาบนเกมเบา = บอกคนซื้อผิดตั้งแต่ยังไม่ได้อ่าน</w:t>
      </w:r>
    </w:p>
    <w:p>
      <w:r>
        <w:rPr>
          <w:rFonts w:ascii="Tahoma" w:hAnsi="Tahoma" w:cs="Tahoma" w:eastAsia="Tahoma"/>
        </w:rPr>
        <w:t>แล้วมีอีกสองข้อจากคนเดียวกันที่ผมว่าควรจำเป็นกฎเหล็ก: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"ถ้าผมต้องใช้เต็มหนึ่งหน้าอธิบายแนวคิดเล็กๆ นั่นเป็นสัญญาณว่าแนวคิดนั้นซับซ้อนเกินกว่าที่มันให้กับเกม"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"99% ของกรณี ถ้าผมใช้คำว่า 'ข้อยกเว้น' ใน rulebook นั่นคือสัญญาณว่ามันจะยากสำหรับผู้เล่นที่จะจำ และควรถูกตัดออกจากเกม"</w:t>
      </w:r>
    </w:p>
    <w:p>
      <w:r>
        <w:rPr>
          <w:rFonts w:ascii="Tahoma" w:hAnsi="Tahoma" w:cs="Tahoma" w:eastAsia="Tahoma"/>
        </w:rPr>
        <w:t xml:space="preserve">พูดอีกแบบ — </w:t>
      </w:r>
      <w:r>
        <w:rPr>
          <w:rFonts w:ascii="Tahoma" w:hAnsi="Tahoma" w:cs="Tahoma" w:eastAsia="Tahoma"/>
          <w:b/>
        </w:rPr>
        <w:t>rulebook คือเครื่องวัดความซับซ้อนของดีไซน์</w:t>
      </w:r>
      <w:r>
        <w:rPr>
          <w:rFonts w:ascii="Tahoma" w:hAnsi="Tahoma" w:cs="Tahoma" w:eastAsia="Tahoma"/>
        </w:rPr>
        <w:t xml:space="preserve"> ตรงไหนที่เขียนแล้วเจ็บ ตรงนั้นมักเป็นปัญหาดีไซน์ ไม่ใช่ปัญหาการเขียน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4. เลือกสถาปัตยกรรม: หนังสือเล่มเดียวพอไหม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ปัญหาที่แก้ไม่ได้ (แต่จัดการได้)</w:t>
      </w:r>
    </w:p>
    <w:p>
      <w:r>
        <w:rPr>
          <w:rFonts w:ascii="Tahoma" w:hAnsi="Tahoma" w:cs="Tahoma" w:eastAsia="Tahoma"/>
        </w:rPr>
        <w:t>อันนี้ถูกเรียกว่าปัญหาที่ยากที่สุดในวิชานี้ โดยคนละสามแหล่งที่ไม่รู้จักกัน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"ความท้าทายที่ใหญ่ที่สุดในการเขียน rulebook คือผู้เล่น</w:t>
      </w:r>
      <w:r>
        <w:rPr>
          <w:rFonts w:ascii="Tahoma" w:hAnsi="Tahoma" w:cs="Tahoma" w:eastAsia="Tahoma"/>
          <w:b/>
          <w:i/>
          <w:color w:val="2F2F2F"/>
          <w:sz w:val="20"/>
        </w:rPr>
        <w:t>ต้องการให้มันเป็นสองอย่างพร้อมกันเสมอ</w:t>
      </w:r>
      <w:r>
        <w:rPr>
          <w:rFonts w:ascii="Tahoma" w:hAnsi="Tahoma" w:cs="Tahoma" w:eastAsia="Tahoma"/>
          <w:i/>
          <w:color w:val="2F2F2F"/>
          <w:sz w:val="20"/>
        </w:rPr>
        <w:t xml:space="preserve"> — คู่มือเริ่มต้นสำหรับคนที่กำลังหัด และเอกสารอ้างอิงที่จัดเรียงอย่างมีเหตุผลสำหรับคนที่มีคำถามเฉพาะ" — Resonym</w:t>
      </w:r>
    </w:p>
    <w:p>
      <w:r>
        <w:rPr>
          <w:rFonts w:ascii="Tahoma" w:hAnsi="Tahoma" w:cs="Tahoma" w:eastAsia="Tahoma"/>
        </w:rPr>
        <w:t xml:space="preserve">อีกคนพูดแรงกว่า: </w:t>
      </w:r>
      <w:r>
        <w:rPr>
          <w:rFonts w:ascii="Tahoma" w:hAnsi="Tahoma" w:cs="Tahoma" w:eastAsia="Tahoma"/>
          <w:i/>
        </w:rPr>
        <w:t>"การพยายามทำ rulebook เล่มเดียวให้ทั้งสอนและเป็น reference คือความพยายามที่ทำลายตัวเอง"</w:t>
      </w:r>
    </w:p>
    <w:p>
      <w:r>
        <w:rPr>
          <w:rFonts w:ascii="Tahoma" w:hAnsi="Tahoma" w:cs="Tahoma" w:eastAsia="Tahoma"/>
          <w:b/>
        </w:rPr>
        <w:t>การสอน</w:t>
      </w:r>
      <w:r>
        <w:rPr>
          <w:rFonts w:ascii="Tahoma" w:hAnsi="Tahoma" w:cs="Tahoma" w:eastAsia="Tahoma"/>
        </w:rPr>
        <w:t xml:space="preserve"> ต้องการลำดับการเล่นและการค่อยๆ เปิดเผย</w:t>
      </w:r>
    </w:p>
    <w:p>
      <w:r>
        <w:rPr>
          <w:rFonts w:ascii="Tahoma" w:hAnsi="Tahoma" w:cs="Tahoma" w:eastAsia="Tahoma"/>
          <w:b/>
        </w:rPr>
        <w:t>การอ้างอิง</w:t>
      </w:r>
      <w:r>
        <w:rPr>
          <w:rFonts w:ascii="Tahoma" w:hAnsi="Tahoma" w:cs="Tahoma" w:eastAsia="Tahoma"/>
        </w:rPr>
        <w:t xml:space="preserve"> ต้องการการจัดกลุ่มตามหัวข้อและการเข้าถึงแบบตัวอักษร</w:t>
      </w:r>
    </w:p>
    <w:p>
      <w:r>
        <w:rPr>
          <w:rFonts w:ascii="Tahoma" w:hAnsi="Tahoma" w:cs="Tahoma" w:eastAsia="Tahoma"/>
        </w:rPr>
        <w:t xml:space="preserve">คุณได้ทั้งสองอย่างเต็มๆ ในเล่มเดียวไม่ได้ สิ่งที่ทำได้คือ </w:t>
      </w:r>
      <w:r>
        <w:rPr>
          <w:rFonts w:ascii="Tahoma" w:hAnsi="Tahoma" w:cs="Tahoma" w:eastAsia="Tahoma"/>
          <w:b/>
        </w:rPr>
        <w:t>เลือกว่าจะให้มันเจ็บตรงไหน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ห้าแบบให้เลือก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A: เล่มเดียว เรียงตามลำดับการสอน (เกมเบา-กลาง)</w:t>
      </w:r>
    </w:p>
    <w:p>
      <w:r>
        <w:rPr>
          <w:rFonts w:ascii="Tahoma" w:hAnsi="Tahoma" w:cs="Tahoma" w:eastAsia="Tahoma"/>
        </w:rPr>
        <w:t xml:space="preserve">ต่ำกว่าประมาณ 4 หน้า ใช้กฎนี้: </w:t>
      </w:r>
      <w:r>
        <w:rPr>
          <w:rFonts w:ascii="Tahoma" w:hAnsi="Tahoma" w:cs="Tahoma" w:eastAsia="Tahoma"/>
          <w:i/>
        </w:rPr>
        <w:t>"นำเสนอเกมเหมือนคุณกำลังสอนเกม แต่ละกฎอธิบายตามลำดับที่มันเกิดขึ้น"</w:t>
      </w:r>
      <w:r>
        <w:rPr>
          <w:rFonts w:ascii="Tahoma" w:hAnsi="Tahoma" w:cs="Tahoma" w:eastAsia="Tahoma"/>
        </w:rPr>
        <w:t xml:space="preserve"> แล้วใส่สรุปหลังปก จบ</w:t>
      </w:r>
    </w:p>
    <w:p>
      <w:r>
        <w:rPr>
          <w:rFonts w:ascii="Tahoma" w:hAnsi="Tahoma" w:cs="Tahoma" w:eastAsia="Tahoma"/>
          <w:b/>
        </w:rPr>
        <w:t>เหมาะกับ:</w:t>
      </w:r>
      <w:r>
        <w:rPr>
          <w:rFonts w:ascii="Tahoma" w:hAnsi="Tahoma" w:cs="Tahoma" w:eastAsia="Tahoma"/>
        </w:rPr>
        <w:t xml:space="preserve"> เกมครอบครัว, gateway, filler, เกม 30-60 นาทีส่วนใหญ่</w:t>
      </w:r>
    </w:p>
    <w:p>
      <w:r>
        <w:rPr>
          <w:rFonts w:ascii="Tahoma" w:hAnsi="Tahoma" w:cs="Tahoma" w:eastAsia="Tahoma"/>
          <w:b/>
        </w:rPr>
        <w:t>พังเมื่อ:</w:t>
      </w:r>
      <w:r>
        <w:rPr>
          <w:rFonts w:ascii="Tahoma" w:hAnsi="Tahoma" w:cs="Tahoma" w:eastAsia="Tahoma"/>
        </w:rPr>
        <w:t xml:space="preserve"> เกมมีเคสพิเศษเยอะจนต้องเปิดหากลางเกมบ่อย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B: เล่มเดียว จัดกลุ่มตามหัวข้อ + index (เกมหนัก)</w:t>
      </w:r>
    </w:p>
    <w:p>
      <w:r>
        <w:rPr>
          <w:rFonts w:ascii="Tahoma" w:hAnsi="Tahoma" w:cs="Tahoma" w:eastAsia="Tahoma"/>
        </w:rPr>
        <w:t xml:space="preserve">เกิน ~20 หน้า คำแนะนำกลับด้าน: </w:t>
      </w:r>
      <w:r>
        <w:rPr>
          <w:rFonts w:ascii="Tahoma" w:hAnsi="Tahoma" w:cs="Tahoma" w:eastAsia="Tahoma"/>
          <w:i/>
        </w:rPr>
        <w:t>"สิ่งสำคัญคือจัดกลุ่มกฎตามหัวข้อ เพื่อให้หากฎได้เร็ว rulebook อ้างอิงยาวๆ ที่ผมชอบที่สุดจัดกฎเรียงตามตัวอักษรแทนลำดับที่เรียน index ใหญ่ๆ คือแผนสำรองที่รับได้"</w:t>
      </w:r>
    </w:p>
    <w:p>
      <w:r>
        <w:rPr>
          <w:rFonts w:ascii="Tahoma" w:hAnsi="Tahoma" w:cs="Tahoma" w:eastAsia="Tahoma"/>
        </w:rPr>
        <w:t xml:space="preserve">เกมสงครามอ่านรู้เรื่องทั้งที่ยาวมาก เพราะมัน </w:t>
      </w:r>
      <w:r>
        <w:rPr>
          <w:rFonts w:ascii="Tahoma" w:hAnsi="Tahoma" w:cs="Tahoma" w:eastAsia="Tahoma"/>
          <w:b/>
        </w:rPr>
        <w:t>ใช้ลำดับตามธรรมเนียมที่คาดเดาได้</w:t>
      </w:r>
      <w:r>
        <w:rPr>
          <w:rFonts w:ascii="Tahoma" w:hAnsi="Tahoma" w:cs="Tahoma" w:eastAsia="Tahoma"/>
        </w:rPr>
        <w:t>: intro → อุปกรณ์ → แนวคิดหลัก → การเปิดใช้หน่วย → การเคลื่อนที่ → การรบ → กฎพิเศษ → เงื่อนไขชนะ → กฎเสริม คนอ่านนำทางด้วยธรรมเนียม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C: สองเล่ม — Learn to Play + Rules Reference</w:t>
      </w:r>
    </w:p>
    <w:p>
      <w:r>
        <w:rPr>
          <w:rFonts w:ascii="Tahoma" w:hAnsi="Tahoma" w:cs="Tahoma" w:eastAsia="Tahoma"/>
        </w:rPr>
        <w:t>Fantasy Flight ทำจนเป็นมาตรฐาน (Marvel Champions, Arkham Horror LCG) และได้คำชมเยอะมาก: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"เกมใหม่ๆ ของเขามาพร้อม rulebook สั้นๆ ที่ทำให้เริ่มเล่นได้เร็ว และสำหรับเรื่องอื่นทั้งหมดมี rules reference เล่มใหญ่ที่มี index ละเอียด ซึ่งปกติหาสิ่งที่ต้องการได้ในไม่กี่วินาที"</w:t>
      </w:r>
    </w:p>
    <w:p>
      <w:r>
        <w:rPr>
          <w:rFonts w:ascii="Tahoma" w:hAnsi="Tahoma" w:cs="Tahoma" w:eastAsia="Tahoma"/>
        </w:rPr>
        <w:t xml:space="preserve">สองเล่มนี้โครงสร้างต่างกันจริงๆ เล่ม 1 เล่าเรื่องการเล่นเกม ตามลำดับเล่น และอาจตัดเคสหายากออกได้ เล่ม 2 เป็นทางการ เรียงตามตัวอักษรหรือหัวข้อ และ </w:t>
      </w:r>
      <w:r>
        <w:rPr>
          <w:rFonts w:ascii="Tahoma" w:hAnsi="Tahoma" w:cs="Tahoma" w:eastAsia="Tahoma"/>
          <w:b/>
        </w:rPr>
        <w:t>ครบถ้วน</w:t>
      </w:r>
    </w:p>
    <w:p>
      <w:r>
        <w:rPr>
          <w:rFonts w:ascii="Tahoma" w:hAnsi="Tahoma" w:cs="Tahoma" w:eastAsia="Tahoma"/>
          <w:b/>
        </w:rPr>
        <w:t>จุดพังเฉพาะของแบบนี้ และมันรุนแรง</w:t>
      </w:r>
      <w:r>
        <w:rPr>
          <w:rFonts w:ascii="Tahoma" w:hAnsi="Tahoma" w:cs="Tahoma" w:eastAsia="Tahoma"/>
        </w:rPr>
        <w:t xml:space="preserve"> — ถ้ากฎข้อหนึ่งอยู่ในเล่ม Learn to Play แต่หายไปจาก Reference คนจะเลิกเชื่อ Reference และพอเลิกเชื่อแล้ว ก็เลิกใช้</w:t>
      </w:r>
    </w:p>
    <w:p>
      <w:r>
        <w:rPr>
          <w:rFonts w:ascii="Tahoma" w:hAnsi="Tahoma" w:cs="Tahoma" w:eastAsia="Tahoma"/>
        </w:rPr>
        <w:t xml:space="preserve">เรื่องนี้ถูกบันทึกไว้ละเอียดมากกับ </w:t>
      </w:r>
      <w:r>
        <w:rPr>
          <w:rFonts w:ascii="Tahoma" w:hAnsi="Tahoma" w:cs="Tahoma" w:eastAsia="Tahoma"/>
          <w:i/>
        </w:rPr>
        <w:t>Gloomhaven: Jaws of the Lion</w:t>
      </w:r>
      <w:r>
        <w:rPr>
          <w:rFonts w:ascii="Tahoma" w:hAnsi="Tahoma" w:cs="Tahoma" w:eastAsia="Tahoma"/>
        </w:rPr>
        <w:t xml:space="preserve"> ที่กฎ "การ์ดคำสาปในสำรับจำกัด 10 ใบ" มีอยู่แค่ในเล่มสอน: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"ผมรู้สึกว่ากฎทุกข้อควรจะอยู่ในทุกที่ที่คุณคาดว่าจะเจอมันใน Glossary — หรืออย่างน้อยมีคำว่า 'ดูเพิ่มเติมที่ [หัวข้อ]' แบบที่ FFG ทำ — ไม่งั้น Glossary จะไม่มีประโยชน์อีกต่อไป"</w:t>
      </w:r>
    </w:p>
    <w:p>
      <w:r>
        <w:rPr>
          <w:rFonts w:ascii="Tahoma" w:hAnsi="Tahoma" w:cs="Tahoma" w:eastAsia="Tahoma"/>
          <w:b/>
        </w:rPr>
        <w:t>กฎเหล็ก:</w:t>
      </w:r>
      <w:r>
        <w:rPr>
          <w:rFonts w:ascii="Tahoma" w:hAnsi="Tahoma" w:cs="Tahoma" w:eastAsia="Tahoma"/>
        </w:rPr>
        <w:t xml:space="preserve"> ถ้าออกสองเล่ม เล่ม reference ต้องเป็น </w:t>
      </w:r>
      <w:r>
        <w:rPr>
          <w:rFonts w:ascii="Tahoma" w:hAnsi="Tahoma" w:cs="Tahoma" w:eastAsia="Tahoma"/>
          <w:b/>
        </w:rPr>
        <w:t>ซูเปอร์เซ็ต</w:t>
      </w:r>
      <w:r>
        <w:rPr>
          <w:rFonts w:ascii="Tahoma" w:hAnsi="Tahoma" w:cs="Tahoma" w:eastAsia="Tahoma"/>
        </w:rPr>
        <w:t xml:space="preserve"> ไม่ใช่ซับเซ็ต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D: Playbook / เล่มพาเล่น</w:t>
      </w:r>
    </w:p>
    <w:p>
      <w:r>
        <w:rPr>
          <w:rFonts w:ascii="Tahoma" w:hAnsi="Tahoma" w:cs="Tahoma" w:eastAsia="Tahoma"/>
        </w:rPr>
        <w:t xml:space="preserve">เล่มแยกที่พาผู้เล่นเดินผ่านเกมเปิดแบบสคริปต์ GMT ซีรีส์ COIN บุกเบิกในเกมสงคราม แล้ว </w:t>
      </w:r>
      <w:r>
        <w:rPr>
          <w:rFonts w:ascii="Tahoma" w:hAnsi="Tahoma" w:cs="Tahoma" w:eastAsia="Tahoma"/>
          <w:i/>
        </w:rPr>
        <w:t>Root</w:t>
      </w:r>
      <w:r>
        <w:rPr>
          <w:rFonts w:ascii="Tahoma" w:hAnsi="Tahoma" w:cs="Tahoma" w:eastAsia="Tahoma"/>
        </w:rPr>
        <w:t xml:space="preserve"> เอามาสู่กระแสหลัก</w:t>
      </w:r>
    </w:p>
    <w:p>
      <w:r>
        <w:rPr>
          <w:rFonts w:ascii="Tahoma" w:hAnsi="Tahoma" w:cs="Tahoma" w:eastAsia="Tahoma"/>
          <w:i/>
        </w:rPr>
        <w:t>Root</w:t>
      </w:r>
      <w:r>
        <w:rPr>
          <w:rFonts w:ascii="Tahoma" w:hAnsi="Tahoma" w:cs="Tahoma" w:eastAsia="Tahoma"/>
        </w:rPr>
        <w:t xml:space="preserve"> แถมเล่มพาเล่นที่ตั้งกระดานเป็นตำแหน่ง 4 ผู้เล่นเฉพาะ แล้วส่งหนังสือวนโต๊ะ ให้แต่ละคนอ่านการเคลื่อนไหวของตัวเองออกเสียง Punchboard ให้เครดิตตรงนี้ว่าเป็นเหตุผลที่เกมขายได้กว้าง: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"ผมเชื่อว่าเล่มพาเล่นของ Root คือเครื่องมือสำคัญที่ทำให้เกมประสบความสำเร็จ"</w:t>
      </w:r>
    </w:p>
    <w:p>
      <w:r>
        <w:rPr>
          <w:rFonts w:ascii="Tahoma" w:hAnsi="Tahoma" w:cs="Tahoma" w:eastAsia="Tahoma"/>
          <w:i/>
        </w:rPr>
        <w:t>Fog of Love</w:t>
      </w:r>
      <w:r>
        <w:rPr>
          <w:rFonts w:ascii="Tahoma" w:hAnsi="Tahoma" w:cs="Tahoma" w:eastAsia="Tahoma"/>
        </w:rPr>
        <w:t xml:space="preserve"> ใช้ทริกที่ฉลาดมาก — กฎบอกให้ </w:t>
      </w:r>
      <w:r>
        <w:rPr>
          <w:rFonts w:ascii="Tahoma" w:hAnsi="Tahoma" w:cs="Tahoma" w:eastAsia="Tahoma"/>
          <w:b/>
        </w:rPr>
        <w:t>อย่าสับสำรับ</w:t>
      </w:r>
      <w:r>
        <w:rPr>
          <w:rFonts w:ascii="Tahoma" w:hAnsi="Tahoma" w:cs="Tahoma" w:eastAsia="Tahoma"/>
        </w:rPr>
        <w:t xml:space="preserve"> ในเกมแรก คู่มือเริ่มต้นเลยรู้แน่ๆ ว่าใครถือการ์ดอะไร และพาเดินผ่านการตัดสินใจจริงได้</w:t>
      </w:r>
    </w:p>
    <w:p>
      <w:r>
        <w:rPr>
          <w:rFonts w:ascii="Tahoma" w:hAnsi="Tahoma" w:cs="Tahoma" w:eastAsia="Tahoma"/>
        </w:rPr>
        <w:t xml:space="preserve">ธรรมเนียมของเกมสงครามชัดกว่านั้นอีก บาง rulebook เปิดมาว่า: </w:t>
      </w:r>
      <w:r>
        <w:rPr>
          <w:rFonts w:ascii="Tahoma" w:hAnsi="Tahoma" w:cs="Tahoma" w:eastAsia="Tahoma"/>
          <w:i/>
        </w:rPr>
        <w:t>"หยุด — อ่าน playbook แล้วเล่นตามด้วยของจริง จากนั้นค่อยใช้ rulebook เป็นเอกสารอ้างอิง"</w:t>
      </w:r>
    </w:p>
    <w:p>
      <w:pPr>
        <w:spacing w:before="200"/>
      </w:pPr>
      <w:r>
        <w:rPr>
          <w:rFonts w:ascii="Tahoma" w:hAnsi="Tahoma" w:cs="Tahoma" w:eastAsia="Tahoma"/>
          <w:b/>
          <w:sz w:val="24"/>
        </w:rPr>
        <w:t>แบบ E: rulebook แบบ tutorial</w:t>
      </w:r>
    </w:p>
    <w:p>
      <w:r>
        <w:rPr>
          <w:rFonts w:ascii="Tahoma" w:hAnsi="Tahoma" w:cs="Tahoma" w:eastAsia="Tahoma"/>
        </w:rPr>
        <w:t>กฎถูกแนะนำทีละฉาก (</w:t>
      </w:r>
      <w:r>
        <w:rPr>
          <w:rFonts w:ascii="Tahoma" w:hAnsi="Tahoma" w:cs="Tahoma" w:eastAsia="Tahoma"/>
          <w:i/>
        </w:rPr>
        <w:t>Jaws of the Lion</w:t>
      </w:r>
      <w:r>
        <w:rPr>
          <w:rFonts w:ascii="Tahoma" w:hAnsi="Tahoma" w:cs="Tahoma" w:eastAsia="Tahoma"/>
        </w:rPr>
        <w:t>, Avalon Hill สมัยก่อน, legacy game ที่มีสติกเกอร์กฎ)</w:t>
      </w:r>
    </w:p>
    <w:p>
      <w:r>
        <w:rPr>
          <w:rFonts w:ascii="Tahoma" w:hAnsi="Tahoma" w:cs="Tahoma" w:eastAsia="Tahoma"/>
          <w:b/>
        </w:rPr>
        <w:t>สอนดีมาก อ้างอิงแย่มาก</w:t>
      </w:r>
      <w:r>
        <w:rPr>
          <w:rFonts w:ascii="Tahoma" w:hAnsi="Tahoma" w:cs="Tahoma" w:eastAsia="Tahoma"/>
        </w:rPr>
        <w:t xml:space="preserve"> เสียงบ่นตรงกันหมด: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"เกมนั้นใช้วิธีสอนกฎทีละนิดระหว่างเล่น ผมเกลียดประสบการณ์นั้น คุณจะเจอกฎใหม่ในที่แปลกๆ </w:t>
      </w:r>
      <w:r>
        <w:rPr>
          <w:rFonts w:ascii="Tahoma" w:hAnsi="Tahoma" w:cs="Tahoma" w:eastAsia="Tahoma"/>
          <w:b/>
          <w:i/>
          <w:color w:val="2F2F2F"/>
          <w:sz w:val="20"/>
        </w:rPr>
        <w:t>แต่</w:t>
      </w:r>
      <w:r>
        <w:rPr>
          <w:rFonts w:ascii="Tahoma" w:hAnsi="Tahoma" w:cs="Tahoma" w:eastAsia="Tahoma"/>
          <w:i/>
          <w:color w:val="2F2F2F"/>
          <w:sz w:val="20"/>
        </w:rPr>
        <w:t xml:space="preserve"> มันหากฎยากมาก ถ้าผมไม่ได้เล่นเกมนี้มาเดือนกว่า ผมจำไม่ได้เลยว่าจะหากฎนั้นที่ไหน"</w:t>
      </w:r>
    </w:p>
    <w:p>
      <w:r>
        <w:rPr>
          <w:rFonts w:ascii="Tahoma" w:hAnsi="Tahoma" w:cs="Tahoma" w:eastAsia="Tahoma"/>
          <w:b/>
        </w:rPr>
        <w:t>กฎเหล็ก:</w:t>
      </w:r>
      <w:r>
        <w:rPr>
          <w:rFonts w:ascii="Tahoma" w:hAnsi="Tahoma" w:cs="Tahoma" w:eastAsia="Tahoma"/>
        </w:rPr>
        <w:t xml:space="preserve"> ถ้าคุณทำ tutorial คุณติดหนี้ผู้เล่นหนึ่งอย่าง — เอกสารอ้างอิงแยกที่จัดเรียงครบถ้วน tutorial ที่ไม่มี reference คือหนี้ที่คุณให้ผู้เล่นแบก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ทำไมลอกวิดีโอเกมมาตรงๆ ไม่ได้</w:t>
      </w:r>
    </w:p>
    <w:p>
      <w:r>
        <w:rPr>
          <w:rFonts w:ascii="Tahoma" w:hAnsi="Tahoma" w:cs="Tahoma" w:eastAsia="Tahoma"/>
        </w:rPr>
        <w:t>นักออกแบบที่มาจากวิดีโอเกมมักคิดว่าจะแทน rulebook ด้วย tutorial ได้ แล้วก็พบว่าทำไม่ได้ เหตุผลจากเธรดที่ตั้งโดยนักพัฒนาวิดีโอเกมอาชีพ: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ซอฟต์แวร์บังคับใช้กฎเอง แต่บอร์ดเกมให้ผู้เล่นบังคับกันเอง</w:t>
      </w:r>
      <w:r>
        <w:rPr>
          <w:rFonts w:ascii="Tahoma" w:hAnsi="Tahoma" w:cs="Tahoma" w:eastAsia="Tahoma"/>
        </w:rPr>
        <w:t xml:space="preserve"> — ในวิดีโอเกมคุณลองผิดลองถูกได้ เพราะเครื่องไม่ยอมให้คุณโกง ในบอร์ดเกม </w:t>
      </w:r>
      <w:r>
        <w:rPr>
          <w:rFonts w:ascii="Tahoma" w:hAnsi="Tahoma" w:cs="Tahoma" w:eastAsia="Tahoma"/>
          <w:b/>
        </w:rPr>
        <w:t>กฎที่ไม่มีใครรู้ คือกฎที่ไม่มีอยู่จริง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โต๊ะที่มีคนเก่งปนคนใหม่ทำให้ tutorial บังคับใช้ไม่ได้ในทางสังคม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i/>
        </w:rPr>
        <w:t xml:space="preserve">"ถ้าบางคนเล่นมาสิบกว่ารอบแล้ว แต่มีคนใหม่หนึ่งคน แล้ววิธีเดียวที่เขาจะเรียนคือ tutorial มันน่าเบื่อมากสำหรับคนที่เล่นเป็นแล้ว </w:t>
      </w:r>
      <w:r>
        <w:rPr>
          <w:rFonts w:ascii="Tahoma" w:hAnsi="Tahoma" w:cs="Tahoma" w:eastAsia="Tahoma"/>
          <w:i/>
        </w:rPr>
        <w:t>มันสำคัญในเชิงสังคม</w:t>
      </w:r>
      <w:r>
        <w:rPr>
          <w:rFonts w:ascii="Tahoma" w:hAnsi="Tahoma" w:cs="Tahoma" w:eastAsia="Tahoma"/>
          <w:i/>
        </w:rPr>
        <w:t xml:space="preserve"> ที่คนใหม่ต้องกระโดดเข้าเกมเต็มได้"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การค้นพบในบอร์ดเกมวิ่งกลับทาง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i/>
        </w:rPr>
        <w:t>"ในบอร์ดเกม ถ้าผมเห็นชิ้น X กับ Y แล้วอยากรวมกันเป็น Z ผมต้องเปิดหาได้ว่า Z ทำงานยังไงตั้งแต่วันแรก ในเกมดิจิทัลผมไม่ต้องสนใจจนกว่าจะเอา X ไปใกล้ Y แล้ว Z เกิดขึ้นเอง"</w:t>
      </w:r>
    </w:p>
    <w:p>
      <w:r>
        <w:rPr>
          <w:rFonts w:ascii="Tahoma" w:hAnsi="Tahoma" w:cs="Tahoma" w:eastAsia="Tahoma"/>
        </w:rPr>
        <w:t xml:space="preserve">สิ่งที่ยืมจากวิดีโอเกมได้จริง ไม่ใช่ tutorial แต่คือ </w:t>
      </w:r>
      <w:r>
        <w:rPr>
          <w:rFonts w:ascii="Tahoma" w:hAnsi="Tahoma" w:cs="Tahoma" w:eastAsia="Tahoma"/>
          <w:b/>
        </w:rPr>
        <w:t>จังหวะ</w:t>
      </w:r>
      <w:r>
        <w:rPr>
          <w:rFonts w:ascii="Tahoma" w:hAnsi="Tahoma" w:cs="Tahoma" w:eastAsia="Tahoma"/>
        </w:rPr>
        <w:t xml:space="preserve"> — แนะนำกลไกตามลำดับที่ผู้เล่นรับไหว และให้ฉากแรกๆ ทำงานที่กำแพงตัวอักษรทำไม่ได้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แล้ววิดีโอ how-to-play ล่ะ</w:t>
      </w:r>
    </w:p>
    <w:p>
      <w:r>
        <w:rPr>
          <w:rFonts w:ascii="Tahoma" w:hAnsi="Tahoma" w:cs="Tahoma" w:eastAsia="Tahoma"/>
        </w:rPr>
        <w:t>ประมาณหนึ่งในสามของข้อมูลที่ผมอ่านคือคนบอกว่าดูวิดีโอก่อนหรือแทนการอ่าน นั่นคือเรื่องจริง และมันไม่ใช่เหตุผลให้เขียนน้อยลง</w:t>
      </w:r>
    </w:p>
    <w:p>
      <w:r>
        <w:rPr>
          <w:rFonts w:ascii="Tahoma" w:hAnsi="Tahoma" w:cs="Tahoma" w:eastAsia="Tahoma"/>
        </w:rPr>
        <w:t>จุดยืนมาตรฐานของวงอาชีพ: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"rulebook ดิจิทัลไม่ควรแทนที่ rulebook กระดาษ เพราะผู้เล่นจำนวนมากจะไม่มีอินเทอร์เน็ต แท็บเล็ต หรือเครื่องพิมพ์สี </w:t>
      </w:r>
      <w:r>
        <w:rPr>
          <w:rFonts w:ascii="Tahoma" w:hAnsi="Tahoma" w:cs="Tahoma" w:eastAsia="Tahoma"/>
          <w:b/>
          <w:i/>
          <w:color w:val="2F2F2F"/>
          <w:sz w:val="20"/>
        </w:rPr>
        <w:t>rulebook ที่มากับเกมต้องยืนได้ด้วยตัวเองในฐานะแหล่งเรียนรู้ที่ครบถ้วน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r>
        <w:rPr>
          <w:rFonts w:ascii="Tahoma" w:hAnsi="Tahoma" w:cs="Tahoma" w:eastAsia="Tahoma"/>
        </w:rPr>
        <w:t>สิ่งที่ควรทำจริง: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ปล่อย PDF ที่ค้นหาได้</w:t>
      </w:r>
      <w:r>
        <w:rPr>
          <w:rFonts w:ascii="Tahoma" w:hAnsi="Tahoma" w:cs="Tahoma" w:eastAsia="Tahoma"/>
        </w:rPr>
        <w:t xml:space="preserve"> — คนใช้ Ctrl-F แทน index ที่คุณไม่ได้พิมพ์ มีคนบอกตรงๆ ว่าโหลด PDF มาเพื่อกดค้นหาโดยเฉพาะ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ใส่ bookmark และ hyperlink ใน PDF</w:t>
      </w:r>
      <w:r>
        <w:rPr>
          <w:rFonts w:ascii="Tahoma" w:hAnsi="Tahoma" w:cs="Tahoma" w:eastAsia="Tahoma"/>
        </w:rPr>
        <w:t xml:space="preserve"> — การพลิกหน้าใน PDF แย่กว่ากระดาษ ถ้าไม่มี bookmark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ทำหน้า living rules สาธารณะ</w:t>
      </w:r>
      <w:r>
        <w:rPr>
          <w:rFonts w:ascii="Tahoma" w:hAnsi="Tahoma" w:cs="Tahoma" w:eastAsia="Tahoma"/>
        </w:rPr>
        <w:t xml:space="preserve"> พร้อม changelog ที่มีวันที่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อย่าให้ blind tester ดูวิดีโอของคุณ</w:t>
      </w:r>
      <w:r>
        <w:rPr>
          <w:rFonts w:ascii="Tahoma" w:hAnsi="Tahoma" w:cs="Tahoma" w:eastAsia="Tahoma"/>
        </w:rPr>
        <w:t xml:space="preserve"> — ไม่ใช่ทุกคนที่ซื้อเกมจะมีเน็ต และวิดีโอจะกลบข้อบกพร่องที่คุณตั้งใจมาหา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5. เขียนประโยคยังไงให้คนไม่ตีความผิด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Framing — ทักษะที่คุ้มค่าที่สุด</w:t>
      </w:r>
    </w:p>
    <w:p>
      <w:r>
        <w:rPr>
          <w:rFonts w:ascii="Tahoma" w:hAnsi="Tahoma" w:cs="Tahoma" w:eastAsia="Tahoma"/>
        </w:rPr>
        <w:t>Framing คือ "กรอบความคิด" ที่คนอ่านใช้ทำความเข้าใจสิ่งใหม่</w:t>
      </w:r>
    </w:p>
    <w:p>
      <w:r>
        <w:rPr>
          <w:rFonts w:ascii="Tahoma" w:hAnsi="Tahoma" w:cs="Tahoma" w:eastAsia="Tahoma"/>
        </w:rPr>
        <w:t xml:space="preserve">เทคนิคคือ: เวลากฎข้อหนึ่งงง </w:t>
      </w:r>
      <w:r>
        <w:rPr>
          <w:rFonts w:ascii="Tahoma" w:hAnsi="Tahoma" w:cs="Tahoma" w:eastAsia="Tahoma"/>
          <w:b/>
        </w:rPr>
        <w:t>อย่าเติมคำ</w:t>
      </w:r>
      <w:r>
        <w:rPr>
          <w:rFonts w:ascii="Tahoma" w:hAnsi="Tahoma" w:cs="Tahoma" w:eastAsia="Tahoma"/>
        </w:rPr>
        <w:t xml:space="preserve"> ให้ </w:t>
      </w:r>
      <w:r>
        <w:rPr>
          <w:rFonts w:ascii="Tahoma" w:hAnsi="Tahoma" w:cs="Tahoma" w:eastAsia="Tahoma"/>
          <w:b/>
        </w:rPr>
        <w:t>เปลี่ยนว่ามันพูดถึงอะไร</w:t>
      </w:r>
    </w:p>
    <w:p>
      <w:r>
        <w:rPr>
          <w:rFonts w:ascii="Tahoma" w:hAnsi="Tahoma" w:cs="Tahoma" w:eastAsia="Tahoma"/>
          <w:b/>
        </w:rPr>
        <w:t>ตัวอย่าง 1 — เกมทอยลูกเต๋าเลือกทรัพยากร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ก่อน: </w:t>
      </w:r>
      <w:r>
        <w:rPr>
          <w:rFonts w:ascii="Tahoma" w:hAnsi="Tahoma" w:cs="Tahoma" w:eastAsia="Tahoma"/>
          <w:i/>
        </w:rPr>
        <w:t>"หยิบทรัพยากร 1 ชิ้นของแต่ละชนิดที่คุณทอยได้"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หลัง: </w:t>
      </w:r>
      <w:r>
        <w:rPr>
          <w:rFonts w:ascii="Tahoma" w:hAnsi="Tahoma" w:cs="Tahoma" w:eastAsia="Tahoma"/>
          <w:i/>
        </w:rPr>
        <w:t>"สำหรับทรัพยากรแต่ละชนิดที่คุณทอยได้ ให้หยิบลูกเต๋าของชนิดนั้น 1 ลูก"</w:t>
      </w:r>
    </w:p>
    <w:p>
      <w:r>
        <w:rPr>
          <w:rFonts w:ascii="Tahoma" w:hAnsi="Tahoma" w:cs="Tahoma" w:eastAsia="Tahoma"/>
        </w:rPr>
        <w:t>ประโยคแรกวางกรอบไว้ที่ "ผู้เล่นหยิบลูกเต๋า" ซึ่งเปิดช่องให้ตีความผิดได้สองแบบ (หยิบหมดเลย / หยิบหลายลูกของชนิดเดียว) ประโยคหลังวางกรอบไว้ที่ "ชนิดของทรัพยากร" ทีละชนิด ความกำกวมหายไปโดยไม่ต้องเติมคำอธิบายเลย</w:t>
      </w:r>
    </w:p>
    <w:p>
      <w:r>
        <w:rPr>
          <w:rFonts w:ascii="Tahoma" w:hAnsi="Tahoma" w:cs="Tahoma" w:eastAsia="Tahoma"/>
          <w:b/>
        </w:rPr>
        <w:t>ตัวอย่าง 2 — เกมจั่วมานาจากถุงใส่คาถา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ก่อน: </w:t>
      </w:r>
      <w:r>
        <w:rPr>
          <w:rFonts w:ascii="Tahoma" w:hAnsi="Tahoma" w:cs="Tahoma" w:eastAsia="Tahoma"/>
          <w:i/>
        </w:rPr>
        <w:t>"ผู้เล่นแต่ละคนจั่ว Mana Token แบบสุ่มจากถุงหนึ่งชิ้นสำหรับคาถาแต่ละใบตามลำดับสุ่ม ผู้เล่นไม่สามารถตัดสินใจว่าจะวางบนคาถาใบไหนหลังจากเห็น Token แล้ว อย่างไรก็ตามเขาสามารถเลือกไม่วางเลยและคืนกลับถุงได้"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หลัง: </w:t>
      </w:r>
      <w:r>
        <w:rPr>
          <w:rFonts w:ascii="Tahoma" w:hAnsi="Tahoma" w:cs="Tahoma" w:eastAsia="Tahoma"/>
          <w:i/>
        </w:rPr>
        <w:t>"สำหรับคาถาแต่ละใบ ผู้เล่นของมันจั่ว Mana Token แบบสุ่มจากถุง แล้ววางบนคาถาใบนั้น เมื่อจั่วแล้ว Token นั้นวางบนคาถาใบอื่นไม่ได้ แต่คืนกลับถุงแทนการวางได้"</w:t>
      </w:r>
    </w:p>
    <w:p>
      <w:r>
        <w:rPr>
          <w:rFonts w:ascii="Tahoma" w:hAnsi="Tahoma" w:cs="Tahoma" w:eastAsia="Tahoma"/>
        </w:rPr>
        <w:t>ประโยคหลังตั้งกรอบที่ "คาถา" ก่อน แล้วค่อยเลื่อนกรอบไปที่ Token กฎเหมือนเดิม แต่ช่องตีความผิดหายไปเกือบหมด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เงื่อนไขมาก่อน ผลลัพธ์มาทีหลัง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อ่อนกว่า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แข็งแรงกว่า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กองทัพแต่ละกองได้ Army Token เพิ่ม 1 อันตอนต้นรอบ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ตอนต้นแต่ละรอบ</w:t>
            </w:r>
            <w:r>
              <w:rPr>
                <w:rFonts w:ascii="Tahoma" w:hAnsi="Tahoma" w:cs="Tahoma" w:eastAsia="Tahoma"/>
                <w:sz w:val="18"/>
              </w:rPr>
              <w:t xml:space="preserve"> กองทัพแต่ละกองได้ Army Token เพิ่ม 1 อัน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จั่วการ์ด 1 ใบถ้าคุณทอยได้ 5 ขึ้นไป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ถ้าคุณทอยได้ 5 ขึ้นไป</w:t>
            </w:r>
            <w:r>
              <w:rPr>
                <w:rFonts w:ascii="Tahoma" w:hAnsi="Tahoma" w:cs="Tahoma" w:eastAsia="Tahoma"/>
                <w:sz w:val="18"/>
              </w:rPr>
              <w:t xml:space="preserve"> จั่วการ์ด 1 ใบ</w:t>
            </w:r>
          </w:p>
        </w:tc>
      </w:tr>
    </w:tbl>
    <w:p/>
    <w:p>
      <w:r>
        <w:rPr>
          <w:rFonts w:ascii="Tahoma" w:hAnsi="Tahoma" w:cs="Tahoma" w:eastAsia="Tahoma"/>
        </w:rPr>
        <w:t xml:space="preserve">ได้สองอย่าง — คนอ่านผ่านๆ </w:t>
      </w:r>
      <w:r>
        <w:rPr>
          <w:rFonts w:ascii="Tahoma" w:hAnsi="Tahoma" w:cs="Tahoma" w:eastAsia="Tahoma"/>
          <w:b/>
        </w:rPr>
        <w:t>ข้ามผลลัพธ์ที่เงื่อนไขไม่เข้าได้เลย</w:t>
      </w:r>
      <w:r>
        <w:rPr>
          <w:rFonts w:ascii="Tahoma" w:hAnsi="Tahoma" w:cs="Tahoma" w:eastAsia="Tahoma"/>
        </w:rPr>
        <w:t xml:space="preserve"> โดยไม่ต้องอ่าน และคนอ่านทำ </w:t>
      </w:r>
      <w:r>
        <w:rPr>
          <w:rFonts w:ascii="Tahoma" w:hAnsi="Tahoma" w:cs="Tahoma" w:eastAsia="Tahoma"/>
          <w:b/>
        </w:rPr>
        <w:t>ผิดจังหวะน้อยลง</w:t>
      </w:r>
    </w:p>
    <w:p>
      <w:r>
        <w:rPr>
          <w:rFonts w:ascii="Tahoma" w:hAnsi="Tahoma" w:cs="Tahoma" w:eastAsia="Tahoma"/>
        </w:rPr>
        <w:t xml:space="preserve">แล้วเอาสาขาที่ล้มเหลวแยกประโยค: </w:t>
      </w:r>
      <w:r>
        <w:rPr>
          <w:rFonts w:ascii="Tahoma" w:hAnsi="Tahoma" w:cs="Tahoma" w:eastAsia="Tahoma"/>
          <w:i/>
        </w:rPr>
        <w:t>"ถ้าคุณทอยได้ 5 ขึ้นไป จั่วการ์ด 1 ใบ มิฉะนั้น รับความเสียหาย 2"</w:t>
      </w:r>
    </w:p>
    <w:p>
      <w:r>
        <w:rPr>
          <w:rFonts w:ascii="Tahoma" w:hAnsi="Tahoma" w:cs="Tahoma" w:eastAsia="Tahoma"/>
        </w:rPr>
        <w:t xml:space="preserve">ข้อยกเว้น: ถ้าบริบทถูกตั้งไว้แล้ว เอาผลลัพธ์ขึ้นก่อนจะลื่นกว่า ใต้หัวข้อ </w:t>
      </w:r>
      <w:r>
        <w:rPr>
          <w:rFonts w:ascii="Tahoma" w:hAnsi="Tahoma" w:cs="Tahoma" w:eastAsia="Tahoma"/>
          <w:i/>
        </w:rPr>
        <w:t>จบเกม</w:t>
      </w:r>
      <w:r>
        <w:rPr>
          <w:rFonts w:ascii="Tahoma" w:hAnsi="Tahoma" w:cs="Tahoma" w:eastAsia="Tahoma"/>
        </w:rPr>
        <w:t xml:space="preserve"> การเขียนว่า "เกมจบเมื่อมีการสร้างอนุสาวรีย์ครบ 7 หลัง" ก็ดีอยู่แล้ว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แปดข้อจากทนายความ</w:t>
      </w:r>
    </w:p>
    <w:p>
      <w:r>
        <w:rPr>
          <w:rFonts w:ascii="Tahoma" w:hAnsi="Tahoma" w:cs="Tahoma" w:eastAsia="Tahoma"/>
        </w:rPr>
        <w:t>มีคนใน BGG ที่ทำงานอธิบายกฎหมายซับซ้อนให้คนทั่วไปเข้าใจ เขาให้แปดข้อนี้ไว้ และมันใช้ได้จริง: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รายการและ bullet คือเพื่อนที่ดีที่สุดของคุณ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หัวข้อและหัวข้อย่อยก็เป็นเพื่อนเหมือนกัน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ใช้ประโยคสั้น ถ้าลังเล ให้สั้นลงอีก หรือทำเป็นรายการ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 active voice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เอาใจความสำคัญที่สุดของประโยคไว้ข้างหน้า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ใช้พื้นที่ว่างเยอะๆ กำแพงตัวอักษรทำให้คนท่วมท้น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บอกคนว่า</w:t>
      </w:r>
      <w:r>
        <w:rPr>
          <w:rFonts w:ascii="Tahoma" w:hAnsi="Tahoma" w:cs="Tahoma" w:eastAsia="Tahoma"/>
          <w:b/>
        </w:rPr>
        <w:t>ควรทำอะไร</w:t>
      </w:r>
      <w:r>
        <w:rPr>
          <w:rFonts w:ascii="Tahoma" w:hAnsi="Tahoma" w:cs="Tahoma" w:eastAsia="Tahoma"/>
        </w:rPr>
        <w:t xml:space="preserve"> ดีกว่าบอกว่า</w:t>
      </w:r>
      <w:r>
        <w:rPr>
          <w:rFonts w:ascii="Tahoma" w:hAnsi="Tahoma" w:cs="Tahoma" w:eastAsia="Tahoma"/>
          <w:b/>
        </w:rPr>
        <w:t>ห้ามทำอะไร</w:t>
      </w:r>
    </w:p>
    <w:p>
      <w:pPr>
        <w:pStyle w:val="ListNumber"/>
        <w:spacing w:after="60"/>
      </w:pPr>
      <w:r>
        <w:rPr>
          <w:rFonts w:ascii="Tahoma" w:hAnsi="Tahoma" w:cs="Tahoma" w:eastAsia="Tahoma"/>
        </w:rPr>
        <w:t>ใช้ภาคผนวกสำหรับสถานการณ์พิเศษ</w:t>
      </w:r>
    </w:p>
    <w:p>
      <w:r>
        <w:rPr>
          <w:rFonts w:ascii="Tahoma" w:hAnsi="Tahoma" w:cs="Tahoma" w:eastAsia="Tahoma"/>
        </w:rPr>
        <w:t xml:space="preserve">แล้วผมขอเพิ่มข้อที่ผมชอบที่สุดจาก Entro Games — </w:t>
      </w:r>
      <w:r>
        <w:rPr>
          <w:rFonts w:ascii="Tahoma" w:hAnsi="Tahoma" w:cs="Tahoma" w:eastAsia="Tahoma"/>
          <w:b/>
        </w:rPr>
        <w:t>กฎลมหายใจเดียว</w:t>
      </w:r>
      <w:r>
        <w:rPr>
          <w:rFonts w:ascii="Tahoma" w:hAnsi="Tahoma" w:cs="Tahoma" w:eastAsia="Tahoma"/>
        </w:rPr>
        <w:t>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"คุณต้องพูดแต่ละประโยคใน rulebook จบได้ในลมหายใจเดียว ถ้าทำไม่ได้ มันน่าจะยาวเกินไป"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คุยกับผู้เล่นตรงๆ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"ผมเขียน rulebook เหมือนกำลังคุยกับคุณ — 'จ่าย $1 เพื่อรับทรัพยากร 2 ชิ้น' ไม่ใช่ 'ผู้เล่นจ่าย $1 เพื่อรับทรัพยากร 2 ชิ้น'"</w:t>
      </w:r>
    </w:p>
    <w:p>
      <w:r>
        <w:rPr>
          <w:rFonts w:ascii="Tahoma" w:hAnsi="Tahoma" w:cs="Tahoma" w:eastAsia="Tahoma"/>
        </w:rPr>
        <w:t>บุรุษที่สองสั้นกว่าด้วย ซึ่งสำคัญมากบนการ์ดและบนแผ่นผู้เล่น</w:t>
      </w:r>
    </w:p>
    <w:p>
      <w:r>
        <w:rPr>
          <w:rFonts w:ascii="Tahoma" w:hAnsi="Tahoma" w:cs="Tahoma" w:eastAsia="Tahoma"/>
        </w:rPr>
        <w:t>เลือกบุรุษที่สองหรือที่สาม แล้วสม่ำเสมอในบริบทเดียวกัน — บุรุษที่สามเหมาะกับคำอธิบายหลายผู้เล่น บุรุษที่สองเหมาะกับ setup (ปกติคนเดียวทำ) และกฎ solo การผสมมั่วในย่อหน้าเดียวคือข้อผิดพลาด แต่การใช้ต่างกันเพื่อจุดประสงค์ต่างกันคือเรื่องปกติ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คำกริยาช่วยคือของหนัก</w:t>
      </w:r>
    </w:p>
    <w:p>
      <w:r>
        <w:rPr>
          <w:rFonts w:ascii="Tahoma" w:hAnsi="Tahoma" w:cs="Tahoma" w:eastAsia="Tahoma"/>
        </w:rPr>
        <w:t>พวกนี้คือคำที่แบกน้ำหนักทางกฎหมายของกฎคุณ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คำ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หมายความว่า</w:t>
            </w:r>
          </w:p>
        </w:tc>
        <w:tc>
          <w:tcPr>
            <w:tcW w:type="dxa" w:w="312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ตัวอย่าง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may (อาจ)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ทางเลือก ผู้เล่นเลือกเอง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ในเฟสเผชิญหน้า ผู้เล่นที่กำลังเล่น</w:t>
            </w:r>
            <w:r>
              <w:rPr>
                <w:rFonts w:ascii="Tahoma" w:hAnsi="Tahoma" w:cs="Tahoma" w:eastAsia="Tahoma"/>
                <w:b/>
                <w:sz w:val="18"/>
              </w:rPr>
              <w:t>อาจ</w:t>
            </w:r>
            <w:r>
              <w:rPr>
                <w:rFonts w:ascii="Tahoma" w:hAnsi="Tahoma" w:cs="Tahoma" w:eastAsia="Tahoma"/>
                <w:sz w:val="18"/>
              </w:rPr>
              <w:t>เล่นการ์ดเผชิญหน้า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may not (ห้าม)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ห้าม แม้ผู้เล่นอยากทำ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ผู้เล่น</w:t>
            </w:r>
            <w:r>
              <w:rPr>
                <w:rFonts w:ascii="Tahoma" w:hAnsi="Tahoma" w:cs="Tahoma" w:eastAsia="Tahoma"/>
                <w:b/>
                <w:sz w:val="18"/>
              </w:rPr>
              <w:t>ห้าม</w:t>
            </w:r>
            <w:r>
              <w:rPr>
                <w:rFonts w:ascii="Tahoma" w:hAnsi="Tahoma" w:cs="Tahoma" w:eastAsia="Tahoma"/>
                <w:sz w:val="18"/>
              </w:rPr>
              <w:t>เปิดใช้ความสามารถระหว่างเฟสสวมใส่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cannot (ทำไม่ได้)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เป็นไปไม่ได้ในสถานะเกมนั้น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ถ้าผู้เล่นที่กำลังเล่น</w:t>
            </w:r>
            <w:r>
              <w:rPr>
                <w:rFonts w:ascii="Tahoma" w:hAnsi="Tahoma" w:cs="Tahoma" w:eastAsia="Tahoma"/>
                <w:b/>
                <w:sz w:val="18"/>
              </w:rPr>
              <w:t>ไม่สามารถ</w:t>
            </w:r>
            <w:r>
              <w:rPr>
                <w:rFonts w:ascii="Tahoma" w:hAnsi="Tahoma" w:cs="Tahoma" w:eastAsia="Tahoma"/>
                <w:sz w:val="18"/>
              </w:rPr>
              <w:t>เล่นการ์ดได้...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must (ต้อง)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ถูกบังคับ — ใช้ให้น้อย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...เขา</w:t>
            </w:r>
            <w:r>
              <w:rPr>
                <w:rFonts w:ascii="Tahoma" w:hAnsi="Tahoma" w:cs="Tahoma" w:eastAsia="Tahoma"/>
                <w:b/>
                <w:sz w:val="18"/>
              </w:rPr>
              <w:t>ต้อง</w:t>
            </w:r>
            <w:r>
              <w:rPr>
                <w:rFonts w:ascii="Tahoma" w:hAnsi="Tahoma" w:cs="Tahoma" w:eastAsia="Tahoma"/>
                <w:sz w:val="18"/>
              </w:rPr>
              <w:t>จั่วการ์ดแทน</w:t>
            </w:r>
          </w:p>
        </w:tc>
      </w:tr>
      <w:tr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should (ควร)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เลี่ยงในข้อความกฎโดยสิ้นเชิง</w:t>
            </w:r>
          </w:p>
        </w:tc>
        <w:tc>
          <w:tcPr>
            <w:tcW w:type="dxa" w:w="312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เก็บไว้ใช้ในหัวข้อ "เคล็ดลับ" เท่านั้น</w:t>
            </w:r>
          </w:p>
        </w:tc>
      </w:tr>
    </w:tbl>
    <w:p/>
    <w:p>
      <w:r>
        <w:rPr>
          <w:rFonts w:ascii="Tahoma" w:hAnsi="Tahoma" w:cs="Tahoma" w:eastAsia="Tahoma"/>
        </w:rPr>
        <w:t xml:space="preserve">กฎทุกข้อคือข้อบังคับโดยปริยายอยู่แล้ว เพราะฉะนั้น </w:t>
      </w:r>
      <w:r>
        <w:rPr>
          <w:rFonts w:ascii="Tahoma" w:hAnsi="Tahoma" w:cs="Tahoma" w:eastAsia="Tahoma"/>
          <w:i/>
        </w:rPr>
        <w:t>ต้อง</w:t>
      </w:r>
      <w:r>
        <w:rPr>
          <w:rFonts w:ascii="Tahoma" w:hAnsi="Tahoma" w:cs="Tahoma" w:eastAsia="Tahoma"/>
        </w:rPr>
        <w:t xml:space="preserve"> ควรเก็บไว้ใช้กับสิ่งที่ผู้เล่นอยากเลี่ยง</w:t>
      </w:r>
    </w:p>
    <w:p>
      <w:r>
        <w:rPr>
          <w:rFonts w:ascii="Tahoma" w:hAnsi="Tahoma" w:cs="Tahoma" w:eastAsia="Tahoma"/>
        </w:rPr>
        <w:t xml:space="preserve">Stonemaier ตรงไปตรงมาเรื่องนี้: </w:t>
      </w:r>
      <w:r>
        <w:rPr>
          <w:rFonts w:ascii="Tahoma" w:hAnsi="Tahoma" w:cs="Tahoma" w:eastAsia="Tahoma"/>
          <w:i/>
        </w:rPr>
        <w:t>"ลบ 'should' ทุกที่ และไฮไลต์ทุกครั้งที่เจอ 'except' กับ 'remember'"</w:t>
      </w:r>
      <w:r>
        <w:rPr>
          <w:rFonts w:ascii="Tahoma" w:hAnsi="Tahoma" w:cs="Tahoma" w:eastAsia="Tahoma"/>
        </w:rPr>
        <w:t xml:space="preserve"> — สองคำหลังคือสัญญาณดีไซน์ </w:t>
      </w:r>
      <w:r>
        <w:rPr>
          <w:rFonts w:ascii="Tahoma" w:hAnsi="Tahoma" w:cs="Tahoma" w:eastAsia="Tahoma"/>
          <w:i/>
        </w:rPr>
        <w:t>except</w:t>
      </w:r>
      <w:r>
        <w:rPr>
          <w:rFonts w:ascii="Tahoma" w:hAnsi="Tahoma" w:cs="Tahoma" w:eastAsia="Tahoma"/>
        </w:rPr>
        <w:t xml:space="preserve"> ชี้ข้อยกเว้นที่ควรตัดออก </w:t>
      </w:r>
      <w:r>
        <w:rPr>
          <w:rFonts w:ascii="Tahoma" w:hAnsi="Tahoma" w:cs="Tahoma" w:eastAsia="Tahoma"/>
          <w:i/>
        </w:rPr>
        <w:t>remember</w:t>
      </w:r>
      <w:r>
        <w:rPr>
          <w:rFonts w:ascii="Tahoma" w:hAnsi="Tahoma" w:cs="Tahoma" w:eastAsia="Tahoma"/>
        </w:rPr>
        <w:t xml:space="preserve"> ชี้สิ่งที่หน้าตาเกมควรจะเตือนผู้เล่นเองอยู่แล้ว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คำที่แอบสื่อความหมาย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คู่คำ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กฎ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gain / take / give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gain</w:t>
            </w:r>
            <w:r>
              <w:rPr>
                <w:rFonts w:ascii="Tahoma" w:hAnsi="Tahoma" w:cs="Tahoma" w:eastAsia="Tahoma"/>
                <w:sz w:val="18"/>
              </w:rPr>
              <w:t xml:space="preserve"> = รับจากกองกลางที่ไม่จำกัด, </w:t>
            </w:r>
            <w:r>
              <w:rPr>
                <w:rFonts w:ascii="Tahoma" w:hAnsi="Tahoma" w:cs="Tahoma" w:eastAsia="Tahoma"/>
                <w:i/>
                <w:sz w:val="18"/>
              </w:rPr>
              <w:t>take</w:t>
            </w:r>
            <w:r>
              <w:rPr>
                <w:rFonts w:ascii="Tahoma" w:hAnsi="Tahoma" w:cs="Tahoma" w:eastAsia="Tahoma"/>
                <w:sz w:val="18"/>
              </w:rPr>
              <w:t xml:space="preserve"> = หยิบจากกองที่จำกัด หรือจากผู้เล่นอื่น, </w:t>
            </w:r>
            <w:r>
              <w:rPr>
                <w:rFonts w:ascii="Tahoma" w:hAnsi="Tahoma" w:cs="Tahoma" w:eastAsia="Tahoma"/>
                <w:i/>
                <w:sz w:val="18"/>
              </w:rPr>
              <w:t>give</w:t>
            </w:r>
            <w:r>
              <w:rPr>
                <w:rFonts w:ascii="Tahoma" w:hAnsi="Tahoma" w:cs="Tahoma" w:eastAsia="Tahoma"/>
                <w:sz w:val="18"/>
              </w:rPr>
              <w:t xml:space="preserve"> = ให้ผู้เล่นอื่น การเลือกคำบอกคนอ่านเงียบๆ ว่าการกระทำนี้กระทบคนอื่นไหม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each / every / all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each</w:t>
            </w:r>
            <w:r>
              <w:rPr>
                <w:rFonts w:ascii="Tahoma" w:hAnsi="Tahoma" w:cs="Tahoma" w:eastAsia="Tahoma"/>
                <w:sz w:val="18"/>
              </w:rPr>
              <w:t xml:space="preserve"> = ใช้กับสมาชิกทีละคน, </w:t>
            </w:r>
            <w:r>
              <w:rPr>
                <w:rFonts w:ascii="Tahoma" w:hAnsi="Tahoma" w:cs="Tahoma" w:eastAsia="Tahoma"/>
                <w:i/>
                <w:sz w:val="18"/>
              </w:rPr>
              <w:t>every / all</w:t>
            </w:r>
            <w:r>
              <w:rPr>
                <w:rFonts w:ascii="Tahoma" w:hAnsi="Tahoma" w:cs="Tahoma" w:eastAsia="Tahoma"/>
                <w:sz w:val="18"/>
              </w:rPr>
              <w:t xml:space="preserve"> = ใช้กับกลุ่มเป็นก้อน ใช้ผิดจะเปลี่ยนว่าผลเกิดครั้งเดียวหรือ N ครั้ง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when / whenever / if / at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when</w:t>
            </w:r>
            <w:r>
              <w:rPr>
                <w:rFonts w:ascii="Tahoma" w:hAnsi="Tahoma" w:cs="Tahoma" w:eastAsia="Tahoma"/>
                <w:sz w:val="18"/>
              </w:rPr>
              <w:t xml:space="preserve"> = ครั้งเดียว เวลาคาดเดาได้, </w:t>
            </w:r>
            <w:r>
              <w:rPr>
                <w:rFonts w:ascii="Tahoma" w:hAnsi="Tahoma" w:cs="Tahoma" w:eastAsia="Tahoma"/>
                <w:i/>
                <w:sz w:val="18"/>
              </w:rPr>
              <w:t>whenever</w:t>
            </w:r>
            <w:r>
              <w:rPr>
                <w:rFonts w:ascii="Tahoma" w:hAnsi="Tahoma" w:cs="Tahoma" w:eastAsia="Tahoma"/>
                <w:sz w:val="18"/>
              </w:rPr>
              <w:t xml:space="preserve"> = เกิดซ้ำได้หลายสาเหตุ, </w:t>
            </w:r>
            <w:r>
              <w:rPr>
                <w:rFonts w:ascii="Tahoma" w:hAnsi="Tahoma" w:cs="Tahoma" w:eastAsia="Tahoma"/>
                <w:i/>
                <w:sz w:val="18"/>
              </w:rPr>
              <w:t>if</w:t>
            </w:r>
            <w:r>
              <w:rPr>
                <w:rFonts w:ascii="Tahoma" w:hAnsi="Tahoma" w:cs="Tahoma" w:eastAsia="Tahoma"/>
                <w:sz w:val="18"/>
              </w:rPr>
              <w:t xml:space="preserve"> = อาจไม่เกิดเลย, </w:t>
            </w:r>
            <w:r>
              <w:rPr>
                <w:rFonts w:ascii="Tahoma" w:hAnsi="Tahoma" w:cs="Tahoma" w:eastAsia="Tahoma"/>
                <w:i/>
                <w:sz w:val="18"/>
              </w:rPr>
              <w:t>at</w:t>
            </w:r>
            <w:r>
              <w:rPr>
                <w:rFonts w:ascii="Tahoma" w:hAnsi="Tahoma" w:cs="Tahoma" w:eastAsia="Tahoma"/>
                <w:sz w:val="18"/>
              </w:rPr>
              <w:t xml:space="preserve"> = เน้นจุดเวลา ใช้ </w:t>
            </w:r>
            <w:r>
              <w:rPr>
                <w:rFonts w:ascii="Tahoma" w:hAnsi="Tahoma" w:cs="Tahoma" w:eastAsia="Tahoma"/>
                <w:i/>
                <w:sz w:val="18"/>
              </w:rPr>
              <w:t>when</w:t>
            </w:r>
            <w:r>
              <w:rPr>
                <w:rFonts w:ascii="Tahoma" w:hAnsi="Tahoma" w:cs="Tahoma" w:eastAsia="Tahoma"/>
                <w:sz w:val="18"/>
              </w:rPr>
              <w:t xml:space="preserve"> กับสิ่งที่อาจไม่เกิด จะทำให้คนอ่านคิดว่ามันจะเกิด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opponent / enemy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opponent</w:t>
            </w:r>
            <w:r>
              <w:rPr>
                <w:rFonts w:ascii="Tahoma" w:hAnsi="Tahoma" w:cs="Tahoma" w:eastAsia="Tahoma"/>
                <w:sz w:val="18"/>
              </w:rPr>
              <w:t xml:space="preserve"> = ผู้เล่นคนอื่น, </w:t>
            </w:r>
            <w:r>
              <w:rPr>
                <w:rFonts w:ascii="Tahoma" w:hAnsi="Tahoma" w:cs="Tahoma" w:eastAsia="Tahoma"/>
                <w:i/>
                <w:sz w:val="18"/>
              </w:rPr>
              <w:t>enemy</w:t>
            </w:r>
            <w:r>
              <w:rPr>
                <w:rFonts w:ascii="Tahoma" w:hAnsi="Tahoma" w:cs="Tahoma" w:eastAsia="Tahoma"/>
                <w:sz w:val="18"/>
              </w:rPr>
              <w:t xml:space="preserve"> = ฝ่ายตรงข้ามในเนื้อเรื่องหรือ NPC คำว่าศัตรูมีน้ำหนักลบเกินไปสำหรับโต๊ะเพื่อน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action / ability / effect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i/>
                <w:sz w:val="18"/>
              </w:rPr>
              <w:t>action</w:t>
            </w:r>
            <w:r>
              <w:rPr>
                <w:rFonts w:ascii="Tahoma" w:hAnsi="Tahoma" w:cs="Tahoma" w:eastAsia="Tahoma"/>
                <w:sz w:val="18"/>
              </w:rPr>
              <w:t xml:space="preserve"> = ทางเลือกกว้างๆ ของผู้เล่น, </w:t>
            </w:r>
            <w:r>
              <w:rPr>
                <w:rFonts w:ascii="Tahoma" w:hAnsi="Tahoma" w:cs="Tahoma" w:eastAsia="Tahoma"/>
                <w:i/>
                <w:sz w:val="18"/>
              </w:rPr>
              <w:t>ability</w:t>
            </w:r>
            <w:r>
              <w:rPr>
                <w:rFonts w:ascii="Tahoma" w:hAnsi="Tahoma" w:cs="Tahoma" w:eastAsia="Tahoma"/>
                <w:sz w:val="18"/>
              </w:rPr>
              <w:t xml:space="preserve"> = ติดกับตัวตนในเกม ปกติผู้เล่นคุมและเป็นบวก, </w:t>
            </w:r>
            <w:r>
              <w:rPr>
                <w:rFonts w:ascii="Tahoma" w:hAnsi="Tahoma" w:cs="Tahoma" w:eastAsia="Tahoma"/>
                <w:i/>
                <w:sz w:val="18"/>
              </w:rPr>
              <w:t>effect</w:t>
            </w:r>
            <w:r>
              <w:rPr>
                <w:rFonts w:ascii="Tahoma" w:hAnsi="Tahoma" w:cs="Tahoma" w:eastAsia="Tahoma"/>
                <w:sz w:val="18"/>
              </w:rPr>
              <w:t xml:space="preserve"> = อัตโนมัติหรือต่อเนื่อง ผู้เล่นคุมน้อยกว่าและมักเป็นลบ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Turn / Round / Phase / Step</w:t>
      </w:r>
    </w:p>
    <w:p>
      <w:r>
        <w:rPr>
          <w:rFonts w:ascii="Tahoma" w:hAnsi="Tahoma" w:cs="Tahoma" w:eastAsia="Tahoma"/>
        </w:rPr>
        <w:t>ล็อกลำดับชั้นเวลาไว้ตั้งแต่หน้าแรก แล้วห้ามใช้ชื่อระดับซ้ำ: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Turn</w:t>
      </w:r>
      <w:r>
        <w:rPr>
          <w:rFonts w:ascii="Tahoma" w:hAnsi="Tahoma" w:cs="Tahoma" w:eastAsia="Tahoma"/>
        </w:rPr>
        <w:t xml:space="preserve"> — ผู้เล่นหนึ่งคนทำ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Round</w:t>
      </w:r>
      <w:r>
        <w:rPr>
          <w:rFonts w:ascii="Tahoma" w:hAnsi="Tahoma" w:cs="Tahoma" w:eastAsia="Tahoma"/>
        </w:rPr>
        <w:t xml:space="preserve"> — ครบหนึ่งเทิร์นต่อผู้เล่นทุกคน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Act / Season / Year</w:t>
      </w:r>
      <w:r>
        <w:rPr>
          <w:rFonts w:ascii="Tahoma" w:hAnsi="Tahoma" w:cs="Tahoma" w:eastAsia="Tahoma"/>
        </w:rPr>
        <w:t xml:space="preserve"> — กลุ่มของรอบ (ถ้าต้องการ)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Phase</w:t>
      </w:r>
      <w:r>
        <w:rPr>
          <w:rFonts w:ascii="Tahoma" w:hAnsi="Tahoma" w:cs="Tahoma" w:eastAsia="Tahoma"/>
        </w:rPr>
        <w:t xml:space="preserve"> — ส่วนย่อยที่มีชื่อของเทิร์น </w:t>
      </w:r>
      <w:r>
        <w:rPr>
          <w:rFonts w:ascii="Tahoma" w:hAnsi="Tahoma" w:cs="Tahoma" w:eastAsia="Tahoma"/>
          <w:b/>
        </w:rPr>
        <w:t>หรือ</w:t>
      </w:r>
      <w:r>
        <w:rPr>
          <w:rFonts w:ascii="Tahoma" w:hAnsi="Tahoma" w:cs="Tahoma" w:eastAsia="Tahoma"/>
        </w:rPr>
        <w:t xml:space="preserve"> ของรอบ (เลือกอย่างเดียว)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Step</w:t>
      </w:r>
      <w:r>
        <w:rPr>
          <w:rFonts w:ascii="Tahoma" w:hAnsi="Tahoma" w:cs="Tahoma" w:eastAsia="Tahoma"/>
        </w:rPr>
        <w:t xml:space="preserve"> — ส่วนย่อยของเฟส สำหรับเกมซับซ้อน</w:t>
      </w:r>
    </w:p>
    <w:p>
      <w:r>
        <w:rPr>
          <w:rFonts w:ascii="Tahoma" w:hAnsi="Tahoma" w:cs="Tahoma" w:eastAsia="Tahoma"/>
        </w:rPr>
        <w:t xml:space="preserve">ระวังการปะทะกันของธรรมเนียม: เกมสงครามใช้ </w:t>
      </w:r>
      <w:r>
        <w:rPr>
          <w:rFonts w:ascii="Tahoma" w:hAnsi="Tahoma" w:cs="Tahoma" w:eastAsia="Tahoma"/>
          <w:i/>
        </w:rPr>
        <w:t>Turn</w:t>
      </w:r>
      <w:r>
        <w:rPr>
          <w:rFonts w:ascii="Tahoma" w:hAnsi="Tahoma" w:cs="Tahoma" w:eastAsia="Tahoma"/>
        </w:rPr>
        <w:t xml:space="preserve"> เป็นหน่วยใหญ่ที่แบ่งเป็น </w:t>
      </w:r>
      <w:r>
        <w:rPr>
          <w:rFonts w:ascii="Tahoma" w:hAnsi="Tahoma" w:cs="Tahoma" w:eastAsia="Tahoma"/>
          <w:i/>
        </w:rPr>
        <w:t>Player Turns</w:t>
      </w:r>
      <w:r>
        <w:rPr>
          <w:rFonts w:ascii="Tahoma" w:hAnsi="Tahoma" w:cs="Tahoma" w:eastAsia="Tahoma"/>
        </w:rPr>
        <w:t xml:space="preserve"> ซึ่งกลับด้านกับยูโรเกมสมัยใหม่ เลือกอันไหนก็ได้ แต่ </w:t>
      </w:r>
      <w:r>
        <w:rPr>
          <w:rFonts w:ascii="Tahoma" w:hAnsi="Tahoma" w:cs="Tahoma" w:eastAsia="Tahoma"/>
          <w:b/>
        </w:rPr>
        <w:t>นิยามให้ชัด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คำเล็กๆ ที่มีผลใหญ่</w:t>
      </w:r>
    </w:p>
    <w:p>
      <w:r>
        <w:rPr>
          <w:rFonts w:ascii="Tahoma" w:hAnsi="Tahoma" w:cs="Tahoma" w:eastAsia="Tahoma"/>
          <w:b/>
        </w:rPr>
        <w:t>ลบคำว่า "แค่" / "เพียงแค่" / "simply" ทิ้ง</w:t>
      </w:r>
      <w:r>
        <w:rPr>
          <w:rFonts w:ascii="Tahoma" w:hAnsi="Tahoma" w:cs="Tahoma" w:eastAsia="Tahoma"/>
        </w:rPr>
        <w:t xml:space="preserve"> — มันเพิ่มคำ ไม่เพิ่มข้อมูล และอ่านเหมือนดูถูกคนที่กำลังงงอยู่จริงๆ เรื่องนี้เกิดสดๆ ในเธรด BGG แล้วคนเขียนแก้โพสต์ตัวเองทันที: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"ในกฎจริง คำว่า 'simply' ให้โทนที่ดูถูกแปลกๆ และเพิ่มความซับซ้อน มันยังเป็นอีกหนึ่งคำที่ขวางทางตอนอ่านผ่านๆ"</w:t>
      </w:r>
    </w:p>
    <w:p>
      <w:r>
        <w:rPr>
          <w:rFonts w:ascii="Tahoma" w:hAnsi="Tahoma" w:cs="Tahoma" w:eastAsia="Tahoma"/>
          <w:b/>
        </w:rPr>
        <w:t>"หงายขึ้น/คว่ำลง" ต้องเขียนเหมือนกันทุกครั้ง</w:t>
      </w:r>
      <w:r>
        <w:rPr>
          <w:rFonts w:ascii="Tahoma" w:hAnsi="Tahoma" w:cs="Tahoma" w:eastAsia="Tahoma"/>
        </w:rPr>
        <w:t xml:space="preserve"> — บรรณาธิการชื่อ Andy Van Zandt สังเกตว่าคนอ่านออกเสียงแล้วสะดุดจริงๆ ตอนเจอคำนี้เขียนคนละแบบ และในภาษาอังกฤษ "face up" ยังแปลว่า "เผชิญหน้า" ได้อีก ประโยคอย่าง "Flip the top card of each deck face down under it" ตีความผิดได้จริง — ในภาษาไทยเราไม่มีปัญหานี้ตรงๆ แต่หลักการเดียวกันใช้ได้: </w:t>
      </w:r>
      <w:r>
        <w:rPr>
          <w:rFonts w:ascii="Tahoma" w:hAnsi="Tahoma" w:cs="Tahoma" w:eastAsia="Tahoma"/>
          <w:b/>
        </w:rPr>
        <w:t>เลือกคำเดียวสำหรับแนวคิดเดียว แล้วอย่าเปลี่ยน</w:t>
      </w:r>
    </w:p>
    <w:p>
      <w:r>
        <w:rPr>
          <w:rFonts w:ascii="Tahoma" w:hAnsi="Tahoma" w:cs="Tahoma" w:eastAsia="Tahoma"/>
          <w:b/>
        </w:rPr>
        <w:t>วงเล็บใช้ขยายความ ห้ามใช้ใส่กฎ</w:t>
      </w:r>
      <w:r>
        <w:rPr>
          <w:rFonts w:ascii="Tahoma" w:hAnsi="Tahoma" w:cs="Tahoma" w:eastAsia="Tahoma"/>
        </w:rPr>
        <w:t xml:space="preserve"> — ข้อความในวงเล็บต้องลบออกได้โดยไม่เสียกฎ เรื่องเดียวกันใช้กับตัวอย่างและคำบรรยายภาพด้วย (ดูบทที่ 10)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6. คำศัพท์ — เรื่องที่คนพลาดกันมากที่สุด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หนึ่งแนวคิด หนึ่งคำ ตลอดไป</w:t>
      </w:r>
    </w:p>
    <w:p>
      <w:r>
        <w:rPr>
          <w:rFonts w:ascii="Tahoma" w:hAnsi="Tahoma" w:cs="Tahoma" w:eastAsia="Tahoma"/>
        </w:rPr>
        <w:t>ถ้าจะสักคำเดียวลงบนแขนนักออกแบบ ผมเลือกประโยคนี้จาก Cardboard Edison: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"ความสม่ำเสมอทางภาษาคือเรื่องเล็กๆ ที่ทำให้เกมเล่นง่ายขึ้นมาก </w:t>
      </w:r>
      <w:r>
        <w:rPr>
          <w:rFonts w:ascii="Tahoma" w:hAnsi="Tahoma" w:cs="Tahoma" w:eastAsia="Tahoma"/>
          <w:b/>
          <w:i/>
          <w:color w:val="2F2F2F"/>
          <w:sz w:val="20"/>
        </w:rPr>
        <w:t>เรียกการกระทำ อุปกรณ์ และส่วนต่างๆ ของเกมด้วยคำเดิมทุกครั้ง</w:t>
      </w:r>
      <w:r>
        <w:rPr>
          <w:rFonts w:ascii="Tahoma" w:hAnsi="Tahoma" w:cs="Tahoma" w:eastAsia="Tahoma"/>
          <w:i/>
          <w:color w:val="2F2F2F"/>
          <w:sz w:val="20"/>
        </w:rPr>
        <w:t xml:space="preserve"> ทั้งในกฎ บนการ์ด และในเอกสารอ้างอิง"</w:t>
      </w:r>
    </w:p>
    <w:p>
      <w:r>
        <w:rPr>
          <w:rFonts w:ascii="Tahoma" w:hAnsi="Tahoma" w:cs="Tahoma" w:eastAsia="Tahoma"/>
        </w:rPr>
        <w:t xml:space="preserve">สัญชาตญาณการเขียนเรียงความที่บอกให้ "เปลี่ยนคำอย่าให้ซ้ำ" </w:t>
      </w:r>
      <w:r>
        <w:rPr>
          <w:rFonts w:ascii="Tahoma" w:hAnsi="Tahoma" w:cs="Tahoma" w:eastAsia="Tahoma"/>
          <w:b/>
        </w:rPr>
        <w:t>ผิดสนิท</w:t>
      </w:r>
      <w:r>
        <w:rPr>
          <w:rFonts w:ascii="Tahoma" w:hAnsi="Tahoma" w:cs="Tahoma" w:eastAsia="Tahoma"/>
        </w:rPr>
        <w:t>ในงานนี้</w:t>
      </w:r>
    </w:p>
    <w:p>
      <w:r>
        <w:rPr>
          <w:rFonts w:ascii="Tahoma" w:hAnsi="Tahoma" w:cs="Tahoma" w:eastAsia="Tahoma"/>
        </w:rPr>
        <w:t>ถ้ามันคือ Attack มันจะไม่ใช่ Strike หรือ Assault</w:t>
      </w:r>
    </w:p>
    <w:p>
      <w:r>
        <w:rPr>
          <w:rFonts w:ascii="Tahoma" w:hAnsi="Tahoma" w:cs="Tahoma" w:eastAsia="Tahoma"/>
        </w:rPr>
        <w:t>ถ้ามันคือแต้มชัยชนะ มันจะไม่ใช่แต้มเกียรติยศ</w:t>
      </w:r>
    </w:p>
    <w:p>
      <w:r>
        <w:rPr>
          <w:rFonts w:ascii="Tahoma" w:hAnsi="Tahoma" w:cs="Tahoma" w:eastAsia="Tahoma"/>
        </w:rPr>
        <w:t>ถ้ามันคือ "การรบ" มันจะไม่ใช่ "การต่อสู้" หรือ "การปะทะ"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เวอร์ชันที่คมกว่า</w:t>
      </w:r>
    </w:p>
    <w:p>
      <w:r>
        <w:rPr>
          <w:rFonts w:ascii="Tahoma" w:hAnsi="Tahoma" w:cs="Tahoma" w:eastAsia="Tahoma"/>
        </w:rPr>
        <w:t>Michael Lee เขียนประโยคนี้ไว้ และผมว่ามันคือประโยคที่ดีที่สุดในคู่มือทั้งเล่มของเขา รองจากเรื่อง cognitive load: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b/>
          <w:i/>
          <w:color w:val="2F2F2F"/>
          <w:sz w:val="20"/>
        </w:rPr>
        <w:t>สิ่งที่ดูเหมือนกันและฟังเหมือนกัน ควรเป็นเช่นนั้นก็ต่อเมื่อมันเหมือนกันจริง และสิ่งที่ดูต่างกัน ควรต่างก็ต่อเมื่อมันต่างกันจริง</w:t>
      </w:r>
    </w:p>
    <w:p>
      <w:r>
        <w:rPr>
          <w:rFonts w:ascii="Tahoma" w:hAnsi="Tahoma" w:cs="Tahoma" w:eastAsia="Tahoma"/>
        </w:rPr>
        <w:t xml:space="preserve">ความสม่ำเสมอไม่ใช่เป้าหมาย </w:t>
      </w:r>
      <w:r>
        <w:rPr>
          <w:rFonts w:ascii="Tahoma" w:hAnsi="Tahoma" w:cs="Tahoma" w:eastAsia="Tahoma"/>
          <w:b/>
        </w:rPr>
        <w:t>การส่งสัญญาณ</w:t>
      </w:r>
      <w:r>
        <w:rPr>
          <w:rFonts w:ascii="Tahoma" w:hAnsi="Tahoma" w:cs="Tahoma" w:eastAsia="Tahoma"/>
        </w:rPr>
        <w:t>ต่างหากคือเป้าหมาย พอผู้เล่นเชื่อว่าคำเหมือนกัน = ทำงานเหมือนกัน เขาจะจับความต่างจริงได้ทันที</w:t>
      </w:r>
    </w:p>
    <w:p>
      <w:r>
        <w:rPr>
          <w:rFonts w:ascii="Tahoma" w:hAnsi="Tahoma" w:cs="Tahoma" w:eastAsia="Tahoma"/>
        </w:rPr>
        <w:t xml:space="preserve">ซึ่งแปลว่า </w:t>
      </w:r>
      <w:r>
        <w:rPr>
          <w:rFonts w:ascii="Tahoma" w:hAnsi="Tahoma" w:cs="Tahoma" w:eastAsia="Tahoma"/>
          <w:b/>
        </w:rPr>
        <w:t>ความไม่สม่ำเสมอโดยตั้งใจก็เป็นเครื่องมือ</w:t>
      </w:r>
      <w:r>
        <w:rPr>
          <w:rFonts w:ascii="Tahoma" w:hAnsi="Tahoma" w:cs="Tahoma" w:eastAsia="Tahoma"/>
        </w:rPr>
        <w:t xml:space="preserve"> — ถ้าสองความสามารถทำงานต่างกัน ให้เขียนต่างกันมากพอที่ไม่มีใครต้องนั่งเปรียบเทียบ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Templating</w:t>
      </w:r>
    </w:p>
    <w:p>
      <w:r>
        <w:rPr>
          <w:rFonts w:ascii="Tahoma" w:hAnsi="Tahoma" w:cs="Tahoma" w:eastAsia="Tahoma"/>
        </w:rPr>
        <w:t>Templating คือกรอบไวยากรณ์สำหรับเขียนกฎประเภทเดียวกันข้ามหลายชิ้นส่วน</w:t>
      </w:r>
    </w:p>
    <w:p>
      <w:r>
        <w:rPr>
          <w:rFonts w:ascii="Tahoma" w:hAnsi="Tahoma" w:cs="Tahoma" w:eastAsia="Tahoma"/>
        </w:rPr>
        <w:t>ลองดูการ์ดสองใบที่ทั้งคู่ให้จั่วการ์ด: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การ์ด A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การ์ด B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จั่วการ์ด 1 ใบเข้ามือ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หยิบการ์ด 1 ใบจากสำรับ</w:t>
            </w:r>
          </w:p>
        </w:tc>
      </w:tr>
    </w:tbl>
    <w:p/>
    <w:p>
      <w:r>
        <w:rPr>
          <w:rFonts w:ascii="Tahoma" w:hAnsi="Tahoma" w:cs="Tahoma" w:eastAsia="Tahoma"/>
        </w:rPr>
        <w:t xml:space="preserve">สองอันนี้แปลว่าเหมือนกัน และความต่างของถ้อยคำบังคับให้ผู้เล่นทุกคนต้องนั่งอ่านซ้ำหาความต่างที่ </w:t>
      </w:r>
      <w:r>
        <w:rPr>
          <w:rFonts w:ascii="Tahoma" w:hAnsi="Tahoma" w:cs="Tahoma" w:eastAsia="Tahoma"/>
          <w:b/>
        </w:rPr>
        <w:t>ไม่มีอยู่จริง</w:t>
      </w:r>
      <w:r>
        <w:rPr>
          <w:rFonts w:ascii="Tahoma" w:hAnsi="Tahoma" w:cs="Tahoma" w:eastAsia="Tahoma"/>
        </w:rPr>
        <w:t xml:space="preserve"> นั่นคือความพยายามที่สูญเปล่า และแย่กว่านั้น — มันสอนผู้เล่นว่าความต่างของถ้อยคำไม่มีความหมาย ทำให้เขาพลาดความต่างจริงในภายหลัง</w:t>
      </w:r>
    </w:p>
    <w:p>
      <w:r>
        <w:rPr>
          <w:rFonts w:ascii="Tahoma" w:hAnsi="Tahoma" w:cs="Tahoma" w:eastAsia="Tahoma"/>
        </w:rPr>
        <w:t>Templating ครอบคลุมสัญลักษณ์และเครื่องหมายด้วย ลองดูสามแบบในเกมเดียวกัน:</w:t>
      </w:r>
    </w:p>
    <w:p>
      <w:r>
        <w:rPr>
          <w:rFonts w:ascii="Consolas" w:hAnsi="Consolas" w:cs="Consolas" w:eastAsia="Consolas"/>
          <w:sz w:val="19"/>
        </w:rPr>
        <w:t>จ่าย 3: จั่ว</w:t>
      </w:r>
      <w:r>
        <w:rPr>
          <w:rFonts w:ascii="Tahoma" w:hAnsi="Tahoma" w:cs="Tahoma" w:eastAsia="Tahoma"/>
        </w:rPr>
        <w:t xml:space="preserve"> · </w:t>
      </w:r>
      <w:r>
        <w:rPr>
          <w:rFonts w:ascii="Consolas" w:hAnsi="Consolas" w:cs="Consolas" w:eastAsia="Consolas"/>
          <w:sz w:val="19"/>
        </w:rPr>
        <w:t>2 ➜ โจมตี</w:t>
      </w:r>
      <w:r>
        <w:rPr>
          <w:rFonts w:ascii="Tahoma" w:hAnsi="Tahoma" w:cs="Tahoma" w:eastAsia="Tahoma"/>
        </w:rPr>
        <w:t xml:space="preserve"> · </w:t>
      </w:r>
      <w:r>
        <w:rPr>
          <w:rFonts w:ascii="Consolas" w:hAnsi="Consolas" w:cs="Consolas" w:eastAsia="Consolas"/>
          <w:sz w:val="19"/>
        </w:rPr>
        <w:t>{จ่าย 5} เปิดใช้</w:t>
      </w:r>
    </w:p>
    <w:p>
      <w:r>
        <w:rPr>
          <w:rFonts w:ascii="Tahoma" w:hAnsi="Tahoma" w:cs="Tahoma" w:eastAsia="Tahoma"/>
        </w:rPr>
        <w:t xml:space="preserve">จะเถียงว่าแบบไหนดีก็ได้ แต่ไม่สำคัญ — </w:t>
      </w:r>
      <w:r>
        <w:rPr>
          <w:rFonts w:ascii="Tahoma" w:hAnsi="Tahoma" w:cs="Tahoma" w:eastAsia="Tahoma"/>
          <w:i/>
        </w:rPr>
        <w:t>"การใช้แบบที่แย่ที่สุดอย่างสม่ำเสมอ ยังดีกว่าใช้ทั้งสามแบบปนกันมั่ว"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ตั้งชื่อยังไงไม่ให้สับสน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เลี่ยงคู่คำที่สับสน</w:t>
      </w:r>
      <w:r>
        <w:rPr>
          <w:rFonts w:ascii="Tahoma" w:hAnsi="Tahoma" w:cs="Tahoma" w:eastAsia="Tahoma"/>
        </w:rPr>
        <w:t xml:space="preserve"> — สองอาชีพค้าขายไม่ควรชื่อ "พ่อค้า" กับ "นักการค้า" หาความต่างจริงแล้วตั้งชื่อตามนั้น </w:t>
      </w:r>
      <w:r>
        <w:rPr>
          <w:rFonts w:ascii="Tahoma" w:hAnsi="Tahoma" w:cs="Tahoma" w:eastAsia="Tahoma"/>
          <w:b/>
        </w:rPr>
        <w:t>ถ้าหาความต่างไม่เจอ นั่นคือหลักฐานว่ามันควรเป็นอย่างเดียวกัน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เลือกคำที่ขึ้นต้นด้วยตัวอักษรต่างกัน</w:t>
      </w:r>
      <w:r>
        <w:rPr>
          <w:rFonts w:ascii="Tahoma" w:hAnsi="Tahoma" w:cs="Tahoma" w:eastAsia="Tahoma"/>
        </w:rPr>
        <w:t xml:space="preserve"> โดยเฉพาะหัวข้อระดับเดียวกัน คนอ่านผ่านๆ นำทางด้วยตัวอักษรแรก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ให้มีคำเฉพาะน้อยที่สุด</w:t>
      </w:r>
      <w:r>
        <w:rPr>
          <w:rFonts w:ascii="Tahoma" w:hAnsi="Tahoma" w:cs="Tahoma" w:eastAsia="Tahoma"/>
        </w:rPr>
        <w:t xml:space="preserve"> — พลังของ Dominion อยู่ที่มันแทบไม่มีเลย: Action, Buy, Gain, Card ใช้อย่างสม่ำเสมอสุดขีด จนการ์ดใหม่ที่ไม่เคยเห็นก็อ่านเข้าใจได้ทันที </w:t>
      </w:r>
      <w:r>
        <w:rPr>
          <w:rFonts w:ascii="Tahoma" w:hAnsi="Tahoma" w:cs="Tahoma" w:eastAsia="Tahoma"/>
          <w:i/>
        </w:rPr>
        <w:t>"ไม่มีใครอยากเรียนภาษาใหม่เพื่อเรียนเกมใหม่"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เกาะความรู้เดิมของผู้เล่น</w:t>
      </w:r>
      <w:r>
        <w:rPr>
          <w:rFonts w:ascii="Tahoma" w:hAnsi="Tahoma" w:cs="Tahoma" w:eastAsia="Tahoma"/>
        </w:rPr>
        <w:t xml:space="preserve"> (Mark Rosewater เรียกว่า piggybacking) — ตัวละครที่มีความสามารถ "บินได้" เข้าใจทันที ส่วนตัวละครที่มีความสามารถ "ทะยานอีเธอร์" ไม่เข้าใจ แม้กลไกเหมือนกันเป๊ะ ชั่งน้ำหนักระหว่างความเท่กับต้นทุนความจำ </w:t>
      </w:r>
      <w:r>
        <w:rPr>
          <w:rFonts w:ascii="Tahoma" w:hAnsi="Tahoma" w:cs="Tahoma" w:eastAsia="Tahoma"/>
          <w:b/>
        </w:rPr>
        <w:t>และห้ามเอาคำที่คนรู้จักอยู่แล้วไปใช้กับความหมายใหม่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แยก mat กับ board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i/>
        </w:rPr>
        <w:t>mat</w:t>
      </w:r>
      <w:r>
        <w:rPr>
          <w:rFonts w:ascii="Tahoma" w:hAnsi="Tahoma" w:cs="Tahoma" w:eastAsia="Tahoma"/>
        </w:rPr>
        <w:t xml:space="preserve"> เป็นของผู้เล่นคนเดียว </w:t>
      </w:r>
      <w:r>
        <w:rPr>
          <w:rFonts w:ascii="Tahoma" w:hAnsi="Tahoma" w:cs="Tahoma" w:eastAsia="Tahoma"/>
          <w:i/>
        </w:rPr>
        <w:t>board</w:t>
      </w:r>
      <w:r>
        <w:rPr>
          <w:rFonts w:ascii="Tahoma" w:hAnsi="Tahoma" w:cs="Tahoma" w:eastAsia="Tahoma"/>
        </w:rPr>
        <w:t xml:space="preserve"> ใช้ร่วมกัน มีคนบอกว่าประโยคเดียวนี้แก้ปัญหาการตั้งชื่อที่เขาวนอยู่หลายสัปดาห์ได้ทันที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ตัวพิมพ์ใหญ่คืองบประมาณ</w:t>
      </w:r>
    </w:p>
    <w:p>
      <w:r>
        <w:rPr>
          <w:rFonts w:ascii="Tahoma" w:hAnsi="Tahoma" w:cs="Tahoma" w:eastAsia="Tahoma"/>
        </w:rPr>
        <w:t xml:space="preserve">ตัวพิมพ์ใหญ่ดึงความสนใจ — ซึ่งแปลว่าทุกคำที่พิมพ์ใหญ่ </w:t>
      </w:r>
      <w:r>
        <w:rPr>
          <w:rFonts w:ascii="Tahoma" w:hAnsi="Tahoma" w:cs="Tahoma" w:eastAsia="Tahoma"/>
          <w:b/>
        </w:rPr>
        <w:t>ใช้ความสนใจที่มีจำกัดของคนอ่านไปหนึ่งหน่วย</w:t>
      </w:r>
      <w:r>
        <w:rPr>
          <w:rFonts w:ascii="Tahoma" w:hAnsi="Tahoma" w:cs="Tahoma" w:eastAsia="Tahoma"/>
        </w:rPr>
        <w:t xml:space="preserve"> และสายตาจะค้างอยู่กับมันตอนอ่าน</w:t>
      </w:r>
    </w:p>
    <w:p>
      <w:r>
        <w:rPr>
          <w:rFonts w:ascii="Tahoma" w:hAnsi="Tahoma" w:cs="Tahoma" w:eastAsia="Tahoma"/>
        </w:rPr>
        <w:t xml:space="preserve">วิธีที่สมดุล: </w:t>
      </w:r>
      <w:r>
        <w:rPr>
          <w:rFonts w:ascii="Tahoma" w:hAnsi="Tahoma" w:cs="Tahoma" w:eastAsia="Tahoma"/>
          <w:b/>
        </w:rPr>
        <w:t>พิมพ์ใหญ่เฉพาะคำที่หมายถึงอุปกรณ์ การกระทำ หรือค่าจริงในเกม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"รับ 5 Gold จากกองกลาง"</w:t>
      </w:r>
      <w:r>
        <w:rPr>
          <w:rFonts w:ascii="Tahoma" w:hAnsi="Tahoma" w:cs="Tahoma" w:eastAsia="Tahoma"/>
        </w:rPr>
        <w:t xml:space="preserve"> / </w:t>
      </w:r>
      <w:r>
        <w:rPr>
          <w:rFonts w:ascii="Tahoma" w:hAnsi="Tahoma" w:cs="Tahoma" w:eastAsia="Tahoma"/>
          <w:i/>
        </w:rPr>
        <w:t>"ผู้เล่นที่กำลังเล่นเข้าสู่ Attack Phase ของตน"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"ผู้เล่นแต่ละคนเก็บ gold ไว้ในช่องที่กำหนดบนแผ่นผู้เล่น"</w:t>
      </w:r>
    </w:p>
    <w:p>
      <w:r>
        <w:rPr>
          <w:rFonts w:ascii="Tahoma" w:hAnsi="Tahoma" w:cs="Tahoma" w:eastAsia="Tahoma"/>
        </w:rPr>
        <w:t xml:space="preserve">Resonym เตือนไว้: </w:t>
      </w:r>
      <w:r>
        <w:rPr>
          <w:rFonts w:ascii="Tahoma" w:hAnsi="Tahoma" w:cs="Tahoma" w:eastAsia="Tahoma"/>
          <w:i/>
        </w:rPr>
        <w:t>"คุณพิมพ์ใหญ่คำเฉพาะได้บ้าง แต่อย่าเลยเถิด ถ้าพิมพ์ใหญ่มากไป มันจะกลืนกันหมดและไร้ประโยชน์"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ล็อกลำดับมาตรฐาน</w:t>
      </w:r>
    </w:p>
    <w:p>
      <w:r>
        <w:rPr>
          <w:rFonts w:ascii="Tahoma" w:hAnsi="Tahoma" w:cs="Tahoma" w:eastAsia="Tahoma"/>
        </w:rPr>
        <w:t>ถ้าเกมมีทรัพยากรสามอย่าง ตัดสินใจลำดับครั้งเดียว — สมมติ แรงงาน/หิน/ไม้ — แล้วใช้ลำดับนั้นในรายการอุปกรณ์ ในภาพ setup ในทุกราคาที่พิมพ์ บนทุกการ์ด และแม้แต่ในรายชื่อพื้นที่ที่ผลิตทรัพยากรพวกนั้น</w:t>
      </w:r>
    </w:p>
    <w:p>
      <w:r>
        <w:rPr>
          <w:rFonts w:ascii="Tahoma" w:hAnsi="Tahoma" w:cs="Tahoma" w:eastAsia="Tahoma"/>
        </w:rPr>
        <w:t>เรื่องนี้มองไม่เห็นตอนทำถูก และเหนื่อยเงียบๆ ตอนทำผิด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เขียน style guide ก่อนเขียนกฎ</w:t>
      </w:r>
    </w:p>
    <w:p>
      <w:r>
        <w:rPr>
          <w:rFonts w:ascii="Tahoma" w:hAnsi="Tahoma" w:cs="Tahoma" w:eastAsia="Tahoma"/>
        </w:rPr>
        <w:t>นี่คือการลงทุนคุณภาพที่ถูกที่สุดที่มี และเป็นคำแนะนำหลักของ Stonemaier: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"คำแนะนำหลักที่ผมพยายามจะบอกวันนี้คือ </w:t>
      </w:r>
      <w:r>
        <w:rPr>
          <w:rFonts w:ascii="Tahoma" w:hAnsi="Tahoma" w:cs="Tahoma" w:eastAsia="Tahoma"/>
          <w:b/>
          <w:i/>
          <w:color w:val="2F2F2F"/>
          <w:sz w:val="20"/>
        </w:rPr>
        <w:t>ให้คุณมี style guide ที่เขียนไว้</w:t>
      </w:r>
      <w:r>
        <w:rPr>
          <w:rFonts w:ascii="Tahoma" w:hAnsi="Tahoma" w:cs="Tahoma" w:eastAsia="Tahoma"/>
          <w:i/>
          <w:color w:val="2F2F2F"/>
          <w:sz w:val="20"/>
        </w:rPr>
        <w:t xml:space="preserve"> มันอาจต่างจากของ Stonemaier มากก็ได้ — เรายังเป็นเพื่อนกันได้แม้คุณไม่เชื่อในเครื่องหมายจุลภาคตัวสุดท้าย"</w:t>
      </w:r>
    </w:p>
    <w:p>
      <w:r>
        <w:rPr>
          <w:rFonts w:ascii="Tahoma" w:hAnsi="Tahoma" w:cs="Tahoma" w:eastAsia="Tahoma"/>
        </w:rPr>
        <w:t xml:space="preserve">ไม่ต้องเป็นเอกสารก็ได้ Entro Games ใช้ไวท์บอร์ด สิ่งสำคัญคือเมื่อคุณกลับมานั่งทำงานหลังหายไปสองสัปดาห์ </w:t>
      </w:r>
      <w:r>
        <w:rPr>
          <w:rFonts w:ascii="Tahoma" w:hAnsi="Tahoma" w:cs="Tahoma" w:eastAsia="Tahoma"/>
          <w:b/>
        </w:rPr>
        <w:t>การตัดสินใจถูกบันทึกไว้แล้ว</w:t>
      </w:r>
      <w:r>
        <w:rPr>
          <w:rFonts w:ascii="Tahoma" w:hAnsi="Tahoma" w:cs="Tahoma" w:eastAsia="Tahoma"/>
        </w:rPr>
        <w:t xml:space="preserve"> และคุณจะไม่ตัดสินใจใหม่แบบเงียบๆ</w:t>
      </w:r>
    </w:p>
    <w:p>
      <w:r>
        <w:rPr>
          <w:rFonts w:ascii="Tahoma" w:hAnsi="Tahoma" w:cs="Tahoma" w:eastAsia="Tahoma"/>
        </w:rPr>
        <w:t>(มีแบบฟอร์มให้กรอกอยู่ในบทที่ 12)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7. ตัวอย่างกับภาพ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ตัวอย่างมีไว้แก้ความกำกวม ไม่ใช่โชว์สิ่งที่ชัดอยู่แล้ว</w:t>
      </w:r>
    </w:p>
    <w:p>
      <w:r>
        <w:rPr>
          <w:rFonts w:ascii="Tahoma" w:hAnsi="Tahoma" w:cs="Tahoma" w:eastAsia="Tahoma"/>
        </w:rPr>
        <w:t>การเปลืองหมึกที่พบบ่อยที่สุดใน rulebook คือตัวอย่างที่แสดงสิ่งที่ทุกคนเข้าใจอยู่แล้ว</w:t>
      </w:r>
    </w:p>
    <w:p>
      <w:r>
        <w:rPr>
          <w:rFonts w:ascii="Tahoma" w:hAnsi="Tahoma" w:cs="Tahoma" w:eastAsia="Tahoma"/>
        </w:rPr>
        <w:t xml:space="preserve">Russ ยกเคสทดสอบที่สมบูรณ์แบบ: สมมติกฎบอกว่าหน่วยที่มีนักธนู </w:t>
      </w:r>
      <w:r>
        <w:rPr>
          <w:rFonts w:ascii="Tahoma" w:hAnsi="Tahoma" w:cs="Tahoma" w:eastAsia="Tahoma"/>
          <w:b/>
        </w:rPr>
        <w:t>หรือ</w:t>
      </w:r>
      <w:r>
        <w:rPr>
          <w:rFonts w:ascii="Tahoma" w:hAnsi="Tahoma" w:cs="Tahoma" w:eastAsia="Tahoma"/>
        </w:rPr>
        <w:t xml:space="preserve"> เครื่องยิงหิน ได้ +1 แล้วหน่วยที่มี </w:t>
      </w:r>
      <w:r>
        <w:rPr>
          <w:rFonts w:ascii="Tahoma" w:hAnsi="Tahoma" w:cs="Tahoma" w:eastAsia="Tahoma"/>
          <w:b/>
        </w:rPr>
        <w:t>ทั้งสองอย่าง</w:t>
      </w:r>
      <w:r>
        <w:rPr>
          <w:rFonts w:ascii="Tahoma" w:hAnsi="Tahoma" w:cs="Tahoma" w:eastAsia="Tahoma"/>
        </w:rPr>
        <w:t xml:space="preserve"> ล่ะ? +1 หรือ +2?</w:t>
      </w:r>
    </w:p>
    <w:p>
      <w:r>
        <w:rPr>
          <w:rFonts w:ascii="Tahoma" w:hAnsi="Tahoma" w:cs="Tahoma" w:eastAsia="Tahoma"/>
        </w:rPr>
        <w:t xml:space="preserve">กฎที่เขียนไว้สื่อว่า +1 แต่คนจำนวนไม่น้อยจะอ่านเป็น +2 — </w:t>
      </w:r>
      <w:r>
        <w:rPr>
          <w:rFonts w:ascii="Tahoma" w:hAnsi="Tahoma" w:cs="Tahoma" w:eastAsia="Tahoma"/>
          <w:b/>
        </w:rPr>
        <w:t>ตรงนั้นแหละที่ตัวอย่างควรอยู่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"อย่าเลือกทางง่าย ด้วยการยกตัวอย่างที่ชัดอยู่แล้วว่าการ์ดหรือการกระทำทำอะไร ผู้เล่นส่วนใหญ่เข้าใจการเล่นที่ชัดเจนจากกฎปกติอยู่แล้ว แต่เขาจะไม่เข้าใจเคสที่ขัดกับสามัญสำนึก </w:t>
      </w:r>
      <w:r>
        <w:rPr>
          <w:rFonts w:ascii="Tahoma" w:hAnsi="Tahoma" w:cs="Tahoma" w:eastAsia="Tahoma"/>
          <w:b/>
          <w:i/>
          <w:color w:val="2F2F2F"/>
          <w:sz w:val="20"/>
        </w:rPr>
        <w:t>ถ้าคุณไม่แสดงเคสขอบ คุณกำลังส่งผู้เล่นไปฟอรั่มโดยตรง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ทำให้ภาพหนึ่งภาพตอบหลายคำถาม</w:t>
      </w:r>
    </w:p>
    <w:p>
      <w:r>
        <w:rPr>
          <w:rFonts w:ascii="Tahoma" w:hAnsi="Tahoma" w:cs="Tahoma" w:eastAsia="Tahoma"/>
        </w:rPr>
        <w:t>พื้นที่มีจำกัด ทำให้ทุกภาพตอบหลายคำถามพร้อมกัน</w:t>
      </w:r>
    </w:p>
    <w:p>
      <w:r>
        <w:rPr>
          <w:rFonts w:ascii="Tahoma" w:hAnsi="Tahoma" w:cs="Tahoma" w:eastAsia="Tahoma"/>
        </w:rPr>
        <w:t xml:space="preserve">ตัวอย่างจาก Michael Lee: เกมวางแผ่นไทล์ กฎว่า </w:t>
      </w:r>
      <w:r>
        <w:rPr>
          <w:rFonts w:ascii="Tahoma" w:hAnsi="Tahoma" w:cs="Tahoma" w:eastAsia="Tahoma"/>
          <w:i/>
        </w:rPr>
        <w:t>"ได้ 1 แต้มต่อช่างตีเหล็กทุกคนที่อยู่ติดกับเหมืองเหล็ก 2 แห่งขึ้นไป"</w:t>
      </w:r>
    </w:p>
    <w:p>
      <w:r>
        <w:rPr>
          <w:rFonts w:ascii="Tahoma" w:hAnsi="Tahoma" w:cs="Tahoma" w:eastAsia="Tahoma"/>
        </w:rPr>
        <w:t xml:space="preserve">ภาพที่โชว์ช่างตีเหล็กหนึ่งคนขนาบด้วยเหมืองสองแห่ง </w:t>
      </w:r>
      <w:r>
        <w:rPr>
          <w:rFonts w:ascii="Tahoma" w:hAnsi="Tahoma" w:cs="Tahoma" w:eastAsia="Tahoma"/>
          <w:b/>
        </w:rPr>
        <w:t>แทบไร้ประโยชน์</w:t>
      </w:r>
      <w:r>
        <w:rPr>
          <w:rFonts w:ascii="Tahoma" w:hAnsi="Tahoma" w:cs="Tahoma" w:eastAsia="Tahoma"/>
        </w:rPr>
        <w:t xml:space="preserve"> ภาพที่ดีจะโชว์ช่างหลายคน บางคนได้แต้ม บางคนไม่ได้ และตอบคำถามพวกนี้: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ช่างหลายคนใช้เหมืองเดียวกันร่วมกันได้ไหม?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ติดกันแบบทแยงมุมนับไหม?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เหมืองที่ติดกับเหมืองอีกแห่งนับต่อกันไหม?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ถ้ามีถนนหรือรั้วคั่นขอบที่ใช้ร่วมกัน ยังนับว่าติดกันไหม?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เหมืองที่พลิกเป็นด้าน "หมดแล้ว" ยังนับเป็นเหมืองไหม?</w:t>
      </w:r>
    </w:p>
    <w:p>
      <w:r>
        <w:rPr>
          <w:rFonts w:ascii="Tahoma" w:hAnsi="Tahoma" w:cs="Tahoma" w:eastAsia="Tahoma"/>
        </w:rPr>
        <w:t xml:space="preserve">รายละเอียดพวกนี้ต้องอยู่ในกฎ แต่ภาพคือโอกาสตอกย้ำมัน และภาพที่ดีควร </w:t>
      </w:r>
      <w:r>
        <w:rPr>
          <w:rFonts w:ascii="Tahoma" w:hAnsi="Tahoma" w:cs="Tahoma" w:eastAsia="Tahoma"/>
          <w:b/>
        </w:rPr>
        <w:t>ดูเหมือนเกมจริง</w:t>
      </w:r>
      <w:r>
        <w:rPr>
          <w:rFonts w:ascii="Tahoma" w:hAnsi="Tahoma" w:cs="Tahoma" w:eastAsia="Tahoma"/>
        </w:rPr>
        <w:t xml:space="preserve"> ไม่ใช่ตัวอย่างในห้องแล็บ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บอกให้ชัดว่าอะไรเป็นแค่ตัวอย่าง</w:t>
      </w:r>
    </w:p>
    <w:p>
      <w:r>
        <w:rPr>
          <w:rFonts w:ascii="Tahoma" w:hAnsi="Tahoma" w:cs="Tahoma" w:eastAsia="Tahoma"/>
        </w:rPr>
        <w:t>คนอ่านอนุมานกฎจากตัวอย่าง ถ้าทุกภาพในเล่มโชว์การ์ดห้าใบเรียงเหมือนกันตลอด จะมีคนสรุปว่ามันต้องเป็นแบบนั้น แล้วเล่นแบบจำกัดตัวเอง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"ถ้าคุณเลือกตัวอย่างแบบสุ่มสี่สุ่มห้า คุณอาจใส่กฎที่ไม่ได้ตั้งใจเข้าไปโดยไม่รู้ตัว"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ตัวอย่างยาว vs ตัวอย่างสั้น</w:t>
      </w:r>
    </w:p>
    <w:p>
      <w:r>
        <w:rPr>
          <w:rFonts w:ascii="Tahoma" w:hAnsi="Tahoma" w:cs="Tahoma" w:eastAsia="Tahoma"/>
        </w:rPr>
        <w:t>ทั้งสองมีที่ทางของมัน: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ตัวอย่างสั้นแบบแยกส่วน</w:t>
      </w:r>
      <w:r>
        <w:rPr>
          <w:rFonts w:ascii="Tahoma" w:hAnsi="Tahoma" w:cs="Tahoma" w:eastAsia="Tahoma"/>
        </w:rPr>
        <w:t xml:space="preserve"> แก้กฎข้อเดียวตรงจุดที่คนงง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ตัวอย่างยาวแบบเดินทั้งเทิร์น</w:t>
      </w:r>
      <w:r>
        <w:rPr>
          <w:rFonts w:ascii="Tahoma" w:hAnsi="Tahoma" w:cs="Tahoma" w:eastAsia="Tahoma"/>
        </w:rPr>
        <w:t xml:space="preserve"> พร้อมภาพสถานะกระดานหลังทุกการกระทำ แสดง </w:t>
      </w:r>
      <w:r>
        <w:rPr>
          <w:rFonts w:ascii="Tahoma" w:hAnsi="Tahoma" w:cs="Tahoma" w:eastAsia="Tahoma"/>
          <w:b/>
        </w:rPr>
        <w:t>ระบบ</w:t>
      </w:r>
      <w:r>
        <w:rPr>
          <w:rFonts w:ascii="Tahoma" w:hAnsi="Tahoma" w:cs="Tahoma" w:eastAsia="Tahoma"/>
        </w:rPr>
        <w:t xml:space="preserve"> ทำงานร่วมกัน ซึ่งตัวอย่างสั้นๆ กี่อันก็ทำไม่ได้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"นี่คือข้อดีของการมีตัวอย่างเดินยาวๆ ไม่กี่อัน ที่แสดงหลายส่วนของระบบทำงานร่วมกัน แทนที่จะมีตัวอย่างแยกส่วนเยอะๆ ที่แสดงทีละจุด"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ควรใส่เหตุผลในตัวอย่างไหม</w:t>
      </w:r>
    </w:p>
    <w:p>
      <w:r>
        <w:rPr>
          <w:rFonts w:ascii="Tahoma" w:hAnsi="Tahoma" w:cs="Tahoma" w:eastAsia="Tahoma"/>
        </w:rPr>
        <w:t>อันนี้เถียงกันจริง และทั้งสองฝ่ายมีเหตุผล</w:t>
      </w:r>
    </w:p>
    <w:p>
      <w:r>
        <w:rPr>
          <w:rFonts w:ascii="Tahoma" w:hAnsi="Tahoma" w:cs="Tahoma" w:eastAsia="Tahoma"/>
          <w:b/>
        </w:rPr>
        <w:t>ฝ่ายสนับสนุน: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"ผมชอบเวลาตัวอย่างบอกแรงจูงใจของผู้เล่นด้วย — 'อลิซอยากเลือกหยิบหินมากเพื่อสร้างวังให้เสร็จ แต่บ็อบเอาไปแล้ว เธอเลยเลือกเกณฑ์ทหารแทน' ตัวอย่างแบบนี้ทำให้รู้ว่าเล่นเกมนี้จริงๆ รู้สึกยังไง"</w:t>
      </w:r>
    </w:p>
    <w:p>
      <w:r>
        <w:rPr>
          <w:rFonts w:ascii="Tahoma" w:hAnsi="Tahoma" w:cs="Tahoma" w:eastAsia="Tahoma"/>
          <w:b/>
        </w:rPr>
        <w:t>ฝ่ายค้าน:</w:t>
      </w:r>
      <w:r>
        <w:rPr>
          <w:rFonts w:ascii="Tahoma" w:hAnsi="Tahoma" w:cs="Tahoma" w:eastAsia="Tahoma"/>
        </w:rPr>
        <w:t xml:space="preserve"> J C Lawrence บอกว่ากฎควรบอกพีชคณิตของเกมแล้วหยุด </w:t>
      </w:r>
      <w:r>
        <w:rPr>
          <w:rFonts w:ascii="Tahoma" w:hAnsi="Tahoma" w:cs="Tahoma" w:eastAsia="Tahoma"/>
          <w:i/>
        </w:rPr>
        <w:t>"ห้ามแนะกลยุทธ์ ห้ามบอกว่าอะไรดีกว่าอะไร"</w:t>
      </w:r>
    </w:p>
    <w:p>
      <w:r>
        <w:rPr>
          <w:rFonts w:ascii="Tahoma" w:hAnsi="Tahoma" w:cs="Tahoma" w:eastAsia="Tahoma"/>
          <w:b/>
        </w:rPr>
        <w:t>ทางออกที่ใช้ได้:</w:t>
      </w:r>
      <w:r>
        <w:rPr>
          <w:rFonts w:ascii="Tahoma" w:hAnsi="Tahoma" w:cs="Tahoma" w:eastAsia="Tahoma"/>
        </w:rPr>
        <w:t xml:space="preserve"> เหตุผลอยู่ในเอกสาร</w:t>
      </w:r>
      <w:r>
        <w:rPr>
          <w:rFonts w:ascii="Tahoma" w:hAnsi="Tahoma" w:cs="Tahoma" w:eastAsia="Tahoma"/>
          <w:b/>
        </w:rPr>
        <w:t>สอน</w:t>
      </w:r>
      <w:r>
        <w:rPr>
          <w:rFonts w:ascii="Tahoma" w:hAnsi="Tahoma" w:cs="Tahoma" w:eastAsia="Tahoma"/>
        </w:rPr>
        <w:t xml:space="preserve"> (playbook, learn to play, tutorial) ไม่ใช่เอกสาร</w:t>
      </w:r>
      <w:r>
        <w:rPr>
          <w:rFonts w:ascii="Tahoma" w:hAnsi="Tahoma" w:cs="Tahoma" w:eastAsia="Tahoma"/>
          <w:b/>
        </w:rPr>
        <w:t>อ้างอิง</w:t>
      </w:r>
      <w:r>
        <w:rPr>
          <w:rFonts w:ascii="Tahoma" w:hAnsi="Tahoma" w:cs="Tahoma" w:eastAsia="Tahoma"/>
        </w:rPr>
        <w:t xml:space="preserve"> ถ้ามีเล่มเดียว ใช้ sidebar ที่แยกออกทางสายตา เพื่อให้คนอ่านซ้ำข้ามได้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ไดอะแกรมกายวิภาค</w:t>
      </w:r>
    </w:p>
    <w:p>
      <w:r>
        <w:rPr>
          <w:rFonts w:ascii="Tahoma" w:hAnsi="Tahoma" w:cs="Tahoma" w:eastAsia="Tahoma"/>
        </w:rPr>
        <w:t>ถ้าการ์ด ไทล์ หรือแผ่นผู้เล่นมีข้อมูลหลายจุด ให้ติดป้ายทุกโซนครั้งเดียวในไดอะแกรมเฉพาะ — ราคา, ประเภท, ความแรง, ผล — แล้วใช้ป้ายพวกนั้นเป็นคำศัพท์ตลอดเล่ม</w:t>
      </w:r>
    </w:p>
    <w:p>
      <w:r>
        <w:rPr>
          <w:rFonts w:ascii="Tahoma" w:hAnsi="Tahoma" w:cs="Tahoma" w:eastAsia="Tahoma"/>
        </w:rPr>
        <w:t xml:space="preserve">มันแปลงชิ้นส่วนให้กลายเป็น </w:t>
      </w:r>
      <w:r>
        <w:rPr>
          <w:rFonts w:ascii="Tahoma" w:hAnsi="Tahoma" w:cs="Tahoma" w:eastAsia="Tahoma"/>
          <w:b/>
        </w:rPr>
        <w:t>ภาษาที่ใช้ร่วมกัน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แยกตัวอย่างออกจากกฎทางสายตา</w:t>
      </w:r>
    </w:p>
    <w:p>
      <w:r>
        <w:rPr>
          <w:rFonts w:ascii="Tahoma" w:hAnsi="Tahoma" w:cs="Tahoma" w:eastAsia="Tahoma"/>
        </w:rPr>
        <w:t>ใช้ตัวเอียง กล่องสีอ่อน หรือ sidebar เหตุผลสองข้อ: คนเรียนใหม่ต้องหามันเจอ และคนอ่านซ้ำต้องข้ามมันได้</w:t>
      </w:r>
    </w:p>
    <w:p>
      <w:r>
        <w:rPr>
          <w:rFonts w:ascii="Tahoma" w:hAnsi="Tahoma" w:cs="Tahoma" w:eastAsia="Tahoma"/>
        </w:rPr>
        <w:t xml:space="preserve">แล้วกฎเหล็กที่ตามมา: </w:t>
      </w:r>
      <w:r>
        <w:rPr>
          <w:rFonts w:ascii="Tahoma" w:hAnsi="Tahoma" w:cs="Tahoma" w:eastAsia="Tahoma"/>
          <w:b/>
        </w:rPr>
        <w:t>กฎที่ปรากฏเฉพาะในตัวอย่าง = กฎที่ไม่มีอยู่จริง</w:t>
      </w:r>
      <w:r>
        <w:rPr>
          <w:rFonts w:ascii="Tahoma" w:hAnsi="Tahoma" w:cs="Tahoma" w:eastAsia="Tahoma"/>
        </w:rPr>
        <w:t xml:space="preserve"> Paul Grogan ระบุว่า </w:t>
      </w:r>
      <w:r>
        <w:rPr>
          <w:rFonts w:ascii="Tahoma" w:hAnsi="Tahoma" w:cs="Tahoma" w:eastAsia="Tahoma"/>
          <w:i/>
        </w:rPr>
        <w:t>"กฎที่ซ่อนอยู่แต่ในตัวอย่าง"</w:t>
      </w:r>
      <w:r>
        <w:rPr>
          <w:rFonts w:ascii="Tahoma" w:hAnsi="Tahoma" w:cs="Tahoma" w:eastAsia="Tahoma"/>
        </w:rPr>
        <w:t xml:space="preserve"> คือหนึ่งในธงแดงที่เขาไล่ล่าเวลาได้ต้นฉบับมา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8. Layout, ตัวอักษร และของที่ต้องพิมพ์จริง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ตัวเลขที่เอาไปใช้ได้เลย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เรื่อง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ค่าที่แนะนำ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ขนาดตัวอักษรเนื้อหา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b/>
                <w:sz w:val="18"/>
              </w:rPr>
              <w:t>10 pt ขั้นต่ำสุด</w:t>
            </w:r>
            <w:r>
              <w:rPr>
                <w:rFonts w:ascii="Tahoma" w:hAnsi="Tahoma" w:cs="Tahoma" w:eastAsia="Tahoma"/>
                <w:sz w:val="18"/>
              </w:rPr>
              <w:t xml:space="preserve"> (มาตรฐาน Stonemaier), 11-12 pt ดีกว่า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เป้าหมายด้านการเข้าถึง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12 pt ขั้นต่ำ, 16 pt+ สำหรับฉบับตัวใหญ่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ระยะห่างบรรทัด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อย่างน้อย 1.5 เท่าของขนาดตัวอักษร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ความต่างสีตัวอักษรกับพื้น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อย่างน้อย 4.5:1 สำหรับเนื้อหา, 3:1 สำหรับตัวใหญ่หรือตัวหนา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ขนาดเล่ม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180 × 240 มม. คือขนาดที่ Stonemaier ชอบที่สุด — ใหญ่พอใส่ภาพ เล็กพอวางบนโต๊ะได้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จำนวนหน้า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ต้องหารด้วย 4 ลงตัว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เผื่อหน้าตอน self-publish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เผื่อไว้อีก 2-4 หน้าจากที่คิดว่าพอ</w:t>
            </w:r>
          </w:p>
        </w:tc>
      </w:tr>
    </w:tbl>
    <w:p/>
    <w:p>
      <w:r>
        <w:rPr>
          <w:rFonts w:ascii="Tahoma" w:hAnsi="Tahoma" w:cs="Tahoma" w:eastAsia="Tahoma"/>
        </w:rPr>
        <w:t xml:space="preserve">เรื่องเผื่อหน้า Resonym ให้เหตุผลที่ผมชอบ: </w:t>
      </w:r>
      <w:r>
        <w:rPr>
          <w:rFonts w:ascii="Tahoma" w:hAnsi="Tahoma" w:cs="Tahoma" w:eastAsia="Tahoma"/>
          <w:i/>
        </w:rPr>
        <w:t>"มีวิธีเติมพื้นที่เสมอ แม้จะแค่ให้ตัวละครโผล่มาย้ำเรื่องราว แต่มันยากมากที่จะเพิ่มพื้นที่หลังจากจัดหน้าเสร็จแล้ว"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หน้าตาที่คนอ่านขอจริงๆ</w:t>
      </w:r>
    </w:p>
    <w:p>
      <w:r>
        <w:rPr>
          <w:rFonts w:ascii="Tahoma" w:hAnsi="Tahoma" w:cs="Tahoma" w:eastAsia="Tahoma"/>
        </w:rPr>
        <w:t>มีคนตอบคำถาม "อะไรทำให้ rulebook ดี" ด้วยหกบรรทัด ซึ่งสรุปทุกอย่างในงานวิจัยนี้ได้หมด: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Sans serif · Layout เรียบ · ลำดับสมเหตุสมผล · ศัพท์เฉพาะน้อย · กระชับ · ไวยากรณ์ถูก</w:t>
      </w:r>
    </w:p>
    <w:p>
      <w:r>
        <w:rPr>
          <w:rFonts w:ascii="Tahoma" w:hAnsi="Tahoma" w:cs="Tahoma" w:eastAsia="Tahoma"/>
        </w:rPr>
        <w:t>รอบๆ นั้นคือรายละเอียดที่ย้ำกันบ่อย: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ห้ามพิมพ์กฎบนภาพ บนพื้นผิว หรือบนพื้นเข้ม</w:t>
      </w:r>
      <w:r>
        <w:rPr>
          <w:rFonts w:ascii="Tahoma" w:hAnsi="Tahoma" w:cs="Tahoma" w:eastAsia="Tahoma"/>
        </w:rPr>
        <w:t xml:space="preserve"> — เสียงบ่นนี้มีตั้งแต่ปี 2007 ถึง 2026 มีคนเล่าว่าต้องเอียงหนังสือรับแสงถึงจะอ่านออก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อย่าใช้ฟอนต์ประดับกับเนื้อหา</w:t>
      </w:r>
      <w:r>
        <w:rPr>
          <w:rFonts w:ascii="Tahoma" w:hAnsi="Tahoma" w:cs="Tahoma" w:eastAsia="Tahoma"/>
        </w:rPr>
        <w:t xml:space="preserve"> — Killer Bunnies เป็นตัวอย่างประจำ: </w:t>
      </w:r>
      <w:r>
        <w:rPr>
          <w:rFonts w:ascii="Tahoma" w:hAnsi="Tahoma" w:cs="Tahoma" w:eastAsia="Tahoma"/>
          <w:i/>
        </w:rPr>
        <w:t xml:space="preserve">"นักออกแบบเลือกฟอนต์เส้นบาง พิมพ์ขนาดเล็ก ตัวอักษรชิดกันเกินไป แล้วยังตัดขอบด้วยสีเข้ม ทำให้อ่านยาก </w:t>
      </w:r>
      <w:r>
        <w:rPr>
          <w:rFonts w:ascii="Tahoma" w:hAnsi="Tahoma" w:cs="Tahoma" w:eastAsia="Tahoma"/>
          <w:i/>
        </w:rPr>
        <w:t>ความอ่านง่ายสำคัญกว่าตัวอักษรน่ารัก</w:t>
      </w:r>
      <w:r>
        <w:rPr>
          <w:rFonts w:ascii="Tahoma" w:hAnsi="Tahoma" w:cs="Tahoma" w:eastAsia="Tahoma"/>
          <w:i/>
        </w:rPr>
        <w:t>"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ห้ามขีดเส้นใต้ข้อความกฎ</w:t>
      </w:r>
      <w:r>
        <w:rPr>
          <w:rFonts w:ascii="Tahoma" w:hAnsi="Tahoma" w:cs="Tahoma" w:eastAsia="Tahoma"/>
        </w:rPr>
        <w:t xml:space="preserve"> — เส้นใต้ชนกับหางตัวอักษรและลดความอ่านง่าย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เลี่ยงตัวพิมพ์ใหญ่ทั้งหมดเป็นย่อหน้ายาว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ใช้พื้นที่ว่างเยอะๆ</w:t>
      </w:r>
      <w:r>
        <w:rPr>
          <w:rFonts w:ascii="Tahoma" w:hAnsi="Tahoma" w:cs="Tahoma" w:eastAsia="Tahoma"/>
        </w:rPr>
        <w:t xml:space="preserve"> — มันไม่ใช่ที่เสียเปล่า มันคือสิ่งที่ทำให้หน้าหนาแน่นดูเข้าถึงได้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การเน้นคือลำดับชั้น ไม่ใช่การตกแต่ง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"ไม่เพียงแต่ข้อความธรรมดาจะอ่านง่ายที่สุด แต่การใช้การเน้นมากเกินไปยังสร้างเสียงแข่งกันจนลดความสามารถในการดึงความสนใจของคุณเอง"</w:t>
      </w:r>
    </w:p>
    <w:p>
      <w:r>
        <w:rPr>
          <w:rFonts w:ascii="Tahoma" w:hAnsi="Tahoma" w:cs="Tahoma" w:eastAsia="Tahoma"/>
        </w:rPr>
        <w:t>แบบที่ใช้ได้: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ตัวหนา</w:t>
      </w:r>
      <w:r>
        <w:rPr>
          <w:rFonts w:ascii="Tahoma" w:hAnsi="Tahoma" w:cs="Tahoma" w:eastAsia="Tahoma"/>
        </w:rPr>
        <w:t xml:space="preserve"> — คำเฉพาะตรงจุดที่นิยาม, หัวข้อ, และคำสั่งที่สำคัญจริงๆ ไม่กี่จุด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ตัวเอียง</w:t>
      </w:r>
      <w:r>
        <w:rPr>
          <w:rFonts w:ascii="Tahoma" w:hAnsi="Tahoma" w:cs="Tahoma" w:eastAsia="Tahoma"/>
        </w:rPr>
        <w:t xml:space="preserve"> — ตัวอย่าง, คำบรรยายภาพ, ข้อความบรรยากาศ </w:t>
      </w:r>
      <w:r>
        <w:rPr>
          <w:rFonts w:ascii="Tahoma" w:hAnsi="Tahoma" w:cs="Tahoma" w:eastAsia="Tahoma"/>
          <w:b/>
        </w:rPr>
        <w:t>ไม่ใช้กับกฎ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ตัวพิมพ์ใหญ่ทั้งหมด — เก็บไว้ให้กฎไม่กี่ข้อที่ playtest พิสูจน์แล้วว่าคนพลาด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ขีดเส้นใต้ — ไม่ใช้เลย</w:t>
      </w:r>
    </w:p>
    <w:p>
      <w:r>
        <w:rPr>
          <w:rFonts w:ascii="Tahoma" w:hAnsi="Tahoma" w:cs="Tahoma" w:eastAsia="Tahoma"/>
        </w:rPr>
        <w:t xml:space="preserve">นักออกแบบคนหนึ่งเล่าประสบการณ์ตัวเองไว้ตรงๆ: </w:t>
      </w:r>
      <w:r>
        <w:rPr>
          <w:rFonts w:ascii="Tahoma" w:hAnsi="Tahoma" w:cs="Tahoma" w:eastAsia="Tahoma"/>
          <w:i/>
        </w:rPr>
        <w:t>"ตอนแรกผมใส่ไอคอนทุกที่ ซึ่งทำให้มีระบบไอคอนใหญ่มาก... คำหนาสุ่มๆ ดูสะดุดตามาก แล้วเวลาอ่าน คุณจะเผลอเน้นเสียงในหัว — ซึ่งไม่ใช่สิ่งที่ผมต้องการเลย"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สรุปข้างขอบ — คำตอบที่สวยที่สุดของปัญหาสอน-vs-อ้างอิง</w:t>
      </w:r>
    </w:p>
    <w:p>
      <w:r>
        <w:rPr>
          <w:rFonts w:ascii="Tahoma" w:hAnsi="Tahoma" w:cs="Tahoma" w:eastAsia="Tahoma"/>
        </w:rPr>
        <w:t xml:space="preserve">ซีรีส์ Alea (Puerto Rico, San Juan, Castles of Burgundy) ใส่คำอธิบายเต็มในคอลัมน์หลัก และ </w:t>
      </w:r>
      <w:r>
        <w:rPr>
          <w:rFonts w:ascii="Tahoma" w:hAnsi="Tahoma" w:cs="Tahoma" w:eastAsia="Tahoma"/>
          <w:b/>
        </w:rPr>
        <w:t>สรุปหนึ่งบรรทัดไว้ที่ขอบหน้า</w:t>
      </w:r>
      <w:r>
        <w:rPr>
          <w:rFonts w:ascii="Tahoma" w:hAnsi="Tahoma" w:cs="Tahoma" w:eastAsia="Tahoma"/>
        </w:rPr>
        <w:t>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"ผมชอบ Castles of Burgundy ตรงที่มีคำสั่ง setup ที่ตามง่าย มีกฎแบบยาว แล้วที่ขอบหน้ามีกฎแบบสั้น อันหลังใช้เป็นเอกสารอ้างอิงที่ดีมากสำหรับการเล่นครั้งต่อๆ ไป" — </w:t>
      </w:r>
      <w:r>
        <w:rPr>
          <w:rFonts w:ascii="Tahoma" w:hAnsi="Tahoma" w:cs="Tahoma" w:eastAsia="Tahoma"/>
          <w:i/>
          <w:color w:val="2F2F2F"/>
          <w:sz w:val="20"/>
        </w:rPr>
        <w:t>"+1 ครับ ซีรีส์ Alea ใช้สไตล์นี้หมด ทำให้เรียนง่ายมาก"</w:t>
      </w:r>
    </w:p>
    <w:p>
      <w:r>
        <w:rPr>
          <w:rFonts w:ascii="Tahoma" w:hAnsi="Tahoma" w:cs="Tahoma" w:eastAsia="Tahoma"/>
        </w:rPr>
        <w:t xml:space="preserve">นี่คือทางออกที่งดงามที่สุดที่ผมเจอ สำหรับปัญหาในบทที่ 4 — </w:t>
      </w:r>
      <w:r>
        <w:rPr>
          <w:rFonts w:ascii="Tahoma" w:hAnsi="Tahoma" w:cs="Tahoma" w:eastAsia="Tahoma"/>
          <w:b/>
        </w:rPr>
        <w:t>หน้าเดียวกันสอนคนใหม่และรับใช้คนกลับมา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หน้าคู่และการขึ้นหน้าใหม่</w:t>
      </w:r>
    </w:p>
    <w:p>
      <w:r>
        <w:rPr>
          <w:rFonts w:ascii="Tahoma" w:hAnsi="Tahoma" w:cs="Tahoma" w:eastAsia="Tahoma"/>
        </w:rPr>
        <w:t>หนังสือถูกอ่านเป็นหน้าคู่ ไม่ใช่หน้าเดี่ยว ออกแบบตามนั้น: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ถ้ารายการอุปกรณ์กับ setup ใส่หน้าเดียวไม่พอ ให้ทำเป็น </w:t>
      </w:r>
      <w:r>
        <w:rPr>
          <w:rFonts w:ascii="Tahoma" w:hAnsi="Tahoma" w:cs="Tahoma" w:eastAsia="Tahoma"/>
          <w:b/>
        </w:rPr>
        <w:t>หน้าคู่</w:t>
      </w:r>
      <w:r>
        <w:rPr>
          <w:rFonts w:ascii="Tahoma" w:hAnsi="Tahoma" w:cs="Tahoma" w:eastAsia="Tahoma"/>
        </w:rPr>
        <w:t xml:space="preserve"> คนอ่านจะได้ไม่ต้องพลิกกลับกลางการตั้งเกม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หัวข้อสั้นๆ ไม่ควรขาดข้ามหน้า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หัวข้อ 2 หน้าควรอยู่บนหน้าคู่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เก็บกฎกับตัวอย่าง/ภาพของมันไว้บนหน้าคู่เดียวกัน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เครื่องมือและลำดับการทำงาน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ร่างใน word processor</w:t>
      </w:r>
      <w:r>
        <w:rPr>
          <w:rFonts w:ascii="Tahoma" w:hAnsi="Tahoma" w:cs="Tahoma" w:eastAsia="Tahoma"/>
        </w:rPr>
        <w:t xml:space="preserve"> — Word หรือ Google Docs (Google Docs เพราะแชร์ให้คนอ่านทดสอบง่าย)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แก้ข้อความก่อนจัดหน้า</w:t>
      </w:r>
      <w:r>
        <w:rPr>
          <w:rFonts w:ascii="Tahoma" w:hAnsi="Tahoma" w:cs="Tahoma" w:eastAsia="Tahoma"/>
        </w:rPr>
        <w:t xml:space="preserve"> — เหตุผลจากบรรณาธิการอาชีพ: </w:t>
      </w:r>
      <w:r>
        <w:rPr>
          <w:rFonts w:ascii="Tahoma" w:hAnsi="Tahoma" w:cs="Tahoma" w:eastAsia="Tahoma"/>
          <w:i/>
        </w:rPr>
        <w:t>"วิธีนี้ทำให้ผมสลับและเขียนหัวข้อทั้งหัวข้อใหม่ได้ โดยไม่ต้องแก้งานกราฟิกที่แพง"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จัดหน้าใน InDesign</w:t>
      </w:r>
      <w:r>
        <w:rPr>
          <w:rFonts w:ascii="Tahoma" w:hAnsi="Tahoma" w:cs="Tahoma" w:eastAsia="Tahoma"/>
        </w:rPr>
        <w:t xml:space="preserve"> (หรือ Affinity Publisher) เมื่อข้อความนิ่งแล้ว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พิสูจน์อักษรหลังจัดหน้า</w:t>
      </w:r>
      <w:r>
        <w:rPr>
          <w:rFonts w:ascii="Tahoma" w:hAnsi="Tahoma" w:cs="Tahoma" w:eastAsia="Tahoma"/>
        </w:rPr>
        <w:t xml:space="preserve"> เพราะการจัดหน้าสร้างข้อผิดพลาดของตัวเอง</w:t>
      </w:r>
    </w:p>
    <w:p>
      <w:r>
        <w:rPr>
          <w:rFonts w:ascii="Tahoma" w:hAnsi="Tahoma" w:cs="Tahoma" w:eastAsia="Tahoma"/>
        </w:rPr>
        <w:t xml:space="preserve">และคำเตือนที่ต้องจำ: </w:t>
      </w:r>
      <w:r>
        <w:rPr>
          <w:rFonts w:ascii="Tahoma" w:hAnsi="Tahoma" w:cs="Tahoma" w:eastAsia="Tahoma"/>
          <w:i/>
        </w:rPr>
        <w:t>"แน่นอนว่า layout ไม่สามารถทดแทนกฎที่เขียนไม่ดีได้"</w:t>
      </w:r>
      <w:r>
        <w:rPr>
          <w:rFonts w:ascii="Tahoma" w:hAnsi="Tahoma" w:cs="Tahoma" w:eastAsia="Tahoma"/>
        </w:rPr>
        <w:t xml:space="preserve"> หรืออีกเวอร์ชัน: </w:t>
      </w:r>
      <w:r>
        <w:rPr>
          <w:rFonts w:ascii="Tahoma" w:hAnsi="Tahoma" w:cs="Tahoma" w:eastAsia="Tahoma"/>
          <w:i/>
        </w:rPr>
        <w:t>"รสชาติ อารมณ์ขัน index และไดอะแกรม ไร้ประโยชน์หมด ถ้าโครงสร้างประโยคกับการไหลของกฎคุณห่วย"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9. Blind test — บทที่คนข้ามบ่อยที่สุด และเสียใจทีหลัง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มันคือการทดสอบเอกสาร ไม่ใช่ทดสอบเกม</w:t>
      </w:r>
    </w:p>
    <w:p>
      <w:r>
        <w:rPr>
          <w:rFonts w:ascii="Tahoma" w:hAnsi="Tahoma" w:cs="Tahoma" w:eastAsia="Tahoma"/>
        </w:rPr>
        <w:t xml:space="preserve">ตอนที่คุณ blind test คุณควรจะเชื่อแล้วว่าเกมสนุก สิ่งที่คุณกำลังทดสอบคือ </w:t>
      </w:r>
      <w:r>
        <w:rPr>
          <w:rFonts w:ascii="Tahoma" w:hAnsi="Tahoma" w:cs="Tahoma" w:eastAsia="Tahoma"/>
          <w:b/>
        </w:rPr>
        <w:t>เอกสาร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"สำหรับผม blind test คือการทดสอบกฎที่เขียนไว้ พอถึงตอนที่ผมขอให้คนช่วย blind test ผมมั่นใจแล้วว่าตัวเกมดีพอ แต่ผมต้องรู้ว่าคนเข้าใจมันจากการอ่านกฎอย่างเดียวได้ไหม"</w:t>
      </w:r>
    </w:p>
    <w:p>
      <w:r>
        <w:rPr>
          <w:rFonts w:ascii="Tahoma" w:hAnsi="Tahoma" w:cs="Tahoma" w:eastAsia="Tahoma"/>
        </w:rPr>
        <w:t xml:space="preserve">Meeple Mountain พูดชัดกว่า: </w:t>
      </w:r>
      <w:r>
        <w:rPr>
          <w:rFonts w:ascii="Tahoma" w:hAnsi="Tahoma" w:cs="Tahoma" w:eastAsia="Tahoma"/>
          <w:i/>
        </w:rPr>
        <w:t>"เป้าหมายของ blind playtest ไม่ควรเป็นการปรับปรุงดีไซน์เกม มันคือการทดสอบกฎเท่านั้น"</w:t>
      </w:r>
    </w:p>
    <w:p>
      <w:r>
        <w:rPr>
          <w:rFonts w:ascii="Tahoma" w:hAnsi="Tahoma" w:cs="Tahoma" w:eastAsia="Tahoma"/>
        </w:rPr>
        <w:t xml:space="preserve">Stonemaier ให้ตัวเลข: blind playtest คือ </w:t>
      </w:r>
      <w:r>
        <w:rPr>
          <w:rFonts w:ascii="Tahoma" w:hAnsi="Tahoma" w:cs="Tahoma" w:eastAsia="Tahoma"/>
          <w:i/>
        </w:rPr>
        <w:t>"25% เพื่อจุดประสงค์ในการปรับปรุง rulebook"</w:t>
      </w:r>
      <w:r>
        <w:rPr>
          <w:rFonts w:ascii="Tahoma" w:hAnsi="Tahoma" w:cs="Tahoma" w:eastAsia="Tahoma"/>
        </w:rPr>
        <w:t xml:space="preserve"> และมาตรฐานที่เขาใช้เข้มมาก: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"ถ้า playtester พลาดกฎข้อหนึ่ง </w:t>
      </w:r>
      <w:r>
        <w:rPr>
          <w:rFonts w:ascii="Tahoma" w:hAnsi="Tahoma" w:cs="Tahoma" w:eastAsia="Tahoma"/>
          <w:b/>
          <w:i/>
          <w:color w:val="2F2F2F"/>
          <w:sz w:val="20"/>
        </w:rPr>
        <w:t>แม้กฎนั้นจะเขียนไว้ชัดแจ๋วใน rulebook</w:t>
      </w:r>
      <w:r>
        <w:rPr>
          <w:rFonts w:ascii="Tahoma" w:hAnsi="Tahoma" w:cs="Tahoma" w:eastAsia="Tahoma"/>
          <w:i/>
          <w:color w:val="2F2F2F"/>
          <w:sz w:val="20"/>
        </w:rPr>
        <w:t xml:space="preserve"> ผมถือว่านั่นคือโอกาสที่จะทำให้มันชัดขึ้นอีก หรือย้ายไปที่ที่เห็นชัดกว่า"</w:t>
      </w:r>
    </w:p>
    <w:p>
      <w:r>
        <w:rPr>
          <w:rFonts w:ascii="Tahoma" w:hAnsi="Tahoma" w:cs="Tahoma" w:eastAsia="Tahoma"/>
        </w:rPr>
        <w:t xml:space="preserve">สังเกตนะ — </w:t>
      </w:r>
      <w:r>
        <w:rPr>
          <w:rFonts w:ascii="Tahoma" w:hAnsi="Tahoma" w:cs="Tahoma" w:eastAsia="Tahoma"/>
          <w:b/>
        </w:rPr>
        <w:t>ไม่มีเวอร์ชันไหนของประโยคนั้นที่โทษคนทดสอบ</w:t>
      </w:r>
      <w:r>
        <w:rPr>
          <w:rFonts w:ascii="Tahoma" w:hAnsi="Tahoma" w:cs="Tahoma" w:eastAsia="Tahoma"/>
        </w:rPr>
        <w:t xml:space="preserve"> ท่าทีแบบนี้แหละที่แยก rulebook ที่ดีขึ้นเรื่อยๆ ออกจากอันที่ไม่ดีขึ้น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ขั้นตอน</w:t>
      </w:r>
    </w:p>
    <w:p>
      <w:r>
        <w:rPr>
          <w:rFonts w:ascii="Tahoma" w:hAnsi="Tahoma" w:cs="Tahoma" w:eastAsia="Tahoma"/>
          <w:b/>
        </w:rPr>
        <w:t>หาคนที่ไม่เคยเห็นเกม</w:t>
      </w:r>
      <w:r>
        <w:rPr>
          <w:rFonts w:ascii="Tahoma" w:hAnsi="Tahoma" w:cs="Tahoma" w:eastAsia="Tahoma"/>
        </w:rPr>
        <w:t xml:space="preserve"> — เพื่อนของเพื่อนใช้ได้ดี ใกล้พอที่จะตอบตกลง ไกลพอที่จะพูดตรง</w:t>
      </w:r>
    </w:p>
    <w:p>
      <w:r>
        <w:rPr>
          <w:rFonts w:ascii="Tahoma" w:hAnsi="Tahoma" w:cs="Tahoma" w:eastAsia="Tahoma"/>
          <w:b/>
        </w:rPr>
        <w:t>ทดสอบกับคนที่ไม่เล่นบอร์ดเกม</w:t>
      </w:r>
      <w:r>
        <w:rPr>
          <w:rFonts w:ascii="Tahoma" w:hAnsi="Tahoma" w:cs="Tahoma" w:eastAsia="Tahoma"/>
        </w:rPr>
        <w:t xml:space="preserve"> — ข้อนี้คนข้ามบ่อยที่สุด: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"การทดสอบ rulebook กับคนที่เล่นบอร์ดเกมเยอะค่อนข้างง่าย เพราะเขามักจะ</w:t>
      </w:r>
      <w:r>
        <w:rPr>
          <w:rFonts w:ascii="Tahoma" w:hAnsi="Tahoma" w:cs="Tahoma" w:eastAsia="Tahoma"/>
          <w:b/>
          <w:i/>
          <w:color w:val="2F2F2F"/>
          <w:sz w:val="20"/>
        </w:rPr>
        <w:t>อ่าน rulebook เป็น</w:t>
      </w:r>
      <w:r>
        <w:rPr>
          <w:rFonts w:ascii="Tahoma" w:hAnsi="Tahoma" w:cs="Tahoma" w:eastAsia="Tahoma"/>
          <w:i/>
          <w:color w:val="2F2F2F"/>
          <w:sz w:val="20"/>
        </w:rPr>
        <w:t xml:space="preserve">อยู่แล้ว คุณควรหาคนที่ไม่ค่อยอ่าน rulebook — ครอบครัวคุณ เพื่อนที่ไม่เล่นเกม ใครก็ได้ที่คุณกล่อมได้ — เพราะการทดสอบพวกนี้แหละที่จะทำให้ rulebook คุณเจ๋ง </w:t>
      </w:r>
      <w:r>
        <w:rPr>
          <w:rFonts w:ascii="Tahoma" w:hAnsi="Tahoma" w:cs="Tahoma" w:eastAsia="Tahoma"/>
          <w:b/>
          <w:i/>
          <w:color w:val="2F2F2F"/>
          <w:sz w:val="20"/>
        </w:rPr>
        <w:t>ถ้า rulebook คุณสอนคุณยายให้เล่นเกมได้ มันสอนใครก็ได้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r>
        <w:rPr>
          <w:rFonts w:ascii="Tahoma" w:hAnsi="Tahoma" w:cs="Tahoma" w:eastAsia="Tahoma"/>
          <w:b/>
        </w:rPr>
        <w:t>เตือนเขาก่อนว่าจะเจออะไร</w:t>
      </w:r>
      <w:r>
        <w:rPr>
          <w:rFonts w:ascii="Tahoma" w:hAnsi="Tahoma" w:cs="Tahoma" w:eastAsia="Tahoma"/>
        </w:rPr>
        <w:t xml:space="preserve"> — ประโยคนี้จบทุกข้อถกเถียงว่าเรื่องนี้สำคัญไหม: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"หลังจากครั้งที่ภรรยาผมร้องไห้ระหว่างทดสอบ rulebook ผมจะบอก playtester ทุกครั้งว่ากำลังจะเจอกับอะไร"</w:t>
      </w:r>
    </w:p>
    <w:p>
      <w:r>
        <w:rPr>
          <w:rFonts w:ascii="Tahoma" w:hAnsi="Tahoma" w:cs="Tahoma" w:eastAsia="Tahoma"/>
        </w:rPr>
        <w:t xml:space="preserve">สคริปต์ที่ใช้ได้: </w:t>
      </w:r>
      <w:r>
        <w:rPr>
          <w:rFonts w:ascii="Tahoma" w:hAnsi="Tahoma" w:cs="Tahoma" w:eastAsia="Tahoma"/>
          <w:i/>
        </w:rPr>
        <w:t>"รอบนี้คุณจะอ่าน rulebook แล้วเรียนวิธีเล่นเอง การอ่าน rulebook มันยาก เรามาหาจุดที่งง ถ้าคุณงงตรงไหนบอกผมได้เลย — ไม่ใช่ความผิดคุณ เป็นความผิดเรา ผมจะจดไว้ ผมช่วยคุณไม่ได้ แต่ผมจะแก้"</w:t>
      </w:r>
    </w:p>
    <w:p>
      <w:r>
        <w:rPr>
          <w:rFonts w:ascii="Tahoma" w:hAnsi="Tahoma" w:cs="Tahoma" w:eastAsia="Tahoma"/>
          <w:b/>
        </w:rPr>
        <w:t>ห้ามดูวิดีโอ</w:t>
      </w:r>
      <w:r>
        <w:rPr>
          <w:rFonts w:ascii="Tahoma" w:hAnsi="Tahoma" w:cs="Tahoma" w:eastAsia="Tahoma"/>
        </w:rPr>
        <w:t xml:space="preserve"> — ไม่ใช่ทุกคนที่ซื้อเกมจะมีเน็ต และวิดีโอจะกลบข้อบกพร่องที่คุณตั้งใจมาหา</w:t>
      </w:r>
    </w:p>
    <w:p>
      <w:r>
        <w:rPr>
          <w:rFonts w:ascii="Tahoma" w:hAnsi="Tahoma" w:cs="Tahoma" w:eastAsia="Tahoma"/>
          <w:b/>
        </w:rPr>
        <w:t>ห้ามช่วยเขา</w:t>
      </w:r>
      <w:r>
        <w:rPr>
          <w:rFonts w:ascii="Tahoma" w:hAnsi="Tahoma" w:cs="Tahoma" w:eastAsia="Tahoma"/>
        </w:rPr>
        <w:t xml:space="preserve"> — ข้อนี้ยากที่สุดและสำคัญที่สุด: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"มันยั่วใจมากๆ ที่จะเข้าไปช่วยผู้เล่นตอนเขาทำผิด... แต่ถ้าคุณโผล่ไปช่วยเขา </w:t>
      </w:r>
      <w:r>
        <w:rPr>
          <w:rFonts w:ascii="Tahoma" w:hAnsi="Tahoma" w:cs="Tahoma" w:eastAsia="Tahoma"/>
          <w:b/>
          <w:i/>
          <w:color w:val="2F2F2F"/>
          <w:sz w:val="20"/>
        </w:rPr>
        <w:t>เขาจะเริ่มพึ่งคุณ</w:t>
      </w:r>
      <w:r>
        <w:rPr>
          <w:rFonts w:ascii="Tahoma" w:hAnsi="Tahoma" w:cs="Tahoma" w:eastAsia="Tahoma"/>
          <w:i/>
          <w:color w:val="2F2F2F"/>
          <w:sz w:val="20"/>
        </w:rPr>
        <w:t xml:space="preserve"> เขาจะเรียนรู้ว่าไม่ต้องคิดหนักว่ากฎเป็นแบบไหน แค่เลือกสักแบบแล้วมองหน้าคุณว่าจะแก้ไหม"</w:t>
      </w:r>
    </w:p>
    <w:p>
      <w:r>
        <w:rPr>
          <w:rFonts w:ascii="Tahoma" w:hAnsi="Tahoma" w:cs="Tahoma" w:eastAsia="Tahoma"/>
        </w:rPr>
        <w:t xml:space="preserve">ตัวอย่างจริง: ในการทดสอบครั้งหนึ่ง ผู้เล่นเอา token อาหาร </w:t>
      </w:r>
      <w:r>
        <w:rPr>
          <w:rFonts w:ascii="Tahoma" w:hAnsi="Tahoma" w:cs="Tahoma" w:eastAsia="Tahoma"/>
          <w:b/>
        </w:rPr>
        <w:t>ทั้งเกม</w:t>
      </w:r>
      <w:r>
        <w:rPr>
          <w:rFonts w:ascii="Tahoma" w:hAnsi="Tahoma" w:cs="Tahoma" w:eastAsia="Tahoma"/>
        </w:rPr>
        <w:t xml:space="preserve"> ออกมาวางตั้งแต่ต้น ทำให้กองพะเนินน่าเกลียดและเกมสนุกน้อยลงมาก เขาปล่อยให้เล่นแบบนั้นจนจบ</w:t>
      </w:r>
    </w:p>
    <w:p>
      <w:r>
        <w:rPr>
          <w:rFonts w:ascii="Tahoma" w:hAnsi="Tahoma" w:cs="Tahoma" w:eastAsia="Tahoma"/>
          <w:b/>
        </w:rPr>
        <w:t>ข้อยกเว้นเดียว:</w:t>
      </w:r>
      <w:r>
        <w:rPr>
          <w:rFonts w:ascii="Tahoma" w:hAnsi="Tahoma" w:cs="Tahoma" w:eastAsia="Tahoma"/>
        </w:rPr>
        <w:t xml:space="preserve"> เข้าไปแก้เมื่อความเข้าใจผิดนั้นจะทำให้การทดสอบที่เหลือใช้ไม่ได้ — คือเมื่อความผิดปัจจุบันทำให้คุณจะไม่มีวันได้เห็นกฎ</w:t>
      </w:r>
      <w:r>
        <w:rPr>
          <w:rFonts w:ascii="Tahoma" w:hAnsi="Tahoma" w:cs="Tahoma" w:eastAsia="Tahoma"/>
          <w:b/>
        </w:rPr>
        <w:t>อีกข้อ</w:t>
      </w:r>
      <w:r>
        <w:rPr>
          <w:rFonts w:ascii="Tahoma" w:hAnsi="Tahoma" w:cs="Tahoma" w:eastAsia="Tahoma"/>
        </w:rPr>
        <w:t xml:space="preserve">ที่คุณอยากตรวจ และเมื่อเข้าไปแก้ </w:t>
      </w:r>
      <w:r>
        <w:rPr>
          <w:rFonts w:ascii="Tahoma" w:hAnsi="Tahoma" w:cs="Tahoma" w:eastAsia="Tahoma"/>
          <w:b/>
        </w:rPr>
        <w:t>จดไว้ว่าคุณเข้าไปแก้</w:t>
      </w:r>
      <w:r>
        <w:rPr>
          <w:rFonts w:ascii="Tahoma" w:hAnsi="Tahoma" w:cs="Tahoma" w:eastAsia="Tahoma"/>
        </w:rPr>
        <w:t xml:space="preserve"> เพราะลืมง่ายมากว่าการทดสอบที่ "สะอาด" จริงๆ แล้วไม่สะอาด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เทคนิคการสังเกต: แกล้งโง่</w:t>
      </w:r>
    </w:p>
    <w:p>
      <w:r>
        <w:rPr>
          <w:rFonts w:ascii="Tahoma" w:hAnsi="Tahoma" w:cs="Tahoma" w:eastAsia="Tahoma"/>
        </w:rPr>
        <w:t xml:space="preserve">อันนี้คือทริกที่เอาไปใช้ได้เลยที่สุดในงานวิจัยทั้งหมด ให้ผู้ทดสอบคนเดียว </w:t>
      </w:r>
      <w:r>
        <w:rPr>
          <w:rFonts w:ascii="Tahoma" w:hAnsi="Tahoma" w:cs="Tahoma" w:eastAsia="Tahoma"/>
          <w:b/>
        </w:rPr>
        <w:t>สอนคุณ</w:t>
      </w:r>
      <w:r>
        <w:rPr>
          <w:rFonts w:ascii="Tahoma" w:hAnsi="Tahoma" w:cs="Tahoma" w:eastAsia="Tahoma"/>
        </w:rPr>
        <w:t xml:space="preserve"> เล่นเกม แล้วขัดจังหวะตัวเองตลอด: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"แล้วตอนนี้ผมทำอะไร?"</w:t>
      </w:r>
      <w:r>
        <w:rPr>
          <w:rFonts w:ascii="Tahoma" w:hAnsi="Tahoma" w:cs="Tahoma" w:eastAsia="Tahoma"/>
        </w:rPr>
        <w:t xml:space="preserve"> — ใช้ทุกจุดเปลี่ยน โดยเฉพาะก่อนถึงกฎที่เคยทำให้คนสะดุด </w:t>
      </w:r>
      <w:r>
        <w:rPr>
          <w:rFonts w:ascii="Tahoma" w:hAnsi="Tahoma" w:cs="Tahoma" w:eastAsia="Tahoma"/>
          <w:b/>
        </w:rPr>
        <w:t>มันง่ายมากที่จะบังเอิญทำถูกแล้วไม่ได้เรียนรู้อะไรเลย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"ผมควรตัดสินใจยังไงดี?"</w:t>
      </w:r>
      <w:r>
        <w:rPr>
          <w:rFonts w:ascii="Tahoma" w:hAnsi="Tahoma" w:cs="Tahoma" w:eastAsia="Tahoma"/>
        </w:rPr>
        <w:t xml:space="preserve"> — เผยว่า rulebook สื่อ "เหตุผล" ที่ผู้เล่นจะเลือกทางไหนหรือเปล่า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ทำผิดโดยตั้งใจ</w:t>
      </w:r>
      <w:r>
        <w:rPr>
          <w:rFonts w:ascii="Tahoma" w:hAnsi="Tahoma" w:cs="Tahoma" w:eastAsia="Tahoma"/>
        </w:rPr>
        <w:t xml:space="preserve"> — ถ้าเคยเห็นคนเข้าใจกฎข้อหนึ่งผิดในรอบก่อน ให้ทำผิดแบบนั้นเอง แล้วดูว่าคนทดสอบจับได้ไหม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เวอร์ชันดุ: นั่งเงียบสนิท</w:t>
      </w:r>
    </w:p>
    <w:p>
      <w:r>
        <w:rPr>
          <w:rFonts w:ascii="Tahoma" w:hAnsi="Tahoma" w:cs="Tahoma" w:eastAsia="Tahoma"/>
        </w:rPr>
        <w:t>Peter C. Hayward แห่ง Jellybean Games ส่งกฎกับอุปกรณ์ให้กลุ่ม แล้วไปนั่งมุมห้องเงียบสนิททั้งรอบ ถ้าติด ก็ต้องแก้ปัญหากันเองแล้วเล่นต่อ</w:t>
      </w:r>
    </w:p>
    <w:p>
      <w:r>
        <w:rPr>
          <w:rFonts w:ascii="Tahoma" w:hAnsi="Tahoma" w:cs="Tahoma" w:eastAsia="Tahoma"/>
        </w:rPr>
        <w:t xml:space="preserve">เหตุผลของเขาแข็งแรงจริง: เวลานักออกแบบสอนและเล่นเอง มันแยกไม่ออกว่าอะไรคือเกม อะไรคือการมีอยู่ของนักออกแบบ — โทนที่เขาตั้ง การแก้ผิดกลางทาง การสาธิตที่ชัดเจน </w:t>
      </w:r>
      <w:r>
        <w:rPr>
          <w:rFonts w:ascii="Tahoma" w:hAnsi="Tahoma" w:cs="Tahoma" w:eastAsia="Tahoma"/>
          <w:i/>
        </w:rPr>
        <w:t>"แต่สำหรับคนอื่นทุกคน ประสบการณ์ของเกมนี้จะไม่มีนักออกแบบอยู่ด้วย"</w:t>
      </w:r>
    </w:p>
    <w:p>
      <w:r>
        <w:rPr>
          <w:rFonts w:ascii="Tahoma" w:hAnsi="Tahoma" w:cs="Tahoma" w:eastAsia="Tahoma"/>
        </w:rPr>
        <w:t xml:space="preserve">คำวิจารณ์ก็แฟร์เหมือนกัน: การบังคับให้คนทดสอบดิ้นรนมันแพง ไม่สนุก และไม่น่าเชื่อถือในฐานะวิธีออกแบบ แล้วยังมีข้อสังเกตที่คนมองข้าม: </w:t>
      </w:r>
      <w:r>
        <w:rPr>
          <w:rFonts w:ascii="Tahoma" w:hAnsi="Tahoma" w:cs="Tahoma" w:eastAsia="Tahoma"/>
          <w:i/>
        </w:rPr>
        <w:t>"กลุ่มที่ถูกสอนมักชอบเกมมากกว่ากลุ่มที่ต้องเรียนเอง"</w:t>
      </w:r>
    </w:p>
    <w:p>
      <w:r>
        <w:rPr>
          <w:rFonts w:ascii="Tahoma" w:hAnsi="Tahoma" w:cs="Tahoma" w:eastAsia="Tahoma"/>
          <w:b/>
        </w:rPr>
        <w:t>ข้อสรุป:</w:t>
      </w:r>
      <w:r>
        <w:rPr>
          <w:rFonts w:ascii="Tahoma" w:hAnsi="Tahoma" w:cs="Tahoma" w:eastAsia="Tahoma"/>
        </w:rPr>
        <w:t xml:space="preserve"> การเรียนจากกฎอย่างเดียวคือเงื่อนไข</w:t>
      </w:r>
      <w:r>
        <w:rPr>
          <w:rFonts w:ascii="Tahoma" w:hAnsi="Tahoma" w:cs="Tahoma" w:eastAsia="Tahoma"/>
          <w:b/>
        </w:rPr>
        <w:t>จำเป็น</w:t>
      </w:r>
      <w:r>
        <w:rPr>
          <w:rFonts w:ascii="Tahoma" w:hAnsi="Tahoma" w:cs="Tahoma" w:eastAsia="Tahoma"/>
        </w:rPr>
        <w:t xml:space="preserve"> แต่</w:t>
      </w:r>
      <w:r>
        <w:rPr>
          <w:rFonts w:ascii="Tahoma" w:hAnsi="Tahoma" w:cs="Tahoma" w:eastAsia="Tahoma"/>
          <w:b/>
        </w:rPr>
        <w:t>ไม่เพียงพอ</w:t>
      </w:r>
      <w:r>
        <w:rPr>
          <w:rFonts w:ascii="Tahoma" w:hAnsi="Tahoma" w:cs="Tahoma" w:eastAsia="Tahoma"/>
        </w:rPr>
        <w:t xml:space="preserve"> ถ้ากลุ่มเป้าหมายคุณคือครอบครัวและคนเล่นทั่วไปที่จะแกะกล่องโดยไม่มีใครสอน เวอร์ชันดุจำลองความจริงได้เป๊ะ ถ้ากลุ่มเป้าหมายคือคนเล่นจริงจังที่จะถูกสอนโดยคนที่อ่านกฎ เวอร์ชันอ่อนกว่าทดสอบเส้นทางที่พบบ่อยกว่า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แบบฟอร์มเก็บ feedback</w:t>
      </w:r>
    </w:p>
    <w:p>
      <w:r>
        <w:rPr>
          <w:rFonts w:ascii="Tahoma" w:hAnsi="Tahoma" w:cs="Tahoma" w:eastAsia="Tahoma"/>
        </w:rPr>
        <w:t xml:space="preserve">ทำแบบฟอร์มเฉพาะเกมสั้นๆ ดีกว่าใช้แบบทั่วไป — มีแบบฟอร์มมาตรฐานอันหนึ่งที่ถูกวิจารณ์ว่า </w:t>
      </w:r>
      <w:r>
        <w:rPr>
          <w:rFonts w:ascii="Tahoma" w:hAnsi="Tahoma" w:cs="Tahoma" w:eastAsia="Tahoma"/>
          <w:i/>
        </w:rPr>
        <w:t>"เยอะเกินไปและเต็มไปด้วยศัพท์เทคนิคเมื่อให้คนเล่นทั่วไปกรอก"</w:t>
      </w:r>
    </w:p>
    <w:p>
      <w:r>
        <w:rPr>
          <w:rFonts w:ascii="Tahoma" w:hAnsi="Tahoma" w:cs="Tahoma" w:eastAsia="Tahoma"/>
        </w:rPr>
        <w:t>สองไอเดียที่ดี: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การ์ดใบเล็กวางบนโต๊ะ</w:t>
      </w:r>
      <w:r>
        <w:rPr>
          <w:rFonts w:ascii="Tahoma" w:hAnsi="Tahoma" w:cs="Tahoma" w:eastAsia="Tahoma"/>
        </w:rPr>
        <w:t xml:space="preserve"> บอกว่าคุณอยากให้เขาสังเกตอะไร เขาจะได้บันทึกปัญหาตอนมันเกิด ไม่ใช่นึกย้อนทีหลัง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คำถามปรับเทียบ: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"ให้คะแนน 1-10 คุณชอบเกมแนว worker placement แค่ไหนโดยทั่วไป?"</w:t>
      </w:r>
      <w:r>
        <w:rPr>
          <w:rFonts w:ascii="Tahoma" w:hAnsi="Tahoma" w:cs="Tahoma" w:eastAsia="Tahoma"/>
        </w:rPr>
        <w:t xml:space="preserve"> ตามด้วย </w:t>
      </w:r>
      <w:r>
        <w:rPr>
          <w:rFonts w:ascii="Tahoma" w:hAnsi="Tahoma" w:cs="Tahoma" w:eastAsia="Tahoma"/>
          <w:i/>
        </w:rPr>
        <w:t>"แล้วเกมนี้ล่ะ?"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b/>
        </w:rPr>
        <w:t>ช่องว่างระหว่างสองตัวเลข</w:t>
      </w:r>
      <w:r>
        <w:rPr>
          <w:rFonts w:ascii="Tahoma" w:hAnsi="Tahoma" w:cs="Tahoma" w:eastAsia="Tahoma"/>
        </w:rPr>
        <w:t>บอกอะไรได้มากกว่าตัวเลขไหนตัวเดียว</w:t>
      </w:r>
    </w:p>
    <w:p>
      <w:r>
        <w:rPr>
          <w:rFonts w:ascii="Tahoma" w:hAnsi="Tahoma" w:cs="Tahoma" w:eastAsia="Tahoma"/>
        </w:rPr>
        <w:t xml:space="preserve">และอีกอันจาก Entro Games ที่ใช้ตอนจบ playtest ปกติ: </w:t>
      </w:r>
      <w:r>
        <w:rPr>
          <w:rFonts w:ascii="Tahoma" w:hAnsi="Tahoma" w:cs="Tahoma" w:eastAsia="Tahoma"/>
          <w:b/>
        </w:rPr>
        <w:t>ถามคนชนะว่าเขาจะสอนเกมนี้ยังไง</w:t>
      </w:r>
      <w:r>
        <w:rPr>
          <w:rFonts w:ascii="Tahoma" w:hAnsi="Tahoma" w:cs="Tahoma" w:eastAsia="Tahoma"/>
        </w:rPr>
        <w:t xml:space="preserve"> ลำดับที่เขาพูดออกมาเองคือหลักฐานตรงๆ ว่าโครงสร้างของคุณควรเป็นยังไง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10. รายการความพัง (เอาไว้วินิจฉัย)</w:t>
      </w:r>
    </w:p>
    <w:p>
      <w:r>
        <w:rPr>
          <w:rFonts w:ascii="Tahoma" w:hAnsi="Tahoma" w:cs="Tahoma" w:eastAsia="Tahoma"/>
        </w:rPr>
        <w:t xml:space="preserve">พอมีคนบอกว่า rulebook คุณ "งง" คำถามที่มีประโยชน์คือ </w:t>
      </w:r>
      <w:r>
        <w:rPr>
          <w:rFonts w:ascii="Tahoma" w:hAnsi="Tahoma" w:cs="Tahoma" w:eastAsia="Tahoma"/>
          <w:b/>
        </w:rPr>
        <w:t>มันงงแบบไหนใน 12 แบบนี้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1. กฎหายไปเฉยๆ</w:t>
      </w:r>
    </w:p>
    <w:p>
      <w:r>
        <w:rPr>
          <w:rFonts w:ascii="Tahoma" w:hAnsi="Tahoma" w:cs="Tahoma" w:eastAsia="Tahoma"/>
        </w:rPr>
        <w:t>พังหนักที่สุด เพราะผู้เล่นแยกไม่ออกระหว่าง "ไม่ได้เขียน" กับ "เราอ่านข้าม" เขาเลย house-rule หรือเลิกเล่น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*Imperium: Classics/Legends</w:t>
      </w:r>
      <w:r>
        <w:rPr>
          <w:rFonts w:ascii="Tahoma" w:hAnsi="Tahoma" w:cs="Tahoma" w:eastAsia="Tahoma"/>
        </w:rPr>
        <w:t>* — การ์ดประเภทที่จั่วบ่อยมากซึ่งบอทควรทิ้งเฉยๆ ถูกลืมจากกฎทั้งหมด ผู้เล่นเลยให้บอทได้แอ็กชันเพิ่ม ทำให้โหมด solo ยากกว่าที่ออกแบบไว้มาก โดยไม่มีใครรู้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*Raising Robots: Pets</w:t>
      </w:r>
      <w:r>
        <w:rPr>
          <w:rFonts w:ascii="Tahoma" w:hAnsi="Tahoma" w:cs="Tahoma" w:eastAsia="Tahoma"/>
        </w:rPr>
        <w:t>* — ไอคอนใน index ไม่ตรงกับที่พิมพ์บนการ์ด และไม่เคยเขียนว่าหุ่นถูก activate ซ้ำได้ไหม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*Triplock</w:t>
      </w:r>
      <w:r>
        <w:rPr>
          <w:rFonts w:ascii="Tahoma" w:hAnsi="Tahoma" w:cs="Tahoma" w:eastAsia="Tahoma"/>
          <w:i/>
        </w:rPr>
        <w:t xml:space="preserve"> — กฎกับดักอยู่แค่บนการ์ดอ้างอิง ซึ่งบางกล่องส่งมาโดยการ์ดนั้นอยู่ </w:t>
      </w:r>
      <w:r>
        <w:rPr>
          <w:rFonts w:ascii="Tahoma" w:hAnsi="Tahoma" w:cs="Tahoma" w:eastAsia="Tahoma"/>
          <w:i/>
        </w:rPr>
        <w:t>นอก</w:t>
      </w:r>
      <w:r>
        <w:rPr>
          <w:rFonts w:ascii="Tahoma" w:hAnsi="Tahoma" w:cs="Tahoma" w:eastAsia="Tahoma"/>
        </w:rPr>
        <w:t>*กล่อง</w:t>
      </w:r>
    </w:p>
    <w:p>
      <w:r>
        <w:rPr>
          <w:rFonts w:ascii="Tahoma" w:hAnsi="Tahoma" w:cs="Tahoma" w:eastAsia="Tahoma"/>
          <w:b/>
        </w:rPr>
        <w:t>วิธีตรวจ:</w:t>
      </w:r>
      <w:r>
        <w:rPr>
          <w:rFonts w:ascii="Tahoma" w:hAnsi="Tahoma" w:cs="Tahoma" w:eastAsia="Tahoma"/>
        </w:rPr>
        <w:t xml:space="preserve"> blind test เท่านั้น Paul Grogan ระบุว่า </w:t>
      </w:r>
      <w:r>
        <w:rPr>
          <w:rFonts w:ascii="Tahoma" w:hAnsi="Tahoma" w:cs="Tahoma" w:eastAsia="Tahoma"/>
          <w:i/>
        </w:rPr>
        <w:t>"การไม่มี blind playtest จนเกิดสถานการณ์ที่ไม่มีในกฎ"</w:t>
      </w:r>
      <w:r>
        <w:rPr>
          <w:rFonts w:ascii="Tahoma" w:hAnsi="Tahoma" w:cs="Tahoma" w:eastAsia="Tahoma"/>
        </w:rPr>
        <w:t xml:space="preserve"> คือธงแดงหลักของเขา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2. ใช้คำที่ไม่เคยนิยาม เหมือนกับว่านิยามแล้ว</w:t>
      </w:r>
    </w:p>
    <w:p>
      <w:r>
        <w:rPr>
          <w:rFonts w:ascii="Tahoma" w:hAnsi="Tahoma" w:cs="Tahoma" w:eastAsia="Tahoma"/>
          <w:b/>
        </w:rPr>
        <w:t>*Caper</w:t>
      </w:r>
      <w:r>
        <w:rPr>
          <w:rFonts w:ascii="Tahoma" w:hAnsi="Tahoma" w:cs="Tahoma" w:eastAsia="Tahoma"/>
          <w:i/>
        </w:rPr>
        <w:t xml:space="preserve"> คือกรณีศึกษาที่สะอาดที่สุด rulebook ใช้คำว่า </w:t>
      </w:r>
      <w:r>
        <w:rPr>
          <w:rFonts w:ascii="Tahoma" w:hAnsi="Tahoma" w:cs="Tahoma" w:eastAsia="Tahoma"/>
          <w:i/>
        </w:rPr>
        <w:t>"set"</w:t>
      </w:r>
      <w:r>
        <w:rPr>
          <w:rFonts w:ascii="Tahoma" w:hAnsi="Tahoma" w:cs="Tahoma" w:eastAsia="Tahoma"/>
        </w:rPr>
        <w:t>* ตลอดกฎการนับคะแนน โดยไม่เคยนิยามเลย</w:t>
      </w:r>
    </w:p>
    <w:p>
      <w:r>
        <w:rPr>
          <w:rFonts w:ascii="Tahoma" w:hAnsi="Tahoma" w:cs="Tahoma" w:eastAsia="Tahoma"/>
        </w:rPr>
        <w:t>สองกลุ่มที่ไม่รู้จักกันตีความเหมือนกัน — ผิด แต่สมเหตุสมผลมาก — แล้วเล่นแบบนั้นหลายเดือน คนหนึ่งสมัคร BGG เพื่อมาบอกเรื่องนี้โดยเฉพาะ สุดท้ายนักออกแบบต้องมาตอบในเธรด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"การอ้างถึง 'set' หลายครั้งในเงื่อนไขการนับคะแนน โดยไม่เคยบอกว่า 'set' คืออะไร ต้องเป็นความพลาดด้านกฎที่ใหญ่ที่สุดที่ผมเจอมาสักพัก"</w:t>
      </w:r>
    </w:p>
    <w:p>
      <w:r>
        <w:rPr>
          <w:rFonts w:ascii="Tahoma" w:hAnsi="Tahoma" w:cs="Tahoma" w:eastAsia="Tahoma"/>
        </w:rPr>
        <w:t xml:space="preserve">สังเกตว่าอะไรทำให้เคสนี้สอนอะไรได้เยอะ — </w:t>
      </w:r>
      <w:r>
        <w:rPr>
          <w:rFonts w:ascii="Tahoma" w:hAnsi="Tahoma" w:cs="Tahoma" w:eastAsia="Tahoma"/>
          <w:b/>
        </w:rPr>
        <w:t>ประโยคนั้นไม่ได้ดูพังเลย</w:t>
      </w:r>
      <w:r>
        <w:rPr>
          <w:rFonts w:ascii="Tahoma" w:hAnsi="Tahoma" w:cs="Tahoma" w:eastAsia="Tahoma"/>
        </w:rPr>
        <w:t xml:space="preserve"> คำว่า set เป็นภาษาอังกฤษธรรมดา มันกลายเป็นข้อบกพร่องเพราะเกมให้ความหมายเฉพาะกับมันแล้วไม่บอก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3. กฎกระจายอยู่หลายที่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*Mage Knight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"เละเทะ มีกฎอยู่ 3 ที่ ไม่มีความสม่ำเสมอ แย่มาก (แต่เกมดีนะ)"*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*A Feast for Odin</w:t>
      </w:r>
      <w:r>
        <w:rPr>
          <w:rFonts w:ascii="Tahoma" w:hAnsi="Tahoma" w:cs="Tahoma" w:eastAsia="Tahoma"/>
          <w:i/>
        </w:rPr>
        <w:t xml:space="preserve"> และ </w:t>
      </w:r>
      <w:r>
        <w:rPr>
          <w:rFonts w:ascii="Tahoma" w:hAnsi="Tahoma" w:cs="Tahoma" w:eastAsia="Tahoma"/>
          <w:b/>
        </w:rPr>
        <w:t>7 Wonders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"ผมหยิบเล่มผิดทุกครั้ง"*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*Ulm</w:t>
      </w:r>
      <w:r>
        <w:rPr>
          <w:rFonts w:ascii="Tahoma" w:hAnsi="Tahoma" w:cs="Tahoma" w:eastAsia="Tahoma"/>
          <w:i/>
        </w:rPr>
        <w:t xml:space="preserve"> — </w:t>
      </w:r>
      <w:r>
        <w:rPr>
          <w:rFonts w:ascii="Tahoma" w:hAnsi="Tahoma" w:cs="Tahoma" w:eastAsia="Tahoma"/>
        </w:rPr>
        <w:t>"เขียนไม่ได้แย่นะ แต่การตัดสินใจแยกกฎเป็นสองเล่มมันน่าเสียดายมาก"*</w:t>
      </w:r>
    </w:p>
    <w:p>
      <w:r>
        <w:rPr>
          <w:rFonts w:ascii="Tahoma" w:hAnsi="Tahoma" w:cs="Tahoma" w:eastAsia="Tahoma"/>
        </w:rPr>
        <w:t xml:space="preserve">เสียงบ่นไม่เคยเกี่ยวกับความยาว มันคือ </w:t>
      </w:r>
      <w:r>
        <w:rPr>
          <w:rFonts w:ascii="Tahoma" w:hAnsi="Tahoma" w:cs="Tahoma" w:eastAsia="Tahoma"/>
          <w:b/>
        </w:rPr>
        <w:t>การไม่รู้ว่าจะหยิบเล่มไหน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4. เอาอารมณ์ขันปนกฎ</w:t>
      </w:r>
    </w:p>
    <w:p>
      <w:r>
        <w:rPr>
          <w:rFonts w:ascii="Tahoma" w:hAnsi="Tahoma" w:cs="Tahoma" w:eastAsia="Tahoma"/>
        </w:rPr>
        <w:t>หัวข้อที่แตกแยกที่สุด และควรทำความเข้าใจมากกว่าเลือกข้าง</w:t>
      </w:r>
    </w:p>
    <w:p>
      <w:r>
        <w:rPr>
          <w:rFonts w:ascii="Tahoma" w:hAnsi="Tahoma" w:cs="Tahoma" w:eastAsia="Tahoma"/>
          <w:b/>
        </w:rPr>
        <w:t>ฝ่ายค้าน: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"Dungeon Lords แย่ Galaxy Trucker ก็แย่ ผมชอบ Galaxy Trucker มากนะ แต่กฎมันคือหายนะ การเอากฎปนกับข้อความบรรยากาศเป็นไอเดียที่ไม่ดีเลย"</w:t>
      </w:r>
    </w:p>
    <w:p>
      <w:r>
        <w:rPr>
          <w:rFonts w:ascii="Tahoma" w:hAnsi="Tahoma" w:cs="Tahoma" w:eastAsia="Tahoma"/>
          <w:b/>
        </w:rPr>
        <w:t>ฝ่ายสนับสนุน:</w:t>
      </w:r>
      <w:r>
        <w:rPr>
          <w:rFonts w:ascii="Tahoma" w:hAnsi="Tahoma" w:cs="Tahoma" w:eastAsia="Tahoma"/>
        </w:rPr>
        <w:t xml:space="preserve"> </w:t>
      </w:r>
      <w:r>
        <w:rPr>
          <w:rFonts w:ascii="Tahoma" w:hAnsi="Tahoma" w:cs="Tahoma" w:eastAsia="Tahoma"/>
          <w:i/>
        </w:rPr>
        <w:t>"สำหรับผม ไม่มีใครในวงการเขียน rulebook ได้ดีกว่า Vlaada Chvátil เล่มของเขาเขียนในแบบที่</w:t>
      </w:r>
      <w:r>
        <w:rPr>
          <w:rFonts w:ascii="Tahoma" w:hAnsi="Tahoma" w:cs="Tahoma" w:eastAsia="Tahoma"/>
          <w:i/>
        </w:rPr>
        <w:t>สอนให้คุณสอนเกมเป็น</w:t>
      </w:r>
      <w:r>
        <w:rPr>
          <w:rFonts w:ascii="Tahoma" w:hAnsi="Tahoma" w:cs="Tahoma" w:eastAsia="Tahoma"/>
          <w:i/>
        </w:rPr>
        <w:t xml:space="preserve"> มักมีอารมณ์ขันและอ่านลื่นมาก"</w:t>
      </w:r>
      <w:r>
        <w:rPr>
          <w:rFonts w:ascii="Tahoma" w:hAnsi="Tahoma" w:cs="Tahoma" w:eastAsia="Tahoma"/>
        </w:rPr>
        <w:t xml:space="preserve"> — และ Stonemaier ก็ลิสต์ Dungeon Lords ไว้เป็นเล่มที่ควรศึกษา </w:t>
      </w:r>
      <w:r>
        <w:rPr>
          <w:rFonts w:ascii="Tahoma" w:hAnsi="Tahoma" w:cs="Tahoma" w:eastAsia="Tahoma"/>
          <w:b/>
        </w:rPr>
        <w:t>เรื่องอารมณ์ขัน</w:t>
      </w:r>
    </w:p>
    <w:p>
      <w:r>
        <w:rPr>
          <w:rFonts w:ascii="Tahoma" w:hAnsi="Tahoma" w:cs="Tahoma" w:eastAsia="Tahoma"/>
          <w:b/>
        </w:rPr>
        <w:t>ทางออกที่ทั้งสองฝ่ายรับได้:</w:t>
      </w:r>
      <w:r>
        <w:rPr>
          <w:rFonts w:ascii="Tahoma" w:hAnsi="Tahoma" w:cs="Tahoma" w:eastAsia="Tahoma"/>
        </w:rPr>
        <w:t xml:space="preserve"> อารมณ์ขันและบรรยากาศอยู่ใน </w:t>
      </w:r>
      <w:r>
        <w:rPr>
          <w:rFonts w:ascii="Tahoma" w:hAnsi="Tahoma" w:cs="Tahoma" w:eastAsia="Tahoma"/>
          <w:b/>
        </w:rPr>
        <w:t>sidebar ที่แยกออกทางสายตา</w:t>
      </w:r>
    </w:p>
    <w:p>
      <w:r>
        <w:rPr>
          <w:rFonts w:ascii="Tahoma" w:hAnsi="Tahoma" w:cs="Tahoma" w:eastAsia="Tahoma"/>
        </w:rPr>
        <w:t xml:space="preserve">มีคนสรุปสมดุลไว้ดีมาก: </w:t>
      </w:r>
      <w:r>
        <w:rPr>
          <w:rFonts w:ascii="Tahoma" w:hAnsi="Tahoma" w:cs="Tahoma" w:eastAsia="Tahoma"/>
          <w:i/>
        </w:rPr>
        <w:t>"ผมไม่อยากลุยอ่าน rulebook เกมโจรสลัดที่เล่าโดยกัปตันโจรสลัดทั้งเล่ม แต่อารมณ์ขันหยดสองหยดใน Dungeon Lords / Galaxy Trucker ทำให้กฎเข้าใจและจำง่ายขึ้นจริง"</w:t>
      </w:r>
    </w:p>
    <w:p>
      <w:r>
        <w:rPr>
          <w:rFonts w:ascii="Tahoma" w:hAnsi="Tahoma" w:cs="Tahoma" w:eastAsia="Tahoma"/>
        </w:rPr>
        <w:t xml:space="preserve">และมีประโยชน์จริงที่ต้องบันทึก: </w:t>
      </w:r>
      <w:r>
        <w:rPr>
          <w:rFonts w:ascii="Tahoma" w:hAnsi="Tahoma" w:cs="Tahoma" w:eastAsia="Tahoma"/>
          <w:i/>
        </w:rPr>
        <w:t>"rulebook ที่ดีทำให้จำกฎง่าย Dungeon Lords มีเรื่องราวที่อธิบายกฎบางข้อและทำให้มันติดหัว"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b/>
        </w:rPr>
        <w:t>บรรยากาศที่อธิบายกฎมีที่ยืน บรรยากาศที่แค่ล้อมรอบกฎไม่มี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5. ไอคอนเยอะแต่ไม่มีคีย์</w:t>
      </w:r>
    </w:p>
    <w:p>
      <w:r>
        <w:rPr>
          <w:rFonts w:ascii="Tahoma" w:hAnsi="Tahoma" w:cs="Tahoma" w:eastAsia="Tahoma"/>
        </w:rPr>
        <w:t xml:space="preserve">มีคนบ่นเกมดัดแปลงจาก Heroes of Might &amp; Magic ว่า </w:t>
      </w:r>
      <w:r>
        <w:rPr>
          <w:rFonts w:ascii="Tahoma" w:hAnsi="Tahoma" w:cs="Tahoma" w:eastAsia="Tahoma"/>
          <w:i/>
        </w:rPr>
        <w:t>"ไอคอนกระจายเต็มไปหมด แต่ไม่มีหน้าอ้างอิงท้ายเล่ม"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ทุกไอคอนต้องเข้ารหัสซ้อน (มีทั้งสีและรูปทรง) และคีย์ไอคอนต้องอยู่ </w:t>
      </w:r>
      <w:r>
        <w:rPr>
          <w:rFonts w:ascii="Tahoma" w:hAnsi="Tahoma" w:cs="Tahoma" w:eastAsia="Tahoma"/>
          <w:b/>
        </w:rPr>
        <w:t>ที่เดียวที่ชัดเจน</w:t>
      </w:r>
      <w:r>
        <w:rPr>
          <w:rFonts w:ascii="Tahoma" w:hAnsi="Tahoma" w:cs="Tahoma" w:eastAsia="Tahoma"/>
        </w:rPr>
        <w:t xml:space="preserve"> ปกติคือหลังปก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6. กฎซ่อนในตัวอย่าง คำบรรยายภาพ หรือวงเล็บ</w:t>
      </w:r>
    </w:p>
    <w:p>
      <w:r>
        <w:rPr>
          <w:rFonts w:ascii="Tahoma" w:hAnsi="Tahoma" w:cs="Tahoma" w:eastAsia="Tahoma"/>
        </w:rPr>
        <w:t xml:space="preserve">ร้ายกาจเพราะคนอ่านซ้ำ </w:t>
      </w:r>
      <w:r>
        <w:rPr>
          <w:rFonts w:ascii="Tahoma" w:hAnsi="Tahoma" w:cs="Tahoma" w:eastAsia="Tahoma"/>
          <w:b/>
        </w:rPr>
        <w:t>ข้าม</w:t>
      </w:r>
      <w:r>
        <w:rPr>
          <w:rFonts w:ascii="Tahoma" w:hAnsi="Tahoma" w:cs="Tahoma" w:eastAsia="Tahoma"/>
        </w:rPr>
        <w:t>ตัวอย่างโดยธรรมชาติ กฎที่วางไว้ตรงนั้นเลยล่องหนทุกรอบหลังรอบแรก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วงเล็บ คำบรรยาย และตัวอย่าง มีไว้ </w:t>
      </w:r>
      <w:r>
        <w:rPr>
          <w:rFonts w:ascii="Tahoma" w:hAnsi="Tahoma" w:cs="Tahoma" w:eastAsia="Tahoma"/>
          <w:i/>
        </w:rPr>
        <w:t>ขยายความ</w:t>
      </w:r>
      <w:r>
        <w:rPr>
          <w:rFonts w:ascii="Tahoma" w:hAnsi="Tahoma" w:cs="Tahoma" w:eastAsia="Tahoma"/>
        </w:rPr>
        <w:t xml:space="preserve"> ไม่เคยมีไว้ </w:t>
      </w:r>
      <w:r>
        <w:rPr>
          <w:rFonts w:ascii="Tahoma" w:hAnsi="Tahoma" w:cs="Tahoma" w:eastAsia="Tahoma"/>
          <w:i/>
        </w:rPr>
        <w:t>แนะนำกฎใหม่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7. อ้างอิงวนไปวนมา</w:t>
      </w:r>
    </w:p>
    <w:p>
      <w:r>
        <w:rPr>
          <w:rFonts w:ascii="Tahoma" w:hAnsi="Tahoma" w:cs="Tahoma" w:eastAsia="Tahoma"/>
          <w:b/>
        </w:rPr>
        <w:t>*Root</w:t>
      </w:r>
      <w:r>
        <w:rPr>
          <w:rFonts w:ascii="Tahoma" w:hAnsi="Tahoma" w:cs="Tahoma" w:eastAsia="Tahoma"/>
        </w:rPr>
        <w:t>* โดนบ่นเรื่องนี้ซ้ำๆ: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"ผมไม่อยากอ่าน 'ข้อกฎหมาย' ที่ให้กฎผมแล้วบอกให้ย้อนไปดูวรรค 2B </w:t>
      </w:r>
      <w:r>
        <w:rPr>
          <w:rFonts w:ascii="Tahoma" w:hAnsi="Tahoma" w:cs="Tahoma" w:eastAsia="Tahoma"/>
          <w:b/>
          <w:i/>
          <w:color w:val="2F2F2F"/>
          <w:sz w:val="20"/>
        </w:rPr>
        <w:t>ถ้าจำเป็นก็พูดซ้ำเลยสิ</w:t>
      </w:r>
      <w:r>
        <w:rPr>
          <w:rFonts w:ascii="Tahoma" w:hAnsi="Tahoma" w:cs="Tahoma" w:eastAsia="Tahoma"/>
          <w:i/>
          <w:color w:val="2F2F2F"/>
          <w:sz w:val="20"/>
        </w:rPr>
        <w:t>"</w:t>
      </w:r>
    </w:p>
    <w:p>
      <w:r>
        <w:rPr>
          <w:rFonts w:ascii="Tahoma" w:hAnsi="Tahoma" w:cs="Tahoma" w:eastAsia="Tahoma"/>
        </w:rPr>
        <w:t xml:space="preserve">Herc du Preez มีเวอร์ชันของเขา: </w:t>
      </w:r>
      <w:r>
        <w:rPr>
          <w:rFonts w:ascii="Tahoma" w:hAnsi="Tahoma" w:cs="Tahoma" w:eastAsia="Tahoma"/>
          <w:i/>
        </w:rPr>
        <w:t>"หัวข้อที่อ้างถึงหัวข้ออื่น ที่อ้างถึงหัวข้อที่สาม แล้วย้อนกลับมาหัวข้อแรก"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อ้างอิง</w:t>
      </w:r>
      <w:r>
        <w:rPr>
          <w:rFonts w:ascii="Tahoma" w:hAnsi="Tahoma" w:cs="Tahoma" w:eastAsia="Tahoma"/>
          <w:b/>
        </w:rPr>
        <w:t>ไปข้างหน้า</w:t>
      </w:r>
      <w:r>
        <w:rPr>
          <w:rFonts w:ascii="Tahoma" w:hAnsi="Tahoma" w:cs="Tahoma" w:eastAsia="Tahoma"/>
        </w:rPr>
        <w:t xml:space="preserve">หารายละเอียด ไม่วนลูป และอ้างชื่อเป้าหมายให้ชัดเสมอ ถ้ากฎสั้น </w:t>
      </w:r>
      <w:r>
        <w:rPr>
          <w:rFonts w:ascii="Tahoma" w:hAnsi="Tahoma" w:cs="Tahoma" w:eastAsia="Tahoma"/>
          <w:b/>
        </w:rPr>
        <w:t>ให้พูดซ้ำแทนที่จะอ้างอิง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8. Errata ไม่จบสิ้น และเวอร์ชันหลุด</w:t>
      </w:r>
    </w:p>
    <w:p>
      <w:r>
        <w:rPr>
          <w:rFonts w:ascii="Tahoma" w:hAnsi="Tahoma" w:cs="Tahoma" w:eastAsia="Tahoma"/>
          <w:b/>
        </w:rPr>
        <w:t>*Coffee Traders</w:t>
      </w:r>
      <w:r>
        <w:rPr>
          <w:rFonts w:ascii="Tahoma" w:hAnsi="Tahoma" w:cs="Tahoma" w:eastAsia="Tahoma"/>
          <w:i/>
        </w:rPr>
        <w:t xml:space="preserve"> คือเคสหลัก — rulebook 1.0 </w:t>
      </w:r>
      <w:r>
        <w:rPr>
          <w:rFonts w:ascii="Tahoma" w:hAnsi="Tahoma" w:cs="Tahoma" w:eastAsia="Tahoma"/>
        </w:rPr>
        <w:t>"งงจนสำนักพิมพ์ตัดสินใจเขียนใหม่ทั้งเล่มสองปีหลังวางขาย"* เวอร์ชัน 1.5 แก้ได้ แต่ถ้าอยากได้เล่มจริงต้องจ่ายเพิ่ม 7 ดอลลาร์ บนเกมราคาเกิน 100 ดอลลาร์</w:t>
      </w:r>
    </w:p>
    <w:p>
      <w:r>
        <w:rPr>
          <w:rFonts w:ascii="Tahoma" w:hAnsi="Tahoma" w:cs="Tahoma" w:eastAsia="Tahoma"/>
          <w:b/>
        </w:rPr>
        <w:t>วิธีป้องกัน:</w:t>
      </w:r>
      <w:r>
        <w:rPr>
          <w:rFonts w:ascii="Tahoma" w:hAnsi="Tahoma" w:cs="Tahoma" w:eastAsia="Tahoma"/>
        </w:rPr>
        <w:t xml:space="preserve"> ใส่เลขเวอร์ชันและวันที่ทุกเล่ม ทำหน้า living rules พร้อม changelog และปล่อย PDF ที่แก้แล้วฟรี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9. ตัวเลขไม่ตรงกันระหว่างเอกสาร</w:t>
      </w:r>
    </w:p>
    <w:p>
      <w:r>
        <w:rPr>
          <w:rFonts w:ascii="Tahoma" w:hAnsi="Tahoma" w:cs="Tahoma" w:eastAsia="Tahoma"/>
          <w:b/>
        </w:rPr>
        <w:t>*Obsession</w:t>
      </w:r>
      <w:r>
        <w:rPr>
          <w:rFonts w:ascii="Tahoma" w:hAnsi="Tahoma" w:cs="Tahoma" w:eastAsia="Tahoma"/>
        </w:rPr>
        <w:t>* ประกาศ errata ตัวเองแบบละเอียด ซึ่งเป็นเช็กลิสต์ QA ชั้นดีในรูปแบบกลับด้าน — จำนวนอุปกรณ์ผิดทั้งใน rulebook และ glossary (การ์ดธีมเขียน 4 จริง 10, เหรียญ £100 เขียน 30 จริง 35) และ player aid บอกว่าใช้ชื่อเสียง 2 แต่กระดานกับกฎบอก 4</w:t>
      </w:r>
    </w:p>
    <w:p>
      <w:r>
        <w:rPr>
          <w:rFonts w:ascii="Tahoma" w:hAnsi="Tahoma" w:cs="Tahoma" w:eastAsia="Tahoma"/>
          <w:b/>
        </w:rPr>
        <w:t>วิธีป้องกัน:</w:t>
      </w:r>
      <w:r>
        <w:rPr>
          <w:rFonts w:ascii="Tahoma" w:hAnsi="Tahoma" w:cs="Tahoma" w:eastAsia="Tahoma"/>
        </w:rPr>
        <w:t xml:space="preserve"> ตรวจทุกตัวเลขในรายการอุปกรณ์เทียบกับของที่จะพิมพ์จริง และตรวจซ้ำหลังจากเปลี่ยนอุปกรณ์นาทีสุดท้าย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10. อ่านไม่ออกเพราะดีไซน์</w:t>
      </w:r>
    </w:p>
    <w:p>
      <w:r>
        <w:rPr>
          <w:rFonts w:ascii="Tahoma" w:hAnsi="Tahoma" w:cs="Tahoma" w:eastAsia="Tahoma"/>
        </w:rPr>
        <w:t>กฎพิมพ์บนแผนที่สมบัติปลอม กฎบนภาพเข้ม ฟอนต์ประดับขนาดเล็ก — ทุกอันนี้อยู่ในเธรด "rulebook แย่ที่สุด" ผูกกับเกมที่คนอ่าน</w:t>
      </w:r>
      <w:r>
        <w:rPr>
          <w:rFonts w:ascii="Tahoma" w:hAnsi="Tahoma" w:cs="Tahoma" w:eastAsia="Tahoma"/>
          <w:b/>
        </w:rPr>
        <w:t>ชอบ</w:t>
      </w:r>
      <w:r>
        <w:rPr>
          <w:rFonts w:ascii="Tahoma" w:hAnsi="Tahoma" w:cs="Tahoma" w:eastAsia="Tahoma"/>
        </w:rPr>
        <w:t>แต่เก็บขึ้นชั้นไปเลย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"กฎอยู่บนแผนที่สมบัติปลอมงี่เง่า... เฮ้อ ผมต้องเขียนใบ quick start เอง ทั้งที่รักเกมนี้มาก!"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11. อธิบายมากเกินไป (ก็พังเหมือนกัน)</w:t>
      </w:r>
    </w:p>
    <w:p>
      <w:r>
        <w:rPr>
          <w:rFonts w:ascii="Tahoma" w:hAnsi="Tahoma" w:cs="Tahoma" w:eastAsia="Tahoma"/>
        </w:rPr>
        <w:t>ต้องพูดถึง เพราะนี่คือความพังที่เกิดจากคำแนะนำที่ดี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"[rulebook ที่อัดตัวอย่างกับภาพเต็มไปหมด] ผมว่าน่ารำคาญมาก เพราะมันทำให้หนังสือบวม และไร้ประโยชน์เพราะข้อมูลส่วนใหญ่จะถูกเมินหลังจากคุณจำกฎได้แล้ว ตัวร้ายที่สุดคือ 24 หน้าสำหรับเกมที่ยัดครึ่งเดียวยังไม่เต็ม"</w:t>
      </w:r>
    </w:p>
    <w:p>
      <w:r>
        <w:rPr>
          <w:rFonts w:ascii="Tahoma" w:hAnsi="Tahoma" w:cs="Tahoma" w:eastAsia="Tahoma"/>
        </w:rPr>
        <w:t xml:space="preserve">แต่สังเกตความชอบจากฝ่ายตรงข้ามที่เข้ากันได้: </w:t>
      </w:r>
      <w:r>
        <w:rPr>
          <w:rFonts w:ascii="Tahoma" w:hAnsi="Tahoma" w:cs="Tahoma" w:eastAsia="Tahoma"/>
          <w:i/>
        </w:rPr>
        <w:t>"ผมยอมพลิก 20 หน้าแล้วกวาดตาเห็นเนื้อหาแต่ละหน้าในพริบตา ดีกว่าต้องลุยผ่าน 10 หน้าที่เป็นกำแพงตัวอักษร"</w:t>
      </w:r>
    </w:p>
    <w:p>
      <w:r>
        <w:rPr>
          <w:rFonts w:ascii="Tahoma" w:hAnsi="Tahoma" w:cs="Tahoma" w:eastAsia="Tahoma"/>
          <w:b/>
        </w:rPr>
        <w:t>จำนวนหน้าไม่ใช่ปัญหา ความหนาแน่นต่างหาก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 เวอร์ชันและภาคเสริมปนกันมั่ว</w:t>
      </w:r>
    </w:p>
    <w:p>
      <w:r>
        <w:rPr>
          <w:rFonts w:ascii="Tahoma" w:hAnsi="Tahoma" w:cs="Tahoma" w:eastAsia="Tahoma"/>
          <w:b/>
        </w:rPr>
        <w:t>*Vinhos Deluxe</w:t>
      </w:r>
      <w:r>
        <w:rPr>
          <w:rFonts w:ascii="Tahoma" w:hAnsi="Tahoma" w:cs="Tahoma" w:eastAsia="Tahoma"/>
        </w:rPr>
        <w:t>* พร้อมภาคเสริม Kickstarter คือตัวอย่าง — edition, variant, stretch goal ปนกันในเล่มเดียวแบบไม่มีระบบ แถมบางเนื้อหาอยู่แค่บนกระดาษแผ่นหลวมๆ</w:t>
      </w:r>
    </w:p>
    <w:p>
      <w:r>
        <w:rPr>
          <w:rFonts w:ascii="Tahoma" w:hAnsi="Tahoma" w:cs="Tahoma" w:eastAsia="Tahoma"/>
          <w:b/>
        </w:rPr>
        <w:t>กฎ:</w:t>
      </w:r>
      <w:r>
        <w:rPr>
          <w:rFonts w:ascii="Tahoma" w:hAnsi="Tahoma" w:cs="Tahoma" w:eastAsia="Tahoma"/>
        </w:rPr>
        <w:t xml:space="preserve"> rulebook ของเกมหลักอธิบายแค่เกมหลัก ภาคเสริมมีเอกสารของตัวเอง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11. เรื่องเล่าที่ควรอ่าน (ราคาแพงที่คนอื่นจ่ายไปแล้ว)</w:t>
      </w:r>
    </w:p>
    <w:p>
      <w:r>
        <w:rPr>
          <w:rFonts w:ascii="Tahoma" w:hAnsi="Tahoma" w:cs="Tahoma" w:eastAsia="Tahoma"/>
        </w:rPr>
        <w:t>เอกสารที่ผมว่ามีค่าที่สุดในงานวิจัยนี้ ไม่ใช่เพราะข้อสรุปของมัน แต่เพราะมันคือคนเขียน rulebook ที่มาผ่าตัดความล้มเหลวของตัวเองต่อหน้าสาธารณะ</w:t>
      </w:r>
    </w:p>
    <w:p>
      <w:r>
        <w:rPr>
          <w:rFonts w:ascii="Tahoma" w:hAnsi="Tahoma" w:cs="Tahoma" w:eastAsia="Tahoma"/>
        </w:rPr>
        <w:t xml:space="preserve">Dean Ray Johnson เขียนบทความชื่อ </w:t>
      </w:r>
      <w:r>
        <w:rPr>
          <w:rFonts w:ascii="Tahoma" w:hAnsi="Tahoma" w:cs="Tahoma" w:eastAsia="Tahoma"/>
          <w:i/>
        </w:rPr>
        <w:t>Every Board Game Rulebook Is Awful</w:t>
      </w:r>
    </w:p>
    <w:p>
      <w:r>
        <w:rPr>
          <w:rFonts w:ascii="Tahoma" w:hAnsi="Tahoma" w:cs="Tahoma" w:eastAsia="Tahoma"/>
          <w:b/>
        </w:rPr>
        <w:t>ครั้งแรก</w:t>
      </w:r>
      <w:r>
        <w:rPr>
          <w:rFonts w:ascii="Tahoma" w:hAnsi="Tahoma" w:cs="Tahoma" w:eastAsia="Tahoma"/>
        </w:rPr>
        <w:t xml:space="preserve"> เขาเขียน rulebook ของ </w:t>
      </w:r>
      <w:r>
        <w:rPr>
          <w:rFonts w:ascii="Tahoma" w:hAnsi="Tahoma" w:cs="Tahoma" w:eastAsia="Tahoma"/>
          <w:i/>
        </w:rPr>
        <w:t>Myth</w:t>
      </w:r>
      <w:r>
        <w:rPr>
          <w:rFonts w:ascii="Tahoma" w:hAnsi="Tahoma" w:cs="Tahoma" w:eastAsia="Tahoma"/>
        </w:rPr>
        <w:t xml:space="preserve"> ใหม่เพื่อฝึกเขียนงานเทคนิค ผลลัพธ์คือ 72 หน้า อัดแน่นด้วย flavor text แถมแยกขั้นตอนของรอบเกมไปคนละบท แฟนเกมชอบมาก ยอดดาวน์โหลดประมาณ 4,900 ครั้ง</w:t>
      </w:r>
    </w:p>
    <w:p>
      <w:r>
        <w:rPr>
          <w:rFonts w:ascii="Tahoma" w:hAnsi="Tahoma" w:cs="Tahoma" w:eastAsia="Tahoma"/>
        </w:rPr>
        <w:t xml:space="preserve">แล้ววันหนึ่งเพื่อนขอให้เขาสอน </w:t>
      </w:r>
      <w:r>
        <w:rPr>
          <w:rFonts w:ascii="Tahoma" w:hAnsi="Tahoma" w:cs="Tahoma" w:eastAsia="Tahoma"/>
          <w:i/>
        </w:rPr>
        <w:t>Myth</w:t>
      </w:r>
      <w:r>
        <w:rPr>
          <w:rFonts w:ascii="Tahoma" w:hAnsi="Tahoma" w:cs="Tahoma" w:eastAsia="Tahoma"/>
        </w:rPr>
        <w:t xml:space="preserve"> จากคู่มือของตัวเอง — </w:t>
      </w:r>
      <w:r>
        <w:rPr>
          <w:rFonts w:ascii="Tahoma" w:hAnsi="Tahoma" w:cs="Tahoma" w:eastAsia="Tahoma"/>
          <w:b/>
        </w:rPr>
        <w:t>เขาสอนไม่ได้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"ผมใช้เวลาหลายนาทีสะดุดกับหน้าที่ผมเขียนเอง มันน่าอายมาก"</w:t>
      </w:r>
    </w:p>
    <w:p>
      <w:r>
        <w:rPr>
          <w:rFonts w:ascii="Tahoma" w:hAnsi="Tahoma" w:cs="Tahoma" w:eastAsia="Tahoma"/>
          <w:b/>
        </w:rPr>
        <w:t>ครั้งที่สอง</w:t>
      </w:r>
      <w:r>
        <w:rPr>
          <w:rFonts w:ascii="Tahoma" w:hAnsi="Tahoma" w:cs="Tahoma" w:eastAsia="Tahoma"/>
        </w:rPr>
        <w:t xml:space="preserve"> เขาเขียน </w:t>
      </w:r>
      <w:r>
        <w:rPr>
          <w:rFonts w:ascii="Tahoma" w:hAnsi="Tahoma" w:cs="Tahoma" w:eastAsia="Tahoma"/>
          <w:i/>
        </w:rPr>
        <w:t>Heroes of Normandie</w:t>
      </w:r>
      <w:r>
        <w:rPr>
          <w:rFonts w:ascii="Tahoma" w:hAnsi="Tahoma" w:cs="Tahoma" w:eastAsia="Tahoma"/>
        </w:rPr>
        <w:t xml:space="preserve"> ใหม่ คราวนี้ทำเป็น reference manual แล้วเขา </w:t>
      </w:r>
      <w:r>
        <w:rPr>
          <w:rFonts w:ascii="Tahoma" w:hAnsi="Tahoma" w:cs="Tahoma" w:eastAsia="Tahoma"/>
          <w:b/>
        </w:rPr>
        <w:t>รวมส่วน Overview กับ Setup เข้าด้วยกัน</w:t>
      </w:r>
      <w:r>
        <w:rPr>
          <w:rFonts w:ascii="Tahoma" w:hAnsi="Tahoma" w:cs="Tahoma" w:eastAsia="Tahoma"/>
        </w:rPr>
        <w:t xml:space="preserve"> — </w:t>
      </w:r>
      <w:r>
        <w:rPr>
          <w:rFonts w:ascii="Tahoma" w:hAnsi="Tahoma" w:cs="Tahoma" w:eastAsia="Tahoma"/>
          <w:i/>
        </w:rPr>
        <w:t>"ทำไมไม่อธิบายว่าชิ้นส่วนทำอะไร ในที่เดียวกับที่บอกว่าวางมันตรงไหนล่ะ?"</w:t>
      </w:r>
    </w:p>
    <w:p>
      <w:r>
        <w:rPr>
          <w:rFonts w:ascii="Tahoma" w:hAnsi="Tahoma" w:cs="Tahoma" w:eastAsia="Tahoma"/>
        </w:rPr>
        <w:t>แฟนเกมชอบอีก (ยอดโหลด ~4,800) แล้วเขาก็เกือบสอนเกมจากมันไม่ได้อีก</w:t>
      </w:r>
    </w:p>
    <w:p>
      <w:r>
        <w:rPr>
          <w:rFonts w:ascii="Tahoma" w:hAnsi="Tahoma" w:cs="Tahoma" w:eastAsia="Tahoma"/>
          <w:b/>
        </w:rPr>
        <w:t>ครั้งที่สาม</w:t>
      </w:r>
      <w:r>
        <w:rPr>
          <w:rFonts w:ascii="Tahoma" w:hAnsi="Tahoma" w:cs="Tahoma" w:eastAsia="Tahoma"/>
        </w:rPr>
        <w:t xml:space="preserve"> สำนักพิมพ์จ้างเขาเขียน rulebook ให้ </w:t>
      </w:r>
      <w:r>
        <w:rPr>
          <w:rFonts w:ascii="Tahoma" w:hAnsi="Tahoma" w:cs="Tahoma" w:eastAsia="Tahoma"/>
          <w:i/>
        </w:rPr>
        <w:t>Perdition's Mouth</w:t>
      </w:r>
      <w:r>
        <w:rPr>
          <w:rFonts w:ascii="Tahoma" w:hAnsi="Tahoma" w:cs="Tahoma" w:eastAsia="Tahoma"/>
        </w:rPr>
        <w:t xml:space="preserve"> เขาเอาความผิดพลาดทั้งสองอันติดตัวไปด้วย คำตัดสินของ Tom Vasel: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>"rulebook ไม่ค่อยใช้งานได้เลย... ผมว่ามันซับซ้อนเกินจำเป็นมาก กว่าจะเข้าใจว่าเล่นยังไงก็ใช้เวลาพอสมควร"</w:t>
      </w:r>
    </w:p>
    <w:p>
      <w:r>
        <w:rPr>
          <w:rFonts w:ascii="Tahoma" w:hAnsi="Tahoma" w:cs="Tahoma" w:eastAsia="Tahoma"/>
          <w:b/>
        </w:rPr>
        <w:t>สามบทเรียน ที่เราเรียนได้ฟรีเพราะเขาจ่ายไปแล้ว: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คำชมไม่ใช่หลักฐาน</w:t>
      </w:r>
      <w:r>
        <w:rPr>
          <w:rFonts w:ascii="Tahoma" w:hAnsi="Tahoma" w:cs="Tahoma" w:eastAsia="Tahoma"/>
        </w:rPr>
        <w:t xml:space="preserve"> — ทุกเล่มที่ว่ามาได้คำชมจากคนที่ดาวน์โหลดไป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บททดสอบคือการสอน ไม่ใช่การอ่าน</w:t>
      </w:r>
      <w:r>
        <w:rPr>
          <w:rFonts w:ascii="Tahoma" w:hAnsi="Tahoma" w:cs="Tahoma" w:eastAsia="Tahoma"/>
        </w:rPr>
        <w:t xml:space="preserve"> — ลองสอนเกมของคุณจาก rulebook ของคุณเอง แบบสดๆ ถ้าคุณสะดุด คนอื่นก็จะสะดุด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Setup กับ Overview เป็นคนละงาน</w:t>
      </w:r>
      <w:r>
        <w:rPr>
          <w:rFonts w:ascii="Tahoma" w:hAnsi="Tahoma" w:cs="Tahoma" w:eastAsia="Tahoma"/>
        </w:rPr>
        <w:t xml:space="preserve"> — Overview สร้างแบบจำลองในหัว Setup จัดโต๊ะ การรวมสองอันแปลว่าคุณกำลังสอนภาพรวมตามลำดับการตั้งเกม ซึ่งแทบไม่เคยเป็นลำดับที่ถูก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12. ของที่เอาไปใช้ได้เลย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12.1 โครงร่าง rulebook</w:t>
      </w:r>
    </w:p>
    <w:p>
      <w:r>
        <w:rPr>
          <w:rFonts w:ascii="Tahoma" w:hAnsi="Tahoma" w:cs="Tahoma" w:eastAsia="Tahoma"/>
        </w:rPr>
        <w:t>คัดลอกไปวางในเอกสารเปล่า แล้วเริ่มเติม ลบส่วนที่เกมคุณไม่ต้องการ — ประเด็นคือทำให้การ</w:t>
      </w:r>
      <w:r>
        <w:rPr>
          <w:rFonts w:ascii="Tahoma" w:hAnsi="Tahoma" w:cs="Tahoma" w:eastAsia="Tahoma"/>
          <w:b/>
        </w:rPr>
        <w:t>ตัดออก</w:t>
      </w:r>
      <w:r>
        <w:rPr>
          <w:rFonts w:ascii="Tahoma" w:hAnsi="Tahoma" w:cs="Tahoma" w:eastAsia="Tahoma"/>
        </w:rPr>
        <w:t>เป็นการตัดสินใจ ไม่ใช่การลืม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[ชื่อเกม]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[หนึ่งบรรทัด: เกมแบบไหน สำหรับใคร]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[N] ผู้เล่น · [N]–[N] นาที · อายุ [N]+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1. เกริ่นนำ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หนึ่งย่อหน้า คุณเป็นใคร? อยู่ที่ไหนเมื่อไหร่?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พยายามทำอะไร ทำไม? จะทำยังไงโดยคร่าว?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2. เป้าหมายของเกม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หนึ่งถึงสองประโยค บอกเงื่อนไขชนะให้ชัด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3. อุปกรณ์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มีภาพ ทุกชิ้น จำนวนที่แน่นอน ชื่อของมัน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[ไดอะแกรมกายวิภาคของการ์ด/แผ่น ถ้ามีข้อมูลหลายจุด]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4. การตั้งเกม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ขั้นตอนเป็นข้อ ตามลำดับการหยิบจับจริง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บอกให้ชัดว่าอะไรหงาย/คว่ำ อะไรเปิด/ปิดเป็นความลับ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[ไดอะแกรมโต๊ะที่ตั้งเสร็จแล้ว พร้อมป้ายกำกับ]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การเลือกผู้เล่นเริ่ม: [กฎ]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5. ภาพรวมการเล่น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Bullet list ว่าหนึ่งรอบ/เทิร์นมีอะไรบ้าง ไม่มีรายละเอียด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เกมเล่น [N] รอบ / จนกระทั่ง [เงื่อนไข]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6. การเล่นแบบละเอียด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6.1 [เฟส/แอ็กชัน A] — เฉพาะกรณีทั่วไป ข้อยกเว้นแยกกล่อง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6.2 [เฟส/แอ็กชัน B]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6.3 [เฟส/แอ็กชัน C]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[ตัวอย่างที่ครอบคลุมปฏิสัมพันธ์ที่ไม่ชัดเจน]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7. จบรอบ (ถ้ามี)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ขั้นตอนเก็บกวาดและรีเซ็ต ตามลำดับ ตรวจเงื่อนไขจบเกม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8. จบเกม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เงื่อนไขกระตุ้น: [อะไรทำให้จบ]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หลังจากนั้น: [เล่นรอบให้จบไหม? ทุกคนได้เทิร์นเท่ากันไหม?]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9. การนับคะแนนและผู้ชนะ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ขั้นตอนนับคะแนนเป็นข้อ ตามลำดับที่คิด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กฎเสมอ: [ตัวตัดสินที่ 1, ที่ 2]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[ตัวอย่างการนับคะแนนจริง]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10. ภาคผนวก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 คำอธิบายการ์ด/ความสามารถ เรียงตามตัวอักษร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   กฎที่คนมักลืม (เขียนจากบันทึก blind test ของคุณ)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11. อภิธานศัพท์ (ด้านในหลังปก)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12. ดัชนี (ถ้าเกิน ~12 หน้า)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13. หลังปก: ลำดับเทิร์น · คีย์ไอคอน · จำนวน setup ตามจำนวนผู้เล่น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 xml:space="preserve"> 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---</w:t>
      </w:r>
    </w:p>
    <w:p>
      <w:pPr>
        <w:spacing w:after="0" w:before="0"/>
        <w:ind w:left="216"/>
      </w:pPr>
      <w:r>
        <w:rPr>
          <w:rFonts w:ascii="Consolas" w:hAnsi="Consolas" w:cs="Consolas" w:eastAsia="Consolas"/>
          <w:sz w:val="17"/>
        </w:rPr>
        <w:t>rulebook เวอร์ชัน [x.y] · [วันที่] · Living rules: [url]</w:t>
      </w:r>
    </w:p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12.2 Style guide ของโปรเจกต์คุณ</w:t>
      </w:r>
    </w:p>
    <w:p>
      <w:r>
        <w:rPr>
          <w:rFonts w:ascii="Tahoma" w:hAnsi="Tahoma" w:cs="Tahoma" w:eastAsia="Tahoma"/>
        </w:rPr>
        <w:t>กรอกก่อนเขียน ใช้เวลาสิบห้านาที ป้องกันปัญหาความไม่สม่ำเสมอได้เกือบหมด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เรื่อง</w:t>
            </w:r>
          </w:p>
        </w:tc>
        <w:tc>
          <w:tcPr>
            <w:tcW w:type="dxa" w:w="468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ตัวเลือกของคุณ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บุรุษ (ที่ 2 / ที่ 3)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Voice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Active เป็นค่าเริ่มต้น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สรรพนามแทนผู้เล่น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นโยบายตัวพิมพ์ใหญ่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เฉพาะอุปกรณ์ การกระทำ และค่าจริงในเกม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ตัวหนาใช้กับ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คำเฉพาะตรงจุดนิยาม, หัวข้อ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ตัวเอียงใช้กับ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ตัวอย่าง, คำบรรยายภาพ, บรรยากาศ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ขีดเส้นใต้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ไม่ใช้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ตัวเลข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ใช้ตัวเลขสำหรับจำนวนในเกม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ลำดับชั้นเวลา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เทิร์น → รอบ → [ยุค/ฤดู]; เฟสแบ่งย่อย [เทิร์น/รอบ]; step แบ่งย่อยเฟส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gain / take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gain = จากกองไม่จำกัด; take = จากกองจำกัดหรือจากผู้เล่น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ลำดับทรัพยากรมาตรฐาน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ลำดับสีผู้เล่นมาตรฐาน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คำเรียกอุปกรณ์ (mat/board/card/tile)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รูปแบบการอ้างอิงข้ามหัวข้อ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 xml:space="preserve">(ดู </w:t>
            </w:r>
            <w:r>
              <w:rPr>
                <w:rFonts w:ascii="Tahoma" w:hAnsi="Tahoma" w:cs="Tahoma" w:eastAsia="Tahoma"/>
                <w:i/>
                <w:sz w:val="18"/>
              </w:rPr>
              <w:t>ชื่อหัวข้อ</w:t>
            </w:r>
            <w:r>
              <w:rPr>
                <w:rFonts w:ascii="Tahoma" w:hAnsi="Tahoma" w:cs="Tahoma" w:eastAsia="Tahoma"/>
                <w:sz w:val="18"/>
              </w:rPr>
              <w:t>, น. N)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คำต้องห้าม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ควร; แค่/เพียงแค่; และคำพ้องของคำเฉพาะทุกคำ</w:t>
            </w:r>
          </w:p>
        </w:tc>
      </w:tr>
      <w:tr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คำที่ต้องตรวจซ้ำ</w:t>
            </w:r>
          </w:p>
        </w:tc>
        <w:tc>
          <w:tcPr>
            <w:tcW w:type="dxa" w:w="4680"/>
          </w:tcPr>
          <w:p>
            <w:r>
              <w:rPr>
                <w:rFonts w:ascii="Tahoma" w:hAnsi="Tahoma" w:cs="Tahoma" w:eastAsia="Tahoma"/>
                <w:sz w:val="18"/>
              </w:rPr>
            </w:r>
            <w:r>
              <w:rPr>
                <w:rFonts w:ascii="Tahoma" w:hAnsi="Tahoma" w:cs="Tahoma" w:eastAsia="Tahoma"/>
                <w:sz w:val="18"/>
              </w:rPr>
              <w:t>ยกเว้น; จำไว้ว่า; ต้อง</w:t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12.3 ทะเบียนคำเฉพาะ</w:t>
      </w:r>
    </w:p>
    <w:p>
      <w:r>
        <w:rPr>
          <w:rFonts w:ascii="Tahoma" w:hAnsi="Tahoma" w:cs="Tahoma" w:eastAsia="Tahoma"/>
        </w:rPr>
        <w:t>หนึ่งแถวต่อหนึ่งคำในเกม นี่คือเกราะป้องกันการใช้คำพ้อง และคือสิ่งที่คุณส่งให้นักแปล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คำ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นิยาม (หนึ่งประโยค)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ไอคอน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นิยามครั้งแรกหน้า</w:t>
            </w:r>
          </w:p>
        </w:tc>
        <w:tc>
          <w:tcPr>
            <w:tcW w:type="dxa" w:w="1872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ห้ามเรียกว่า</w:t>
            </w:r>
          </w:p>
        </w:tc>
      </w:tr>
      <w:tr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1872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</w:tbl>
    <w:p/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12.4 แบบบันทึก Blind test</w:t>
      </w:r>
    </w:p>
    <w:p>
      <w:r>
        <w:rPr>
          <w:rFonts w:ascii="Tahoma" w:hAnsi="Tahoma" w:cs="Tahoma" w:eastAsia="Tahoma"/>
          <w:b/>
        </w:rPr>
        <w:t>ก่อนเริ่ม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บันทึกเลขเวอร์ชันและวันที่ของ rulebook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คนทดสอบไม่เคยเห็นเกมนี้มาก่อน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มีอย่างน้อยหนึ่งรอบกับคนที่ไม่เล่นบอร์ดเกม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บอกแล้วว่า: ห้ามดูวิดีโอ ห้ามถามนักออกแบบ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พูดสคริปต์เตือนแล้ว: </w:t>
      </w:r>
      <w:r>
        <w:rPr>
          <w:rFonts w:ascii="Tahoma" w:hAnsi="Tahoma" w:cs="Tahoma" w:eastAsia="Tahoma"/>
          <w:i/>
        </w:rPr>
        <w:t>"งงเป็นความผิดเรา ไม่ใช่ของคุณ"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มีใบสังเกตการณ์พร้อม พร้อมรายชื่อกฎที่คุณสงสัยว่าอ่อน</w:t>
      </w:r>
    </w:p>
    <w:p>
      <w:r>
        <w:rPr>
          <w:rFonts w:ascii="Tahoma" w:hAnsi="Tahoma" w:cs="Tahoma" w:eastAsia="Tahoma"/>
          <w:b/>
        </w:rPr>
        <w:t>ระหว่างเล่น</w:t>
      </w:r>
      <w:r>
        <w:rPr>
          <w:rFonts w:ascii="Tahoma" w:hAnsi="Tahoma" w:cs="Tahoma" w:eastAsia="Tahoma"/>
        </w:rPr>
        <w:t xml:space="preserve"> — บันทึก ห้ามช่วย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เวลา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กฎ/หน้า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เกิดอะไรขึ้น</w:t>
            </w:r>
          </w:p>
        </w:tc>
        <w:tc>
          <w:tcPr>
            <w:tcW w:type="dxa" w:w="2340"/>
            <w:shd w:val="clear" w:fill="1F3864"/>
          </w:tcPr>
          <w:p>
            <w:r>
              <w:rPr>
                <w:rFonts w:ascii="Tahoma" w:hAnsi="Tahoma" w:cs="Tahoma" w:eastAsia="Tahoma"/>
                <w:b/>
                <w:color w:val="FFFFFF"/>
                <w:sz w:val="19"/>
              </w:rPr>
            </w:r>
            <w:r>
              <w:rPr>
                <w:rFonts w:ascii="Tahoma" w:hAnsi="Tahoma" w:cs="Tahoma" w:eastAsia="Tahoma"/>
                <w:b/>
                <w:color w:val="FFFFFF"/>
                <w:sz w:val="19"/>
              </w:rPr>
              <w:t>อ่านผิด / กฎหาย / ปัญหา layout?</w:t>
            </w:r>
          </w:p>
        </w:tc>
      </w:tr>
      <w:tr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  <w:tc>
          <w:tcPr>
            <w:tcW w:type="dxa" w:w="2340"/>
          </w:tcPr>
          <w:p>
            <w:r>
              <w:rPr>
                <w:rFonts w:ascii="Tahoma" w:hAnsi="Tahoma" w:cs="Tahoma" w:eastAsia="Tahoma"/>
                <w:sz w:val="18"/>
              </w:rPr>
            </w:r>
          </w:p>
        </w:tc>
      </w:tr>
    </w:tbl>
    <w:p/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จดทุกครั้งที่คนทดสอบพลิกกลับหน้า และพลิกไปหน้าไหน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จดทุกคำถามที่ถามออกมาดังๆ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จดทุกกฎที่เล่นผิด ไม่ว่าจะมีใครสังเกตหรือไม่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จดทุกครั้งที่คุณเข้าไปแทรก และเหตุผล</w:t>
      </w:r>
    </w:p>
    <w:p>
      <w:r>
        <w:rPr>
          <w:rFonts w:ascii="Tahoma" w:hAnsi="Tahoma" w:cs="Tahoma" w:eastAsia="Tahoma"/>
          <w:b/>
        </w:rPr>
        <w:t>หลังจบ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ตั้งแต่แกะกล่องถึงเทิร์นแรกที่มีความหมาย ใช้เวลาเท่าไหร่?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กฎข้อไหนถูกเล่นผิด? แล้ว rulebook เขียนกฎนั้นไว้ตรงไหน?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กฎข้อไหนถูกเปิดหากลางเกม? ใช้เวลาหานานแค่ไหน?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ถามคนชนะ: </w:t>
      </w:r>
      <w:r>
        <w:rPr>
          <w:rFonts w:ascii="Tahoma" w:hAnsi="Tahoma" w:cs="Tahoma" w:eastAsia="Tahoma"/>
          <w:i/>
        </w:rPr>
        <w:t>"ถ้าคุณจะสอนเกมนี้ คุณจะสอนยังไง?"</w:t>
      </w:r>
      <w:r>
        <w:rPr>
          <w:rFonts w:ascii="Tahoma" w:hAnsi="Tahoma" w:cs="Tahoma" w:eastAsia="Tahoma"/>
        </w:rPr>
        <w:t xml:space="preserve"> จดลำดับที่เขาพูด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คำถามไหนถูกถามโดยคนมากกว่าหนึ่งคน? </w:t>
      </w:r>
      <w:r>
        <w:rPr>
          <w:rFonts w:ascii="Tahoma" w:hAnsi="Tahoma" w:cs="Tahoma" w:eastAsia="Tahoma"/>
          <w:b/>
        </w:rPr>
        <w:t>นั่นคือข้อบกพร่อง</w:t>
      </w:r>
      <w:r>
        <w:rPr>
          <w:rFonts w:ascii="Tahoma" w:hAnsi="Tahoma" w:cs="Tahoma" w:eastAsia="Tahoma"/>
        </w:rPr>
        <w:t xml:space="preserve"> ส่วนความงงที่เกิดครั้งเดียวอาจเป็นสัญญาณรบกวน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12.5 เช็กลิสต์ก่อนส่งโรงพิมพ์</w:t>
      </w:r>
    </w:p>
    <w:p>
      <w:r>
        <w:rPr>
          <w:rFonts w:ascii="Tahoma" w:hAnsi="Tahoma" w:cs="Tahoma" w:eastAsia="Tahoma"/>
          <w:b/>
        </w:rPr>
        <w:t>ความครบถ้วน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อุปกรณ์ทุกชิ้นในกล่องอยู่ในรายการพร้อมภาพ และจำนวนถูกต้อง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กฎทุกข้อที่พิมพ์บนการ์ด กระดาน แผ่น หรือ player aid มีอยู่ใน rulebook ด้วย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setup ระบุครบทุกจำนวนผู้เล่นที่รองรับ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กฎที่ใช้คำว่า "มากที่สุด/น้อยที่สุด/อันดับหนึ่ง" มีกฎเสมอครบ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โหมด solo/co-op/variant มี setup และเงื่อนไขจบครบ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 xml:space="preserve">มีทั้งเงื่อนไขกระตุ้นจบเกม </w:t>
      </w:r>
      <w:r>
        <w:rPr>
          <w:rFonts w:ascii="Tahoma" w:hAnsi="Tahoma" w:cs="Tahoma" w:eastAsia="Tahoma"/>
          <w:b/>
        </w:rPr>
        <w:t>และ</w:t>
      </w:r>
      <w:r>
        <w:rPr>
          <w:rFonts w:ascii="Tahoma" w:hAnsi="Tahoma" w:cs="Tahoma" w:eastAsia="Tahoma"/>
        </w:rPr>
        <w:t xml:space="preserve"> ลำดับหลังจากนั้น</w:t>
      </w:r>
    </w:p>
    <w:p>
      <w:r>
        <w:rPr>
          <w:rFonts w:ascii="Tahoma" w:hAnsi="Tahoma" w:cs="Tahoma" w:eastAsia="Tahoma"/>
          <w:b/>
        </w:rPr>
        <w:t>โครงสร้าง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เป้าหมายอยู่ก่อนกฎละเอียด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ไม่มีคำไหนถูกใช้ก่อนถูกนิยาม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การอ้างอิงไปข้างหน้าทุกอันระบุหัวข้อและหน้า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ข้อยกเว้นอยู่ข้างกฎของมัน หรือในส่วนที่ทำเครื่องหมายไว้ ไม่ปนในกระแสหลัก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กฎแต่ละข้ออยู่ใต้หัวข้อที่คนงงจะเปิดหาจริง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อ่านรวดเดียวตามลำดับแล้วเข้าใจเกมได้</w:t>
      </w:r>
    </w:p>
    <w:p>
      <w:r>
        <w:rPr>
          <w:rFonts w:ascii="Tahoma" w:hAnsi="Tahoma" w:cs="Tahoma" w:eastAsia="Tahoma"/>
          <w:b/>
        </w:rPr>
        <w:t>ภาษา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หนึ่งแนวคิด = หนึ่งคำ ทุกที่ รวมทั้งบนการ์ดและในสื่อโฆษณา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ผลที่เหมือนกันเขียนเหมือนกันเป๊ะ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เงื่อนไขมาก่อนผลลัพธ์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ไม่มีประโยคไหนสอบตกกฎลมหายใจเดียว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ลบ "ควร" หมดแล้ว; ตรวจ "ยกเว้น" กับ "จำไว้ว่า" 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ชุดที่ปรากฏซ้ำเรียงลำดับเดียวกันเสมอ</w:t>
      </w:r>
    </w:p>
    <w:p>
      <w:r>
        <w:rPr>
          <w:rFonts w:ascii="Tahoma" w:hAnsi="Tahoma" w:cs="Tahoma" w:eastAsia="Tahoma"/>
          <w:b/>
        </w:rPr>
        <w:t>ตัวอย่างและภาพ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ทุกตัวอย่างครอบคลุมอย่างน้อยหนึ่งกรณีที่ไม่ชัดเจน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ไม่มีกฎไหนอยู่แค่ในตัวอย่าง คำบรรยายภาพ หรือวงเล็บ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ตัวอย่างบอกชัดว่าอะไรเป็นแค่รายละเอียดสมมติ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มีไดอะแกรม setup พร้อมป้ายกำกับ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ชิ้นส่วนที่มีข้อมูลแน่นมีไดอะแกรมกายวิภาค</w:t>
      </w:r>
    </w:p>
    <w:p>
      <w:r>
        <w:rPr>
          <w:rFonts w:ascii="Tahoma" w:hAnsi="Tahoma" w:cs="Tahoma" w:eastAsia="Tahoma"/>
          <w:b/>
        </w:rPr>
        <w:t>ระบบอ้างอิง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มีสารบัญ; มี index ถ้าเกิน ~12 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คีย์ไอคอนอยู่ที่เดียวที่ชัดเจน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หลังปกมีลำดับเทิร์น คีย์ไอคอน และ/หรือ สรุป setup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มีรายการ "กฎที่คนมักลืม"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rulebook มีเลขเวอร์ชันและวันที่</w:t>
      </w:r>
    </w:p>
    <w:p>
      <w:r>
        <w:rPr>
          <w:rFonts w:ascii="Tahoma" w:hAnsi="Tahoma" w:cs="Tahoma" w:eastAsia="Tahoma"/>
          <w:b/>
        </w:rPr>
        <w:t>ตัวอักษรและงานพิมพ์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เนื้อหา ≥ 10 pt; ตรวจตัวเล็กสุดในแสงสลัว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ความต่างสี ≥ 4.5:1; หน้ายังอ่านได้เมื่อแปลงเป็นขาวดำ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ไม่มีข้อความกฎบนภาพ พื้นผิว หรือพื้นเข้ม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ไม่มีที่ไหนใช้สีอย่างเดียวสื่อความหมาย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ไม่มีข้อความกฎขีดเส้นใต้; ตัวพิมพ์ใหญ่ทั้งหมดใช้แค่ไม่กี่จุด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หัวข้อสั้นไม่ขาดข้ามหน้า; หัวข้อ 2 หน้าอยู่บนหน้าคู่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จำนวนหน้าหารด้วย 4 ลงตัว</w:t>
      </w:r>
    </w:p>
    <w:p>
      <w:r>
        <w:rPr>
          <w:rFonts w:ascii="Tahoma" w:hAnsi="Tahoma" w:cs="Tahoma" w:eastAsia="Tahoma"/>
          <w:b/>
        </w:rPr>
        <w:t>การทดสอบและส่งมอบ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blind test เต็มรูปแบบอย่างน้อยหนึ่งครั้ง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อย่างน้อยหนึ่งครั้งกับคนที่ไม่เล่นบอร์ดเกมหรือไม่ใช่เจ้าของภาษา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ทดสอบจับเวลาการเปิดหาคำตอบบนเล่มตัวอย่างก่อนผลิต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อ่าน rulebook ย้อนหลังทีละหัวข้อแล้ว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ส่ง style guide ที่เขียนไว้ให้บรรณาธิการและคนพิสูจน์อักษร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แก้ข้อความก่อนจัดหน้า; พิสูจน์อักษรหลังจัดหน้า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คำสั่งถึงนักออกแบบกราฟิกแยกจากข้อความกฎอย่างชัดเจน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เวอร์ชัน rulebook ตรงกับเวอร์ชันอุปกรณ์ที่จะพิมพ์</w:t>
      </w:r>
    </w:p>
    <w:p>
      <w:pPr>
        <w:spacing w:after="40"/>
        <w:ind w:left="360"/>
      </w:pPr>
      <w:r>
        <w:rPr>
          <w:rFonts w:ascii="Tahoma" w:hAnsi="Tahoma" w:cs="Tahoma" w:eastAsia="Tahoma"/>
          <w:sz w:val="22"/>
        </w:rPr>
        <w:t xml:space="preserve">☐  </w:t>
      </w:r>
      <w:r>
        <w:rPr>
          <w:rFonts w:ascii="Tahoma" w:hAnsi="Tahoma" w:cs="Tahoma" w:eastAsia="Tahoma"/>
        </w:rPr>
        <w:t>วางแผน PDF ที่ค้นหาได้ และหน้า living rules แล้ว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12.6 ถ้าจำได้แค่หน้าเดียว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บอกเป้าหมายก่อนบอกกฎ</w:t>
      </w:r>
      <w:r>
        <w:rPr>
          <w:rFonts w:ascii="Tahoma" w:hAnsi="Tahoma" w:cs="Tahoma" w:eastAsia="Tahoma"/>
        </w:rPr>
        <w:t xml:space="preserve"> เป้าหมายคือตัวเกม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ห้ามใช้คำก่อนนิยามคำนั้น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หนึ่งแนวคิด หนึ่งคำ ตลอดไป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เงื่อนไขมาก่อนผลลัพธ์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รายการอุปกรณ์ต้องมีภาพ และ setup ต้องมีไดอะแกรม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ตัวอย่างมีไว้แก้ความกำกวม ไม่ใช่โชว์สิ่งที่ชัดอยู่แล้ว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ห้ามซ่อนกฎในตัวอย่าง คำบรรยายภาพ หรือวงเล็บ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วางกฎไว้ที่คนงงจะเปิดหา ไม่ใช่ที่มันเกิดขึ้นครั้งแรก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ใช้หลังปกให้เป็นประโยชน์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Blind test กับคนที่ไม่เคยเห็นเกม แล้วห้ามช่วยเขา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เขียน style guide ก่อนเขียนกฎ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ถ้าอธิบายแนวคิดเล็กๆ แล้วกินเต็มหน้า ให้แก้ดีไซน์ ไม่ใช่แก้ย่อหน้า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ปิดท้าย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สิ่งที่ผมอยากให้ติดตัวไป</w:t>
      </w:r>
    </w:p>
    <w:p>
      <w:r>
        <w:rPr>
          <w:rFonts w:ascii="Tahoma" w:hAnsi="Tahoma" w:cs="Tahoma" w:eastAsia="Tahoma"/>
        </w:rPr>
        <w:t>ถ้าอ่านมาถึงตรงนี้แล้วรู้สึกว่าเรื่องมันเยอะ — ใช่ครับ มันเยอะจริง</w:t>
      </w:r>
    </w:p>
    <w:p>
      <w:r>
        <w:rPr>
          <w:rFonts w:ascii="Tahoma" w:hAnsi="Tahoma" w:cs="Tahoma" w:eastAsia="Tahoma"/>
        </w:rPr>
        <w:t xml:space="preserve">แต่ผมอยากให้สังเกตอย่างหนึ่ง: ในบรรดาคำแนะนำทั้งหมดในเล่มนี้ </w:t>
      </w:r>
      <w:r>
        <w:rPr>
          <w:rFonts w:ascii="Tahoma" w:hAnsi="Tahoma" w:cs="Tahoma" w:eastAsia="Tahoma"/>
          <w:b/>
        </w:rPr>
        <w:t>แทบไม่มีข้อไหนที่ต้องใช้พรสวรรค์</w:t>
      </w:r>
      <w:r>
        <w:rPr>
          <w:rFonts w:ascii="Tahoma" w:hAnsi="Tahoma" w:cs="Tahoma" w:eastAsia="Tahoma"/>
        </w:rPr>
        <w:t xml:space="preserve"> มันเป็นเรื่องของการทำสิ่งเดิมซ้ำๆ ให้เหมือนเดิม การตัดคำที่ไม่จำเป็นออก การยอมให้คนอื่นอ่านแล้วสับสนต่อหน้าโดยไม่เข้าไปช่วย</w:t>
      </w:r>
    </w:p>
    <w:p>
      <w:r>
        <w:rPr>
          <w:rFonts w:ascii="Tahoma" w:hAnsi="Tahoma" w:cs="Tahoma" w:eastAsia="Tahoma"/>
        </w:rPr>
        <w:t>Paul Grogan พูดไว้ตอนถูกถามว่าอะไรยากที่สุดในการเขียน rulebook: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"ส่วนที่ยากที่สุดเหรอ... โห มันยากชิบหาย ยากกว่าที่คนส่วนใหญ่คิด </w:t>
      </w:r>
      <w:r>
        <w:rPr>
          <w:rFonts w:ascii="Tahoma" w:hAnsi="Tahoma" w:cs="Tahoma" w:eastAsia="Tahoma"/>
          <w:b/>
          <w:i/>
          <w:color w:val="2F2F2F"/>
          <w:sz w:val="20"/>
        </w:rPr>
        <w:t>การทำ rulebook ที่ดีต้องการทีมที่ดีและคนที่ดี มันใช้เวลา ความพยายาม การตรวจ และการตรวจซ้ำเยอะมาก</w:t>
      </w:r>
      <w:r>
        <w:rPr>
          <w:rFonts w:ascii="Tahoma" w:hAnsi="Tahoma" w:cs="Tahoma" w:eastAsia="Tahoma"/>
          <w:i/>
          <w:color w:val="2F2F2F"/>
          <w:sz w:val="20"/>
        </w:rPr>
        <w:t xml:space="preserve"> ยากที่จะบอกว่าส่วนไหนยากที่สุด"</w:t>
      </w:r>
    </w:p>
    <w:p>
      <w:r>
        <w:rPr>
          <w:rFonts w:ascii="Tahoma" w:hAnsi="Tahoma" w:cs="Tahoma" w:eastAsia="Tahoma"/>
        </w:rPr>
        <w:t>นั่นแหละ ไม่มีทางลัด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แต่ก็อย่าเครียดเกินไป</w:t>
      </w:r>
    </w:p>
    <w:p>
      <w:r>
        <w:rPr>
          <w:rFonts w:ascii="Tahoma" w:hAnsi="Tahoma" w:cs="Tahoma" w:eastAsia="Tahoma"/>
        </w:rPr>
        <w:t>Michael Lee เขียนหัวข้อหนึ่งใน style guide ของเขาชื่อ "Perfectionism" ซึ่งผมว่าควรอ่านทุกคน สรุปได้ประมาณนี้: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 xml:space="preserve">บรรณาธิการจับข้อผิดพลาดได้ 80-95% ต่อรอบ </w:t>
      </w:r>
      <w:r>
        <w:rPr>
          <w:rFonts w:ascii="Tahoma" w:hAnsi="Tahoma" w:cs="Tahoma" w:eastAsia="Tahoma"/>
          <w:b/>
        </w:rPr>
        <w:t>ไม่มีใครจับได้ 100% แม้แต่คนที่มีอาชีพจับผิด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งานสร้างสรรค์ต้องบาลานซ์หลายอย่าง — เดดไลน์ พื้นที่ ความเห็นที่ต่างกัน การประนีประนอมเป็นเรื่องปกติ</w:t>
      </w:r>
    </w:p>
    <w:p>
      <w:pPr>
        <w:pStyle w:val="ListBullet"/>
        <w:spacing w:after="60"/>
      </w:pPr>
      <w:r>
        <w:rPr>
          <w:rFonts w:ascii="Tahoma" w:hAnsi="Tahoma" w:cs="Tahoma" w:eastAsia="Tahoma"/>
          <w:i/>
        </w:rPr>
        <w:t>"มันมีประโยชน์ที่จะยอมรับปัญหา เรียนรู้จากมัน และป้องกันไม่ให้เกิดซ้ำ แต่มันไม่ดีต่อสุขภาพที่จะจมอยู่กับอดีตหรือทุบตีตัวเอง"</w:t>
      </w:r>
    </w:p>
    <w:p>
      <w:r>
        <w:rPr>
          <w:rFonts w:ascii="Tahoma" w:hAnsi="Tahoma" w:cs="Tahoma" w:eastAsia="Tahoma"/>
        </w:rPr>
        <w:t>และเขาเขียนอีกหัวข้อชื่อ "Criticism of Published Games" ที่ผมอยากยกมาปิด:</w:t>
      </w:r>
    </w:p>
    <w:p>
      <w:pPr>
        <w:spacing w:before="160" w:after="200"/>
        <w:ind w:left="360"/>
        <w:pBdr>
          <w:left w:val="single" w:sz="18" w:space="8" w:color="1F3864"/>
        </w:pBdr>
      </w:pPr>
      <w:r>
        <w:rPr>
          <w:rFonts w:ascii="Tahoma" w:hAnsi="Tahoma" w:cs="Tahoma" w:eastAsia="Tahoma"/>
          <w:i/>
          <w:color w:val="2F2F2F"/>
          <w:sz w:val="20"/>
        </w:rPr>
        <w:t xml:space="preserve">"เกมทุกเกมคือผลลัพธ์ของสถานการณ์เฉพาะตัว แม้คุณจะอยู่ในโปรเจกต์นั้นเอง คุณก็อาจไม่รู้ทุกอุปสรรคที่เกิดขึ้นระหว่างทาง ถ้าคุณเป็นผู้เล่น นักรีวิว หรือบรรณาธิการที่มองจากข้างนอก คุณยิ่งรู้น้อยกว่า </w:t>
      </w:r>
      <w:r>
        <w:rPr>
          <w:rFonts w:ascii="Tahoma" w:hAnsi="Tahoma" w:cs="Tahoma" w:eastAsia="Tahoma"/>
          <w:b/>
          <w:i/>
          <w:color w:val="2F2F2F"/>
          <w:sz w:val="20"/>
        </w:rPr>
        <w:t>แทบไม่มีใครตั้งใจทำเกมห่วย</w:t>
      </w:r>
      <w:r>
        <w:rPr>
          <w:rFonts w:ascii="Tahoma" w:hAnsi="Tahoma" w:cs="Tahoma" w:eastAsia="Tahoma"/>
          <w:i/>
          <w:color w:val="2F2F2F"/>
          <w:sz w:val="20"/>
        </w:rPr>
        <w:t xml:space="preserve"> ดังนั้นระวังวิธีที่คุณนำเสนอคำวิจารณ์"</w:t>
      </w:r>
    </w:p>
    <w:p>
      <w:r>
        <w:rPr>
          <w:rFonts w:ascii="Tahoma" w:hAnsi="Tahoma" w:cs="Tahoma" w:eastAsia="Tahoma"/>
        </w:rPr>
        <w:t xml:space="preserve">เกมที่อยู่ในลิสต์ "rulebook แย่" ในเล่มนี้ ส่วนใหญ่คือเกมที่คนรัก ทำโดยคนที่ตั้งใจ ที่มันอยู่ในลิสต์เพราะ </w:t>
      </w:r>
      <w:r>
        <w:rPr>
          <w:rFonts w:ascii="Tahoma" w:hAnsi="Tahoma" w:cs="Tahoma" w:eastAsia="Tahoma"/>
          <w:b/>
        </w:rPr>
        <w:t>มันสอนอะไรเราได้</w:t>
      </w:r>
      <w:r>
        <w:rPr>
          <w:rFonts w:ascii="Tahoma" w:hAnsi="Tahoma" w:cs="Tahoma" w:eastAsia="Tahoma"/>
        </w:rPr>
        <w:t xml:space="preserve"> ไม่ใช่เพราะใครสมควรโดนด่า</w:t>
      </w:r>
    </w:p>
    <w:p>
      <w:pPr>
        <w:spacing w:before="280"/>
      </w:pPr>
      <w:r>
        <w:rPr>
          <w:rFonts w:ascii="Tahoma" w:hAnsi="Tahoma" w:cs="Tahoma" w:eastAsia="Tahoma"/>
          <w:b/>
          <w:color w:val="1F3864"/>
          <w:sz w:val="29"/>
        </w:rPr>
        <w:t>ขอบคุณ</w:t>
      </w:r>
    </w:p>
    <w:p>
      <w:r>
        <w:rPr>
          <w:rFonts w:ascii="Tahoma" w:hAnsi="Tahoma" w:cs="Tahoma" w:eastAsia="Tahoma"/>
        </w:rPr>
        <w:t>ขอบคุณคนใน BoardGameGeek ที่เถียงกันเรื่อง rulebook มาสิบกว่าปีโดยไม่มีใครจ้าง</w:t>
      </w:r>
    </w:p>
    <w:p>
      <w:r>
        <w:rPr>
          <w:rFonts w:ascii="Tahoma" w:hAnsi="Tahoma" w:cs="Tahoma" w:eastAsia="Tahoma"/>
        </w:rPr>
        <w:t xml:space="preserve">ขอบคุณ Michael "Curby" Lee ที่ปล่อย style guide 13,000 คำให้ฟรีภายใต้ Creative Commons ทั้งที่เขาหากินด้วยความรู้นั้น เหตุผลของเขาน่ารักมาก — </w:t>
      </w:r>
      <w:r>
        <w:rPr>
          <w:rFonts w:ascii="Tahoma" w:hAnsi="Tahoma" w:cs="Tahoma" w:eastAsia="Tahoma"/>
          <w:i/>
        </w:rPr>
        <w:t>"เกมใหม่ออกปีละหลายพันเกม ผมแก้ไม่ไหวหรอก ถ้านักออกแบบอ่านคู่มือนี้แล้วเอาไปใช้ นั่นก็ดีแล้ว ถ้าเขาจ้างบรรณาธิการอาชีพ ยิ่งดีใหญ่ (แม้จะไม่ใช่ผมก็ตาม)"</w:t>
      </w:r>
    </w:p>
    <w:p>
      <w:r>
        <w:rPr>
          <w:rFonts w:ascii="Tahoma" w:hAnsi="Tahoma" w:cs="Tahoma" w:eastAsia="Tahoma"/>
        </w:rPr>
        <w:t>ขอบคุณ Jamey Stegmaier, Resonym, Paul Grogan และคนอื่นๆ ที่เขียนเรื่องพวกนี้ออกมาแทนที่จะเก็บไว้</w:t>
      </w:r>
    </w:p>
    <w:p>
      <w:r>
        <w:rPr>
          <w:rFonts w:ascii="Tahoma" w:hAnsi="Tahoma" w:cs="Tahoma" w:eastAsia="Tahoma"/>
        </w:rPr>
        <w:t>และขอบคุณ Dean Ray Johnson ที่กล้าเขียนเรียงความ 90 หน้าว่า rulebook ที่ตัวเองเขียนมันห่วยยังไง</w:t>
      </w:r>
    </w:p>
    <w:p>
      <w:r>
        <w:rPr>
          <w:rFonts w:ascii="Tahoma" w:hAnsi="Tahoma" w:cs="Tahoma" w:eastAsia="Tahoma"/>
        </w:rPr>
        <w:t>ขอให้สนุกกับการเขียนนะครับ</w:t>
      </w:r>
    </w:p>
    <w:p>
      <w:r>
        <w:rPr>
          <w:rFonts w:ascii="Tahoma" w:hAnsi="Tahoma" w:cs="Tahoma" w:eastAsia="Tahoma"/>
        </w:rPr>
        <w:br w:type="page"/>
      </w:r>
    </w:p>
    <w:p>
      <w:r>
        <w:rPr>
          <w:rFonts w:ascii="Tahoma" w:hAnsi="Tahoma" w:cs="Tahoma" w:eastAsia="Tahoma"/>
        </w:rPr>
        <w:br w:type="page"/>
      </w:r>
    </w:p>
    <w:p>
      <w:pPr>
        <w:spacing w:after="200"/>
      </w:pPr>
      <w:r>
        <w:rPr>
          <w:rFonts w:ascii="Tahoma" w:hAnsi="Tahoma" w:cs="Tahoma" w:eastAsia="Tahoma"/>
          <w:b/>
          <w:color w:val="1F3864"/>
          <w:sz w:val="40"/>
        </w:rPr>
        <w:t>ภาคผนวก: อยากอ่านต่อ</w:t>
      </w:r>
    </w:p>
    <w:p>
      <w:r>
        <w:rPr>
          <w:rFonts w:ascii="Tahoma" w:hAnsi="Tahoma" w:cs="Tahoma" w:eastAsia="Tahoma"/>
          <w:b/>
        </w:rPr>
        <w:t>ถ้าจะอ่านแค่สามอัน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Board Game Editing Style Guide</w:t>
      </w:r>
      <w:r>
        <w:rPr>
          <w:rFonts w:ascii="Tahoma" w:hAnsi="Tahoma" w:cs="Tahoma" w:eastAsia="Tahoma"/>
        </w:rPr>
        <w:t xml:space="preserve"> โดย Michael "Curby" Lee — cur.by/styleguide (ฟรี, CC-BY-NC-SA, ~13,000 คำ) อันนี้คือของจริง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What Makes a Great Rulebook?</w:t>
      </w:r>
      <w:r>
        <w:rPr>
          <w:rFonts w:ascii="Tahoma" w:hAnsi="Tahoma" w:cs="Tahoma" w:eastAsia="Tahoma"/>
        </w:rPr>
        <w:t xml:space="preserve"> โดย Jamey Stegmaier — stonemaiergames.com สั้น ตรง ใช้ได้ทันที</w:t>
      </w:r>
    </w:p>
    <w:p>
      <w:pPr>
        <w:pStyle w:val="ListNumber"/>
        <w:spacing w:after="60"/>
      </w:pPr>
      <w:r>
        <w:rPr>
          <w:rFonts w:ascii="Tahoma" w:hAnsi="Tahoma" w:cs="Tahoma" w:eastAsia="Tahoma"/>
          <w:b/>
        </w:rPr>
        <w:t>Writing Rulebooks</w:t>
      </w:r>
      <w:r>
        <w:rPr>
          <w:rFonts w:ascii="Tahoma" w:hAnsi="Tahoma" w:cs="Tahoma" w:eastAsia="Tahoma"/>
        </w:rPr>
        <w:t xml:space="preserve"> โดย Resonym — resonym.com/writing-rulebooks ดีที่สุดเรื่อง blind test</w:t>
      </w:r>
    </w:p>
    <w:p>
      <w:r>
        <w:rPr>
          <w:rFonts w:ascii="Tahoma" w:hAnsi="Tahoma" w:cs="Tahoma" w:eastAsia="Tahoma"/>
          <w:b/>
        </w:rPr>
        <w:t>อ่านต่อ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The Stonemaier Games Style Guide</w:t>
      </w:r>
      <w:r>
        <w:rPr>
          <w:rFonts w:ascii="Tahoma" w:hAnsi="Tahoma" w:cs="Tahoma" w:eastAsia="Tahoma"/>
        </w:rPr>
        <w:t xml:space="preserve"> — ตารางกฎการเขียนที่เอาไปใช้เป็นเช็กลิสต์ได้เลย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Playing By The Rules</w:t>
      </w:r>
      <w:r>
        <w:rPr>
          <w:rFonts w:ascii="Tahoma" w:hAnsi="Tahoma" w:cs="Tahoma" w:eastAsia="Tahoma"/>
        </w:rPr>
        <w:t xml:space="preserve"> — Punchboard (มีบทสัมภาษณ์ Paul Grogan)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Top Six Rules for Rulebook Writing</w:t>
      </w:r>
      <w:r>
        <w:rPr>
          <w:rFonts w:ascii="Tahoma" w:hAnsi="Tahoma" w:cs="Tahoma" w:eastAsia="Tahoma"/>
        </w:rPr>
        <w:t xml:space="preserve"> — Meeple Mountain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Laying Down the Law</w:t>
      </w:r>
      <w:r>
        <w:rPr>
          <w:rFonts w:ascii="Tahoma" w:hAnsi="Tahoma" w:cs="Tahoma" w:eastAsia="Tahoma"/>
        </w:rPr>
        <w:t xml:space="preserve"> — I Slay the Dragon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Every Board Game Rulebook is Awful</w:t>
      </w:r>
      <w:r>
        <w:rPr>
          <w:rFonts w:ascii="Tahoma" w:hAnsi="Tahoma" w:cs="Tahoma" w:eastAsia="Tahoma"/>
        </w:rPr>
        <w:t xml:space="preserve"> — Dean Ray Johnson (บทความ 90 หน้า)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Diátaxis</w:t>
      </w:r>
      <w:r>
        <w:rPr>
          <w:rFonts w:ascii="Tahoma" w:hAnsi="Tahoma" w:cs="Tahoma" w:eastAsia="Tahoma"/>
        </w:rPr>
        <w:t xml:space="preserve"> — diataxis.fr กรอบคิดเรื่องเอกสารเทคนิค 4 ประเภท</w:t>
      </w:r>
    </w:p>
    <w:p>
      <w:pPr>
        <w:pStyle w:val="ListBullet"/>
        <w:spacing w:after="60"/>
      </w:pPr>
      <w:r>
        <w:rPr>
          <w:rFonts w:ascii="Tahoma" w:hAnsi="Tahoma" w:cs="Tahoma" w:eastAsia="Tahoma"/>
          <w:b/>
        </w:rPr>
        <w:t>Kathleen Mercury – Writing Rules</w:t>
      </w:r>
      <w:r>
        <w:rPr>
          <w:rFonts w:ascii="Tahoma" w:hAnsi="Tahoma" w:cs="Tahoma" w:eastAsia="Tahoma"/>
        </w:rPr>
        <w:t xml:space="preserve"> — มี template ให้โหลด</w:t>
      </w:r>
    </w:p>
    <w:p>
      <w:r>
        <w:rPr>
          <w:rFonts w:ascii="Tahoma" w:hAnsi="Tahoma" w:cs="Tahoma" w:eastAsia="Tahoma"/>
          <w:b/>
        </w:rPr>
        <w:t>เธรด BGG ที่ควรอ่าน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Rulebook Editing Style Guide (thread 2527114)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Rules Writing 101 with an example (thread 1552162)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The Boardtastic Guide to Explaining Rules... Good (thread 918830)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In-depth information about designing a good rulebook (thread 897413)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Rulebooks and text comprehension (thread 3538423) — อ่านฝั่งตรงข้าม</w:t>
      </w:r>
    </w:p>
    <w:p>
      <w:pPr>
        <w:pStyle w:val="ListBullet"/>
        <w:spacing w:after="60"/>
      </w:pPr>
      <w:r>
        <w:rPr>
          <w:rFonts w:ascii="Tahoma" w:hAnsi="Tahoma" w:cs="Tahoma" w:eastAsia="Tahoma"/>
        </w:rPr>
        <w:t>Tutorial differences between videogames and board games (thread 2681026)</w:t>
      </w:r>
    </w:p>
    <w:p>
      <w:r>
        <w:rPr>
          <w:rFonts w:ascii="Tahoma" w:hAnsi="Tahoma" w:cs="Tahoma" w:eastAsia="Tahoma"/>
        </w:rPr>
        <w:t xml:space="preserve">รายชื่อแหล่งข้อมูลทั้งหมด 106 แหล่ง พร้อมลิงก์ที่คลิกได้ อยู่ในไฟล์ </w:t>
      </w:r>
      <w:r>
        <w:rPr>
          <w:rFonts w:ascii="Consolas" w:hAnsi="Consolas" w:cs="Consolas" w:eastAsia="Consolas"/>
          <w:sz w:val="19"/>
        </w:rPr>
        <w:t>Rulebook_Research_Database.xlsx</w:t>
      </w:r>
      <w:r>
        <w:rPr>
          <w:rFonts w:ascii="Tahoma" w:hAnsi="Tahoma" w:cs="Tahoma" w:eastAsia="Tahoma"/>
        </w:rPr>
        <w:t xml:space="preserve"> ที่แนบมาด้วยครับ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ahoma" w:hAnsi="Tahoma" w:cs="Tahoma" w:eastAsia="Tahom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ahoma" w:hAnsi="Tahoma" w:cs="Tahoma" w:eastAsia="Tahoma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ahoma" w:hAnsi="Tahoma" w:cs="Tahoma" w:eastAsia="Tahoma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ahoma" w:hAnsi="Tahoma" w:cs="Tahoma" w:eastAsia="Tahoma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